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0F7B7800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2D4571E" w:rsidR="002B741D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53C63F4C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02F7A5B0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FCAE5" w14:textId="396C906A" w:rsidR="001A3D0C" w:rsidRDefault="001A3D0C" w:rsidP="001A3D0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BF307" wp14:editId="252A3371">
                                  <wp:extent cx="1242060" cy="1341120"/>
                                  <wp:effectExtent l="0" t="0" r="0" b="0"/>
                                  <wp:docPr id="1" name="Picture 1" descr="C:\Users\user\Downloads\photo c dash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ownloads\photo c dash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2060" cy="134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" fillcolor="white [3201]" strokecolor="black [3200]" strokeweight="2pt">
                <v:textbox>
                  <w:txbxContent>
                    <w:p w14:paraId="715FCAE5" w14:textId="396C906A" w:rsidR="001A3D0C" w:rsidRDefault="001A3D0C" w:rsidP="001A3D0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9BF307" wp14:editId="252A3371">
                            <wp:extent cx="1242060" cy="1341120"/>
                            <wp:effectExtent l="0" t="0" r="0" b="0"/>
                            <wp:docPr id="1" name="Picture 1" descr="C:\Users\user\Downloads\photo c dash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ownloads\photo c dash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2060" cy="134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E368DF">
        <w:rPr>
          <w:rFonts w:ascii="Times New Roman" w:hAnsi="Times New Roman" w:cs="Times New Roman"/>
          <w:sz w:val="24"/>
          <w:szCs w:val="24"/>
        </w:rPr>
        <w:t>CHANDAN KUMAR DAS</w:t>
      </w:r>
    </w:p>
    <w:p w14:paraId="079E2CFD" w14:textId="77772B3C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E368DF">
        <w:rPr>
          <w:rFonts w:ascii="Times New Roman" w:hAnsi="Times New Roman" w:cs="Times New Roman"/>
          <w:sz w:val="24"/>
          <w:szCs w:val="24"/>
        </w:rPr>
        <w:t>LECTURER</w:t>
      </w:r>
    </w:p>
    <w:p w14:paraId="149626DB" w14:textId="31C29AD4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E368DF">
        <w:rPr>
          <w:rFonts w:ascii="Times New Roman" w:hAnsi="Times New Roman" w:cs="Times New Roman"/>
          <w:sz w:val="24"/>
          <w:szCs w:val="24"/>
        </w:rPr>
        <w:t>COMMERCE</w:t>
      </w:r>
    </w:p>
    <w:p w14:paraId="5F5D653E" w14:textId="11BA7E93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E368DF">
        <w:rPr>
          <w:rFonts w:ascii="Times New Roman" w:hAnsi="Times New Roman" w:cs="Times New Roman"/>
          <w:sz w:val="24"/>
          <w:szCs w:val="24"/>
        </w:rPr>
        <w:t>08.04.1998</w:t>
      </w:r>
    </w:p>
    <w:p w14:paraId="0980F2F6" w14:textId="3A9692C9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E368DF">
        <w:rPr>
          <w:rFonts w:ascii="Times New Roman" w:hAnsi="Times New Roman" w:cs="Times New Roman"/>
          <w:sz w:val="24"/>
          <w:szCs w:val="24"/>
        </w:rPr>
        <w:t>02.03.2024</w:t>
      </w:r>
    </w:p>
    <w:p w14:paraId="1D01D285" w14:textId="3D8A0A80" w:rsidR="003B1EDF" w:rsidRPr="002B741D" w:rsidRDefault="005C29EC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E368DF">
        <w:rPr>
          <w:rFonts w:ascii="Times New Roman" w:hAnsi="Times New Roman" w:cs="Times New Roman"/>
          <w:sz w:val="24"/>
          <w:szCs w:val="24"/>
        </w:rPr>
        <w:t>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73C1B666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E368DF">
        <w:rPr>
          <w:rFonts w:ascii="Times New Roman" w:hAnsi="Times New Roman" w:cs="Times New Roman"/>
          <w:sz w:val="24"/>
          <w:szCs w:val="24"/>
        </w:rPr>
        <w:t>SALIPUR AUTONOMOUS COLLEGE, SALIPUR</w:t>
      </w:r>
    </w:p>
    <w:p w14:paraId="103A26B7" w14:textId="72BFD7D0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E368DF">
        <w:rPr>
          <w:rFonts w:ascii="Times New Roman" w:hAnsi="Times New Roman" w:cs="Times New Roman"/>
          <w:sz w:val="24"/>
          <w:szCs w:val="24"/>
        </w:rPr>
        <w:t>daschandan6161@gmail.com</w:t>
      </w:r>
    </w:p>
    <w:p w14:paraId="21EBF29B" w14:textId="226C6CF6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Phone:</w:t>
      </w:r>
      <w:r w:rsidR="00E368DF">
        <w:rPr>
          <w:rFonts w:ascii="Times New Roman" w:hAnsi="Times New Roman" w:cs="Times New Roman"/>
          <w:sz w:val="24"/>
          <w:szCs w:val="24"/>
        </w:rPr>
        <w:t>9861396161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6D9A8" w14:textId="77777777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10702" w:type="dxa"/>
        <w:tblInd w:w="-1035" w:type="dxa"/>
        <w:tblLook w:val="04A0" w:firstRow="1" w:lastRow="0" w:firstColumn="1" w:lastColumn="0" w:noHBand="0" w:noVBand="1"/>
      </w:tblPr>
      <w:tblGrid>
        <w:gridCol w:w="2003"/>
        <w:gridCol w:w="3850"/>
        <w:gridCol w:w="1883"/>
        <w:gridCol w:w="990"/>
        <w:gridCol w:w="1976"/>
      </w:tblGrid>
      <w:tr w:rsidR="003B1EDF" w:rsidRPr="002B741D" w14:paraId="68450DE0" w14:textId="77777777" w:rsidTr="00613A74">
        <w:trPr>
          <w:trHeight w:val="299"/>
        </w:trPr>
        <w:tc>
          <w:tcPr>
            <w:tcW w:w="2003" w:type="dxa"/>
          </w:tcPr>
          <w:p w14:paraId="3B1AB608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3850" w:type="dxa"/>
          </w:tcPr>
          <w:p w14:paraId="0AC62F78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883" w:type="dxa"/>
          </w:tcPr>
          <w:p w14:paraId="7017CAE9" w14:textId="2467603D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990" w:type="dxa"/>
          </w:tcPr>
          <w:p w14:paraId="5BD02EF3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14:paraId="5CA6061A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613A74">
        <w:trPr>
          <w:trHeight w:val="299"/>
        </w:trPr>
        <w:tc>
          <w:tcPr>
            <w:tcW w:w="2003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0" w:type="dxa"/>
          </w:tcPr>
          <w:p w14:paraId="6F3EAEA0" w14:textId="6A6D8180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FLO,SLE,TLS,MATH</w:t>
            </w:r>
          </w:p>
        </w:tc>
        <w:tc>
          <w:tcPr>
            <w:tcW w:w="1883" w:type="dxa"/>
          </w:tcPr>
          <w:p w14:paraId="52BE2E3A" w14:textId="5F887C3D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 ODISHA</w:t>
            </w:r>
          </w:p>
        </w:tc>
        <w:tc>
          <w:tcPr>
            <w:tcW w:w="990" w:type="dxa"/>
          </w:tcPr>
          <w:p w14:paraId="65005BE2" w14:textId="034A8772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76" w:type="dxa"/>
          </w:tcPr>
          <w:p w14:paraId="59D1CDC2" w14:textId="6533D061" w:rsidR="003B1EDF" w:rsidRPr="00690EFF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72.67</w:t>
            </w:r>
            <w:r w:rsidR="00690E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1EDF" w:rsidRPr="002B741D" w14:paraId="112929F6" w14:textId="77777777" w:rsidTr="00613A74">
        <w:trPr>
          <w:trHeight w:val="299"/>
        </w:trPr>
        <w:tc>
          <w:tcPr>
            <w:tcW w:w="2003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0" w:type="dxa"/>
          </w:tcPr>
          <w:p w14:paraId="6B75E8C2" w14:textId="1C64114F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SCIENCE(PHY,CHEM,MATH,BIO)</w:t>
            </w:r>
          </w:p>
        </w:tc>
        <w:tc>
          <w:tcPr>
            <w:tcW w:w="1883" w:type="dxa"/>
          </w:tcPr>
          <w:p w14:paraId="256F3F08" w14:textId="121323A1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 ODISHA</w:t>
            </w:r>
          </w:p>
        </w:tc>
        <w:tc>
          <w:tcPr>
            <w:tcW w:w="990" w:type="dxa"/>
          </w:tcPr>
          <w:p w14:paraId="37D1E6C1" w14:textId="5D3ADD7B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76" w:type="dxa"/>
          </w:tcPr>
          <w:p w14:paraId="0A8E5395" w14:textId="0FCE15C6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57.33</w:t>
            </w:r>
            <w:r w:rsidR="00690E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1EDF" w:rsidRPr="002B741D" w14:paraId="3D834C02" w14:textId="77777777" w:rsidTr="00613A74">
        <w:trPr>
          <w:trHeight w:val="281"/>
        </w:trPr>
        <w:tc>
          <w:tcPr>
            <w:tcW w:w="2003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3850" w:type="dxa"/>
          </w:tcPr>
          <w:p w14:paraId="4E29EE5A" w14:textId="1C83B53A" w:rsidR="003B1EDF" w:rsidRPr="002B741D" w:rsidRDefault="00295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ACCOUNTING AND FINANCE</w:t>
            </w:r>
          </w:p>
        </w:tc>
        <w:tc>
          <w:tcPr>
            <w:tcW w:w="1883" w:type="dxa"/>
          </w:tcPr>
          <w:p w14:paraId="39A9D022" w14:textId="5FEAC976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990" w:type="dxa"/>
          </w:tcPr>
          <w:p w14:paraId="42A26F3C" w14:textId="019D83C5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76" w:type="dxa"/>
          </w:tcPr>
          <w:p w14:paraId="6C922431" w14:textId="7025FC0F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72.71%</w:t>
            </w:r>
          </w:p>
        </w:tc>
      </w:tr>
      <w:tr w:rsidR="003B1EDF" w:rsidRPr="002B741D" w14:paraId="18EA82CC" w14:textId="77777777" w:rsidTr="00613A74">
        <w:trPr>
          <w:trHeight w:val="299"/>
        </w:trPr>
        <w:tc>
          <w:tcPr>
            <w:tcW w:w="2003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3850" w:type="dxa"/>
          </w:tcPr>
          <w:p w14:paraId="530D7758" w14:textId="3DCF069F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M.COM</w:t>
            </w:r>
            <w:r w:rsidR="002957BC">
              <w:rPr>
                <w:rFonts w:ascii="Times New Roman" w:hAnsi="Times New Roman" w:cs="Times New Roman"/>
                <w:sz w:val="24"/>
                <w:szCs w:val="24"/>
              </w:rPr>
              <w:t>(FINANCE)</w:t>
            </w:r>
          </w:p>
        </w:tc>
        <w:tc>
          <w:tcPr>
            <w:tcW w:w="1883" w:type="dxa"/>
          </w:tcPr>
          <w:p w14:paraId="46A85930" w14:textId="27C922D1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</w:t>
            </w:r>
          </w:p>
        </w:tc>
        <w:tc>
          <w:tcPr>
            <w:tcW w:w="990" w:type="dxa"/>
          </w:tcPr>
          <w:p w14:paraId="437267B2" w14:textId="6A49641F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76" w:type="dxa"/>
          </w:tcPr>
          <w:p w14:paraId="1700E8AA" w14:textId="7C43AEF3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74.25%</w:t>
            </w:r>
          </w:p>
        </w:tc>
      </w:tr>
      <w:tr w:rsidR="008B74CB" w:rsidRPr="002B741D" w14:paraId="7148B0C4" w14:textId="77777777" w:rsidTr="00613A74">
        <w:trPr>
          <w:trHeight w:val="299"/>
        </w:trPr>
        <w:tc>
          <w:tcPr>
            <w:tcW w:w="2003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3850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14:paraId="6D8CDBD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FDB37B3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7F4B17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613A74">
        <w:trPr>
          <w:trHeight w:val="599"/>
        </w:trPr>
        <w:tc>
          <w:tcPr>
            <w:tcW w:w="2003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3850" w:type="dxa"/>
          </w:tcPr>
          <w:p w14:paraId="6EACCAEA" w14:textId="4B9BA8DF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 NET-JRF</w:t>
            </w:r>
          </w:p>
        </w:tc>
        <w:tc>
          <w:tcPr>
            <w:tcW w:w="1883" w:type="dxa"/>
          </w:tcPr>
          <w:p w14:paraId="75F173E2" w14:textId="2DAA51F3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</w:p>
        </w:tc>
        <w:tc>
          <w:tcPr>
            <w:tcW w:w="990" w:type="dxa"/>
          </w:tcPr>
          <w:p w14:paraId="4AF78F20" w14:textId="7A169012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76" w:type="dxa"/>
          </w:tcPr>
          <w:p w14:paraId="163A995E" w14:textId="06667B74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69.33%</w:t>
            </w:r>
          </w:p>
        </w:tc>
      </w:tr>
      <w:tr w:rsidR="00137368" w:rsidRPr="002B741D" w14:paraId="65BEA553" w14:textId="77777777" w:rsidTr="00613A74">
        <w:trPr>
          <w:trHeight w:val="599"/>
        </w:trPr>
        <w:tc>
          <w:tcPr>
            <w:tcW w:w="2003" w:type="dxa"/>
          </w:tcPr>
          <w:p w14:paraId="4331508F" w14:textId="5DD94AE0" w:rsidR="00137368" w:rsidRPr="002B741D" w:rsidRDefault="0013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CMA-INTERMEDIATE</w:t>
            </w:r>
          </w:p>
        </w:tc>
        <w:tc>
          <w:tcPr>
            <w:tcW w:w="3850" w:type="dxa"/>
          </w:tcPr>
          <w:p w14:paraId="55EC4714" w14:textId="741A5886" w:rsidR="00137368" w:rsidRDefault="0013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CMA-INTER</w:t>
            </w:r>
          </w:p>
        </w:tc>
        <w:tc>
          <w:tcPr>
            <w:tcW w:w="1883" w:type="dxa"/>
          </w:tcPr>
          <w:p w14:paraId="646FAEE4" w14:textId="515EE429" w:rsidR="00137368" w:rsidRDefault="0013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ICMAI</w:t>
            </w:r>
          </w:p>
        </w:tc>
        <w:tc>
          <w:tcPr>
            <w:tcW w:w="990" w:type="dxa"/>
          </w:tcPr>
          <w:p w14:paraId="2B955EDC" w14:textId="4063EC36" w:rsidR="00137368" w:rsidRDefault="0013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6" w:type="dxa"/>
          </w:tcPr>
          <w:p w14:paraId="1C64E555" w14:textId="7711BE36" w:rsidR="00137368" w:rsidRDefault="0013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69.00%</w:t>
            </w:r>
          </w:p>
        </w:tc>
      </w:tr>
      <w:tr w:rsidR="008B74CB" w:rsidRPr="002B741D" w14:paraId="41246AB7" w14:textId="77777777" w:rsidTr="00613A74">
        <w:trPr>
          <w:trHeight w:val="299"/>
        </w:trPr>
        <w:tc>
          <w:tcPr>
            <w:tcW w:w="2003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3850" w:type="dxa"/>
          </w:tcPr>
          <w:p w14:paraId="2A8D21D9" w14:textId="28627BAD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883" w:type="dxa"/>
          </w:tcPr>
          <w:p w14:paraId="035839F5" w14:textId="652F7276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990" w:type="dxa"/>
          </w:tcPr>
          <w:p w14:paraId="6AB4215A" w14:textId="6847182B" w:rsidR="008B74CB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CONT..</w:t>
            </w:r>
          </w:p>
        </w:tc>
        <w:tc>
          <w:tcPr>
            <w:tcW w:w="1976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F03F14" w14:textId="77777777" w:rsidR="00E0272D" w:rsidRDefault="00E0272D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77A8990F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81"/>
        <w:gridCol w:w="1923"/>
        <w:gridCol w:w="1772"/>
        <w:gridCol w:w="1772"/>
        <w:gridCol w:w="1772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2FB0A58D" w:rsidR="003B1EDF" w:rsidRPr="002B741D" w:rsidRDefault="00E0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1804" w:type="dxa"/>
          </w:tcPr>
          <w:p w14:paraId="315A4555" w14:textId="583530B8" w:rsidR="003B1EDF" w:rsidRPr="002B741D" w:rsidRDefault="00FD3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GUNUPUR COLLEGE, GUNUPUR</w:t>
            </w:r>
          </w:p>
        </w:tc>
        <w:tc>
          <w:tcPr>
            <w:tcW w:w="1804" w:type="dxa"/>
          </w:tcPr>
          <w:p w14:paraId="6F229C67" w14:textId="0B9AE0CF" w:rsidR="003B1EDF" w:rsidRPr="002B741D" w:rsidRDefault="00FD3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02.03.2024</w:t>
            </w:r>
          </w:p>
        </w:tc>
        <w:tc>
          <w:tcPr>
            <w:tcW w:w="1804" w:type="dxa"/>
          </w:tcPr>
          <w:p w14:paraId="1DD7030C" w14:textId="4FAF1022" w:rsidR="003B1EDF" w:rsidRPr="002B741D" w:rsidRDefault="00FD3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</w:tc>
        <w:tc>
          <w:tcPr>
            <w:tcW w:w="1804" w:type="dxa"/>
          </w:tcPr>
          <w:p w14:paraId="5C9C9EED" w14:textId="65F0935B" w:rsidR="003B1EDF" w:rsidRPr="002B741D" w:rsidRDefault="0002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YEAR, 3 MONTHS AND 28 DAYS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5951F86D" w:rsidR="003B1EDF" w:rsidRPr="002B741D" w:rsidRDefault="0002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1804" w:type="dxa"/>
          </w:tcPr>
          <w:p w14:paraId="39A733C1" w14:textId="38B45CCB" w:rsidR="003B1EDF" w:rsidRPr="002B741D" w:rsidRDefault="0002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COLLEGE, SALIPUR</w:t>
            </w:r>
          </w:p>
        </w:tc>
        <w:tc>
          <w:tcPr>
            <w:tcW w:w="1804" w:type="dxa"/>
          </w:tcPr>
          <w:p w14:paraId="5E794921" w14:textId="7A58A080" w:rsidR="003B1EDF" w:rsidRPr="002B741D" w:rsidRDefault="0002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01.07.2025</w:t>
            </w:r>
          </w:p>
        </w:tc>
        <w:tc>
          <w:tcPr>
            <w:tcW w:w="1804" w:type="dxa"/>
          </w:tcPr>
          <w:p w14:paraId="6DF764E8" w14:textId="353DA7CF" w:rsidR="003B1EDF" w:rsidRPr="002B741D" w:rsidRDefault="0002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CONT….</w:t>
            </w:r>
          </w:p>
        </w:tc>
        <w:tc>
          <w:tcPr>
            <w:tcW w:w="1804" w:type="dxa"/>
          </w:tcPr>
          <w:p w14:paraId="46E70407" w14:textId="195B8EB0" w:rsidR="003B1EDF" w:rsidRPr="002B741D" w:rsidRDefault="0002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MONTHS AND 17 DAYS</w:t>
            </w: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674AC222" w:rsidR="003B1EDF" w:rsidRPr="002B741D" w:rsidRDefault="0095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Ethics</w:t>
            </w:r>
          </w:p>
        </w:tc>
        <w:tc>
          <w:tcPr>
            <w:tcW w:w="2130" w:type="dxa"/>
          </w:tcPr>
          <w:p w14:paraId="00DC1C7E" w14:textId="3A0671D0" w:rsidR="003B1EDF" w:rsidRPr="002B741D" w:rsidRDefault="0095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19.07.23-21.07.23</w:t>
            </w:r>
          </w:p>
        </w:tc>
        <w:tc>
          <w:tcPr>
            <w:tcW w:w="2560" w:type="dxa"/>
          </w:tcPr>
          <w:p w14:paraId="173DC78C" w14:textId="0D3CDA3A" w:rsidR="003B1EDF" w:rsidRPr="002B741D" w:rsidRDefault="0095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UNIVERSITY(UGC SPONSORED)</w:t>
            </w:r>
          </w:p>
        </w:tc>
        <w:tc>
          <w:tcPr>
            <w:tcW w:w="2171" w:type="dxa"/>
          </w:tcPr>
          <w:p w14:paraId="381CFB0F" w14:textId="6D942639" w:rsidR="003B1EDF" w:rsidRPr="002B741D" w:rsidRDefault="0095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6806D1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7E61D7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B2A63B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4105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5B6A9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2116"/>
      </w:tblGrid>
      <w:tr w:rsidR="003B1EDF" w:rsidRPr="002B741D" w14:paraId="7EBEA99A" w14:textId="77777777" w:rsidTr="00240083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2116" w:type="dxa"/>
          </w:tcPr>
          <w:p w14:paraId="4D743915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40083">
        <w:trPr>
          <w:trHeight w:val="737"/>
        </w:trPr>
        <w:tc>
          <w:tcPr>
            <w:tcW w:w="1831" w:type="dxa"/>
          </w:tcPr>
          <w:p w14:paraId="737D64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CD139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CC060E2" w14:textId="77777777" w:rsidTr="00240083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40083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40083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40083">
        <w:trPr>
          <w:trHeight w:val="89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77777777" w:rsidR="003B1EDF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7AF6A1E9" w14:textId="62AE6DD7" w:rsidR="00E7141E" w:rsidRPr="00E7141E" w:rsidRDefault="00E7141E" w:rsidP="00E7141E">
      <w:r>
        <w:t>ACCOUNTING AND FINANCE</w:t>
      </w:r>
    </w:p>
    <w:p w14:paraId="02C8EEBA" w14:textId="77777777" w:rsidR="002B741D" w:rsidRPr="002B741D" w:rsidRDefault="002B741D" w:rsidP="002B741D"/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5C29EC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3B09B58B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9D5432">
        <w:rPr>
          <w:rFonts w:ascii="Times New Roman" w:hAnsi="Times New Roman" w:cs="Times New Roman"/>
          <w:sz w:val="24"/>
          <w:szCs w:val="24"/>
        </w:rPr>
        <w:t>17.02.2026</w:t>
      </w:r>
    </w:p>
    <w:p w14:paraId="49C9217A" w14:textId="2EF421C5" w:rsidR="003B1EDF" w:rsidRPr="002B741D" w:rsidRDefault="001A3391" w:rsidP="001A3391">
      <w:pPr>
        <w:tabs>
          <w:tab w:val="left" w:pos="7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05D9A" wp14:editId="3A9699DA">
                <wp:simplePos x="0" y="0"/>
                <wp:positionH relativeFrom="column">
                  <wp:posOffset>3990976</wp:posOffset>
                </wp:positionH>
                <wp:positionV relativeFrom="paragraph">
                  <wp:posOffset>107315</wp:posOffset>
                </wp:positionV>
                <wp:extent cx="2343150" cy="381000"/>
                <wp:effectExtent l="57150" t="19050" r="76200" b="95250"/>
                <wp:wrapNone/>
                <wp:docPr id="13193491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41F6E" w14:textId="51474DC8" w:rsidR="00557619" w:rsidRDefault="00557619" w:rsidP="005576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90056" wp14:editId="35913981">
                                  <wp:extent cx="2197100" cy="371475"/>
                                  <wp:effectExtent l="0" t="0" r="0" b="9525"/>
                                  <wp:docPr id="1178682258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100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05D9A" id="Rectangle 5" o:spid="_x0000_s1027" style="position:absolute;margin-left:314.25pt;margin-top:8.45pt;width:184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E41F6E" w14:textId="51474DC8" w:rsidR="00557619" w:rsidRDefault="00557619" w:rsidP="0055761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990056" wp14:editId="35913981">
                            <wp:extent cx="2197100" cy="371475"/>
                            <wp:effectExtent l="0" t="0" r="0" b="9525"/>
                            <wp:docPr id="1178682258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7100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C29EC"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9D5432">
        <w:rPr>
          <w:rFonts w:ascii="Times New Roman" w:hAnsi="Times New Roman" w:cs="Times New Roman"/>
          <w:sz w:val="24"/>
          <w:szCs w:val="24"/>
        </w:rPr>
        <w:t>SALIPUR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1620E2" w14:textId="77777777" w:rsidR="003B1EDF" w:rsidRPr="002B741D" w:rsidRDefault="005C29EC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9115435">
    <w:abstractNumId w:val="8"/>
  </w:num>
  <w:num w:numId="2" w16cid:durableId="107817001">
    <w:abstractNumId w:val="6"/>
  </w:num>
  <w:num w:numId="3" w16cid:durableId="1568686403">
    <w:abstractNumId w:val="5"/>
  </w:num>
  <w:num w:numId="4" w16cid:durableId="1775247082">
    <w:abstractNumId w:val="4"/>
  </w:num>
  <w:num w:numId="5" w16cid:durableId="1995066651">
    <w:abstractNumId w:val="7"/>
  </w:num>
  <w:num w:numId="6" w16cid:durableId="276955964">
    <w:abstractNumId w:val="3"/>
  </w:num>
  <w:num w:numId="7" w16cid:durableId="1794667336">
    <w:abstractNumId w:val="2"/>
  </w:num>
  <w:num w:numId="8" w16cid:durableId="628320098">
    <w:abstractNumId w:val="1"/>
  </w:num>
  <w:num w:numId="9" w16cid:durableId="206996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65D"/>
    <w:rsid w:val="00034616"/>
    <w:rsid w:val="0006063C"/>
    <w:rsid w:val="000B2F79"/>
    <w:rsid w:val="00137368"/>
    <w:rsid w:val="0015074B"/>
    <w:rsid w:val="001A3391"/>
    <w:rsid w:val="001A3D0C"/>
    <w:rsid w:val="001A684B"/>
    <w:rsid w:val="001D6A1E"/>
    <w:rsid w:val="00240083"/>
    <w:rsid w:val="002957BC"/>
    <w:rsid w:val="0029639D"/>
    <w:rsid w:val="00296CC7"/>
    <w:rsid w:val="002B741D"/>
    <w:rsid w:val="00326F90"/>
    <w:rsid w:val="003B1EDF"/>
    <w:rsid w:val="00557619"/>
    <w:rsid w:val="005C29EC"/>
    <w:rsid w:val="00613A74"/>
    <w:rsid w:val="00690EFF"/>
    <w:rsid w:val="00803555"/>
    <w:rsid w:val="008B74CB"/>
    <w:rsid w:val="00957109"/>
    <w:rsid w:val="009D5432"/>
    <w:rsid w:val="00AA1D8D"/>
    <w:rsid w:val="00B47730"/>
    <w:rsid w:val="00C842F2"/>
    <w:rsid w:val="00CB0664"/>
    <w:rsid w:val="00D30933"/>
    <w:rsid w:val="00D968E0"/>
    <w:rsid w:val="00E0272D"/>
    <w:rsid w:val="00E368DF"/>
    <w:rsid w:val="00E7141E"/>
    <w:rsid w:val="00FC693F"/>
    <w:rsid w:val="00FD303A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C265A1A6-3781-4531-839E-52CE4AD5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36E3E7-E346-414F-A4EB-B4B32395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Department of commerce Salipur Auto.College</cp:lastModifiedBy>
  <cp:revision>22</cp:revision>
  <dcterms:created xsi:type="dcterms:W3CDTF">2013-12-23T23:15:00Z</dcterms:created>
  <dcterms:modified xsi:type="dcterms:W3CDTF">2026-02-17T10:45:00Z</dcterms:modified>
  <cp:category/>
</cp:coreProperties>
</file>