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4E79E" w14:textId="0514B7BA" w:rsidR="00FA5D76" w:rsidRDefault="002B741D" w:rsidP="00FA5D76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6C90FE61" w:rsidR="002B741D" w:rsidRPr="007A2971" w:rsidRDefault="000E3E4A" w:rsidP="000E3E4A">
      <w:pPr>
        <w:pStyle w:val="Heading1"/>
        <w:numPr>
          <w:ilvl w:val="0"/>
          <w:numId w:val="13"/>
        </w:numPr>
        <w:rPr>
          <w:rFonts w:ascii="Times New Roman" w:hAnsi="Times New Roman" w:cs="Times New Roman"/>
        </w:rPr>
      </w:pPr>
      <w:r w:rsidRPr="000E3E4A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645FCBD" wp14:editId="6F02CCB5">
                <wp:simplePos x="0" y="0"/>
                <wp:positionH relativeFrom="column">
                  <wp:posOffset>4257675</wp:posOffset>
                </wp:positionH>
                <wp:positionV relativeFrom="paragraph">
                  <wp:posOffset>384175</wp:posOffset>
                </wp:positionV>
                <wp:extent cx="1266825" cy="13144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75D52" w14:textId="40EEDA99" w:rsidR="000E3E4A" w:rsidRDefault="000E3E4A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:lang w:val="en-IN" w:eastAsia="en-IN"/>
                              </w:rPr>
                              <w:drawing>
                                <wp:inline distT="0" distB="0" distL="0" distR="0" wp14:anchorId="2644EBA3" wp14:editId="63B1CEE7">
                                  <wp:extent cx="1171575" cy="1266825"/>
                                  <wp:effectExtent l="0" t="0" r="9525" b="9525"/>
                                  <wp:docPr id="74387538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3875387" name="Picture 743875387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6543" cy="12938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5FC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5.25pt;margin-top:30.25pt;width:99.75pt;height:10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">
                <v:textbox>
                  <w:txbxContent>
                    <w:p w14:paraId="70375D52" w14:textId="40EEDA99" w:rsidR="000E3E4A" w:rsidRDefault="000E3E4A"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:lang w:val="en-IN" w:eastAsia="en-IN"/>
                        </w:rPr>
                        <w:drawing>
                          <wp:inline distT="0" distB="0" distL="0" distR="0" wp14:anchorId="2644EBA3" wp14:editId="63B1CEE7">
                            <wp:extent cx="1171575" cy="1266825"/>
                            <wp:effectExtent l="0" t="0" r="9525" b="9525"/>
                            <wp:docPr id="74387538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3875387" name="Picture 743875387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6543" cy="12938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5B04" w:rsidRPr="002B741D">
        <w:rPr>
          <w:rFonts w:ascii="Times New Roman" w:hAnsi="Times New Roman" w:cs="Times New Roman"/>
        </w:rPr>
        <w:t>Personal Information</w:t>
      </w:r>
      <w:r w:rsidR="007A2971">
        <w:rPr>
          <w:rFonts w:ascii="Times New Roman" w:hAnsi="Times New Roman" w:cs="Times New Roman"/>
        </w:rPr>
        <w:t xml:space="preserve">                           </w:t>
      </w:r>
      <w:r w:rsidR="00FA5D76">
        <w:rPr>
          <w:rFonts w:ascii="Times New Roman" w:hAnsi="Times New Roman" w:cs="Times New Roman"/>
        </w:rPr>
        <w:t xml:space="preserve">  </w:t>
      </w:r>
      <w:r w:rsidR="007A2971">
        <w:rPr>
          <w:rFonts w:ascii="Times New Roman" w:hAnsi="Times New Roman" w:cs="Times New Roman"/>
        </w:rPr>
        <w:t xml:space="preserve">  </w:t>
      </w:r>
    </w:p>
    <w:p w14:paraId="0D4ABF6B" w14:textId="18C93E3D" w:rsidR="003B1EDF" w:rsidRPr="002B741D" w:rsidRDefault="000B2F79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617B8E">
        <w:rPr>
          <w:rFonts w:ascii="Times New Roman" w:hAnsi="Times New Roman" w:cs="Times New Roman"/>
          <w:sz w:val="24"/>
          <w:szCs w:val="24"/>
        </w:rPr>
        <w:t>DEEPAK KUMAR NAYAK</w:t>
      </w:r>
    </w:p>
    <w:p w14:paraId="079E2CFD" w14:textId="343D8617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617B8E">
        <w:rPr>
          <w:rFonts w:ascii="Times New Roman" w:hAnsi="Times New Roman" w:cs="Times New Roman"/>
          <w:sz w:val="24"/>
          <w:szCs w:val="24"/>
        </w:rPr>
        <w:t>LECTURER</w:t>
      </w:r>
    </w:p>
    <w:p w14:paraId="149626DB" w14:textId="71611A12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617B8E">
        <w:rPr>
          <w:rFonts w:ascii="Times New Roman" w:hAnsi="Times New Roman" w:cs="Times New Roman"/>
          <w:sz w:val="24"/>
          <w:szCs w:val="24"/>
        </w:rPr>
        <w:t>PHYSICS</w:t>
      </w:r>
    </w:p>
    <w:p w14:paraId="5F5D653E" w14:textId="2C7860EC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617B8E">
        <w:rPr>
          <w:rFonts w:ascii="Times New Roman" w:hAnsi="Times New Roman" w:cs="Times New Roman"/>
          <w:sz w:val="24"/>
          <w:szCs w:val="24"/>
        </w:rPr>
        <w:t>21/07/1993</w:t>
      </w:r>
    </w:p>
    <w:p w14:paraId="0980F2F6" w14:textId="2A0F98C2" w:rsidR="008B74CB" w:rsidRPr="002B741D" w:rsidRDefault="008B74CB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0E3E4A">
        <w:rPr>
          <w:rFonts w:ascii="Times New Roman" w:hAnsi="Times New Roman" w:cs="Times New Roman"/>
          <w:sz w:val="24"/>
          <w:szCs w:val="24"/>
        </w:rPr>
        <w:t>17</w:t>
      </w:r>
      <w:r w:rsidR="00617B8E">
        <w:rPr>
          <w:rFonts w:ascii="Times New Roman" w:hAnsi="Times New Roman" w:cs="Times New Roman"/>
          <w:sz w:val="24"/>
          <w:szCs w:val="24"/>
        </w:rPr>
        <w:t>/10/2016</w:t>
      </w:r>
    </w:p>
    <w:p w14:paraId="1D01D285" w14:textId="3F960C2B" w:rsidR="003B1EDF" w:rsidRPr="002B741D" w:rsidRDefault="005C5B04" w:rsidP="007A2971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617B8E">
        <w:rPr>
          <w:rFonts w:ascii="Times New Roman" w:hAnsi="Times New Roman" w:cs="Times New Roman"/>
          <w:sz w:val="24"/>
          <w:szCs w:val="24"/>
        </w:rPr>
        <w:t>MALE</w:t>
      </w:r>
    </w:p>
    <w:p w14:paraId="19BA040D" w14:textId="6BDF425D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617B8E">
        <w:rPr>
          <w:rFonts w:ascii="Times New Roman" w:hAnsi="Times New Roman" w:cs="Times New Roman"/>
          <w:sz w:val="24"/>
          <w:szCs w:val="24"/>
        </w:rPr>
        <w:t>SALEPUR AUTONOMOUS COLLEGE, SALEPUR, CUTTACK</w:t>
      </w:r>
    </w:p>
    <w:p w14:paraId="103A26B7" w14:textId="7E9E3642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617B8E">
        <w:rPr>
          <w:rFonts w:ascii="Times New Roman" w:hAnsi="Times New Roman" w:cs="Times New Roman"/>
          <w:sz w:val="24"/>
          <w:szCs w:val="24"/>
        </w:rPr>
        <w:t>deepakgudu1993@gmail.com</w:t>
      </w:r>
    </w:p>
    <w:p w14:paraId="21EBF29B" w14:textId="2111B0A4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Phone: </w:t>
      </w:r>
      <w:r w:rsidR="00617B8E">
        <w:rPr>
          <w:rFonts w:ascii="Times New Roman" w:hAnsi="Times New Roman" w:cs="Times New Roman"/>
          <w:sz w:val="24"/>
          <w:szCs w:val="24"/>
        </w:rPr>
        <w:t>8984696830</w:t>
      </w:r>
    </w:p>
    <w:p w14:paraId="2E98E876" w14:textId="77777777" w:rsidR="003B1EDF" w:rsidRPr="002B741D" w:rsidRDefault="005C5B04" w:rsidP="007A2971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8330" w:type="dxa"/>
        <w:tblLook w:val="04A0" w:firstRow="1" w:lastRow="0" w:firstColumn="1" w:lastColumn="0" w:noHBand="0" w:noVBand="1"/>
      </w:tblPr>
      <w:tblGrid>
        <w:gridCol w:w="1769"/>
        <w:gridCol w:w="1713"/>
        <w:gridCol w:w="2834"/>
        <w:gridCol w:w="696"/>
        <w:gridCol w:w="1318"/>
      </w:tblGrid>
      <w:tr w:rsidR="003B1EDF" w:rsidRPr="002B741D" w14:paraId="68450DE0" w14:textId="77777777" w:rsidTr="000E3E4A">
        <w:trPr>
          <w:trHeight w:val="299"/>
        </w:trPr>
        <w:tc>
          <w:tcPr>
            <w:tcW w:w="1769" w:type="dxa"/>
          </w:tcPr>
          <w:p w14:paraId="3B1AB608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1713" w:type="dxa"/>
          </w:tcPr>
          <w:p w14:paraId="0AC62F78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2834" w:type="dxa"/>
          </w:tcPr>
          <w:p w14:paraId="7017CAE9" w14:textId="2467603D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696" w:type="dxa"/>
          </w:tcPr>
          <w:p w14:paraId="5BD02EF3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318" w:type="dxa"/>
          </w:tcPr>
          <w:p w14:paraId="5CA6061A" w14:textId="0DB7D0B8" w:rsidR="003B1EDF" w:rsidRPr="002B741D" w:rsidRDefault="005C5B04" w:rsidP="000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</w:t>
            </w:r>
          </w:p>
        </w:tc>
      </w:tr>
      <w:tr w:rsidR="003B1EDF" w:rsidRPr="002B741D" w14:paraId="60CF7174" w14:textId="77777777" w:rsidTr="000E3E4A">
        <w:trPr>
          <w:trHeight w:val="299"/>
        </w:trPr>
        <w:tc>
          <w:tcPr>
            <w:tcW w:w="1769" w:type="dxa"/>
          </w:tcPr>
          <w:p w14:paraId="3C3242EF" w14:textId="740B4143" w:rsidR="003B1EDF" w:rsidRPr="002B741D" w:rsidRDefault="008B74C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13" w:type="dxa"/>
          </w:tcPr>
          <w:p w14:paraId="6F3EAEA0" w14:textId="33641EB2" w:rsidR="003B1EDF" w:rsidRPr="002B741D" w:rsidRDefault="003B1EDF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52BE2E3A" w14:textId="1731D46D" w:rsidR="003B1EDF" w:rsidRPr="002B741D" w:rsidRDefault="00617B8E" w:rsidP="000E3E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BSE, </w:t>
            </w:r>
            <w:r w:rsidR="000E3E4A">
              <w:rPr>
                <w:rFonts w:ascii="Times New Roman" w:hAnsi="Times New Roman" w:cs="Times New Roman"/>
                <w:sz w:val="24"/>
                <w:szCs w:val="24"/>
              </w:rPr>
              <w:t>WEST BENGAL</w:t>
            </w:r>
          </w:p>
        </w:tc>
        <w:tc>
          <w:tcPr>
            <w:tcW w:w="696" w:type="dxa"/>
          </w:tcPr>
          <w:p w14:paraId="65005BE2" w14:textId="3BAAF90F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318" w:type="dxa"/>
          </w:tcPr>
          <w:p w14:paraId="59D1CDC2" w14:textId="38A78576" w:rsidR="003B1EDF" w:rsidRPr="002B741D" w:rsidRDefault="000E3E4A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78.5%</w:t>
            </w:r>
          </w:p>
        </w:tc>
      </w:tr>
      <w:tr w:rsidR="003B1EDF" w:rsidRPr="002B741D" w14:paraId="112929F6" w14:textId="77777777" w:rsidTr="000E3E4A">
        <w:trPr>
          <w:trHeight w:val="299"/>
        </w:trPr>
        <w:tc>
          <w:tcPr>
            <w:tcW w:w="1769" w:type="dxa"/>
          </w:tcPr>
          <w:p w14:paraId="11405126" w14:textId="6ED3A90A" w:rsidR="003B1EDF" w:rsidRPr="002B741D" w:rsidRDefault="008B74C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1713" w:type="dxa"/>
          </w:tcPr>
          <w:p w14:paraId="6B75E8C2" w14:textId="24213A91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</w:p>
        </w:tc>
        <w:tc>
          <w:tcPr>
            <w:tcW w:w="2834" w:type="dxa"/>
          </w:tcPr>
          <w:p w14:paraId="256F3F08" w14:textId="2D1328FC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CHSE, ODISHA</w:t>
            </w:r>
          </w:p>
        </w:tc>
        <w:tc>
          <w:tcPr>
            <w:tcW w:w="696" w:type="dxa"/>
          </w:tcPr>
          <w:p w14:paraId="37D1E6C1" w14:textId="7EE56A12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318" w:type="dxa"/>
          </w:tcPr>
          <w:p w14:paraId="0A8E5395" w14:textId="70A0793E" w:rsidR="003B1EDF" w:rsidRPr="002B741D" w:rsidRDefault="000E3E4A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73.5%</w:t>
            </w:r>
          </w:p>
        </w:tc>
      </w:tr>
      <w:tr w:rsidR="003B1EDF" w:rsidRPr="002B741D" w14:paraId="3D834C02" w14:textId="77777777" w:rsidTr="000E3E4A">
        <w:trPr>
          <w:trHeight w:val="425"/>
        </w:trPr>
        <w:tc>
          <w:tcPr>
            <w:tcW w:w="1769" w:type="dxa"/>
          </w:tcPr>
          <w:p w14:paraId="733B89FF" w14:textId="05AA9663" w:rsidR="003B1EDF" w:rsidRPr="002B741D" w:rsidRDefault="008B74C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1713" w:type="dxa"/>
          </w:tcPr>
          <w:p w14:paraId="4E29EE5A" w14:textId="5CDCFFEF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2834" w:type="dxa"/>
          </w:tcPr>
          <w:p w14:paraId="39A9D022" w14:textId="511A4F30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DHENKANAL AUTO. COLLEGE DHENKANAL</w:t>
            </w:r>
          </w:p>
        </w:tc>
        <w:tc>
          <w:tcPr>
            <w:tcW w:w="696" w:type="dxa"/>
          </w:tcPr>
          <w:p w14:paraId="42A26F3C" w14:textId="5037CD1A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318" w:type="dxa"/>
          </w:tcPr>
          <w:p w14:paraId="6C922431" w14:textId="400B7D41" w:rsidR="003B1EDF" w:rsidRPr="002B741D" w:rsidRDefault="000E3E4A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75.05%</w:t>
            </w:r>
          </w:p>
        </w:tc>
      </w:tr>
      <w:tr w:rsidR="003B1EDF" w:rsidRPr="002B741D" w14:paraId="18EA82CC" w14:textId="77777777" w:rsidTr="000E3E4A">
        <w:trPr>
          <w:trHeight w:val="299"/>
        </w:trPr>
        <w:tc>
          <w:tcPr>
            <w:tcW w:w="1769" w:type="dxa"/>
          </w:tcPr>
          <w:p w14:paraId="7107CB41" w14:textId="4AEEA6FE" w:rsidR="003B1EDF" w:rsidRPr="002B741D" w:rsidRDefault="008B74C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1713" w:type="dxa"/>
          </w:tcPr>
          <w:p w14:paraId="530D7758" w14:textId="24BC12B7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APPLIED PHYSICS &amp; BALLISTICS</w:t>
            </w:r>
          </w:p>
        </w:tc>
        <w:tc>
          <w:tcPr>
            <w:tcW w:w="2834" w:type="dxa"/>
          </w:tcPr>
          <w:p w14:paraId="46A85930" w14:textId="0E41A446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FAKIR MOHAN UNIVERSITY, BALASORE</w:t>
            </w:r>
          </w:p>
        </w:tc>
        <w:tc>
          <w:tcPr>
            <w:tcW w:w="696" w:type="dxa"/>
          </w:tcPr>
          <w:p w14:paraId="437267B2" w14:textId="005B7143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318" w:type="dxa"/>
          </w:tcPr>
          <w:p w14:paraId="1700E8AA" w14:textId="162B7BC3" w:rsidR="003B1EDF" w:rsidRPr="002B741D" w:rsidRDefault="000E3E4A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77.00%</w:t>
            </w:r>
          </w:p>
        </w:tc>
      </w:tr>
    </w:tbl>
    <w:p w14:paraId="77A8990F" w14:textId="77777777" w:rsidR="003B1EDF" w:rsidRPr="002B741D" w:rsidRDefault="005C5B04" w:rsidP="007A2971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82"/>
        <w:gridCol w:w="1923"/>
        <w:gridCol w:w="1772"/>
        <w:gridCol w:w="1772"/>
        <w:gridCol w:w="1771"/>
      </w:tblGrid>
      <w:tr w:rsidR="00E44A5B" w:rsidRPr="002B741D" w14:paraId="18B04126" w14:textId="77777777" w:rsidTr="00E44A5B">
        <w:trPr>
          <w:trHeight w:val="731"/>
        </w:trPr>
        <w:tc>
          <w:tcPr>
            <w:tcW w:w="1781" w:type="dxa"/>
          </w:tcPr>
          <w:p w14:paraId="1A04C332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921" w:type="dxa"/>
          </w:tcPr>
          <w:p w14:paraId="43C11A9F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773" w:type="dxa"/>
          </w:tcPr>
          <w:p w14:paraId="62272E36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773" w:type="dxa"/>
          </w:tcPr>
          <w:p w14:paraId="1424AF67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772" w:type="dxa"/>
          </w:tcPr>
          <w:p w14:paraId="5E69B777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E44A5B" w:rsidRPr="002B741D" w14:paraId="7F89D371" w14:textId="77777777" w:rsidTr="00E44A5B">
        <w:trPr>
          <w:trHeight w:val="664"/>
        </w:trPr>
        <w:tc>
          <w:tcPr>
            <w:tcW w:w="1781" w:type="dxa"/>
          </w:tcPr>
          <w:p w14:paraId="3CC01E61" w14:textId="309E3903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  <w:r w:rsidR="000E3E4A">
              <w:rPr>
                <w:rFonts w:ascii="Times New Roman" w:hAnsi="Times New Roman" w:cs="Times New Roman"/>
                <w:sz w:val="24"/>
                <w:szCs w:val="24"/>
              </w:rPr>
              <w:t xml:space="preserve"> IN PHYSICS</w:t>
            </w:r>
          </w:p>
        </w:tc>
        <w:tc>
          <w:tcPr>
            <w:tcW w:w="1921" w:type="dxa"/>
          </w:tcPr>
          <w:p w14:paraId="315A4555" w14:textId="0AE84175" w:rsidR="003B1EDF" w:rsidRPr="002B741D" w:rsidRDefault="00617B8E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ISPAT AUTONOMOUS COLLEGE, ROURKELA</w:t>
            </w:r>
          </w:p>
        </w:tc>
        <w:tc>
          <w:tcPr>
            <w:tcW w:w="1773" w:type="dxa"/>
          </w:tcPr>
          <w:p w14:paraId="6F229C67" w14:textId="3E92628E" w:rsidR="003B1EDF" w:rsidRPr="002B741D" w:rsidRDefault="000E3E4A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44A5B">
              <w:rPr>
                <w:rFonts w:ascii="Times New Roman" w:hAnsi="Times New Roman" w:cs="Times New Roman"/>
                <w:sz w:val="24"/>
                <w:szCs w:val="24"/>
              </w:rPr>
              <w:t>/10/2016</w:t>
            </w:r>
          </w:p>
        </w:tc>
        <w:tc>
          <w:tcPr>
            <w:tcW w:w="1773" w:type="dxa"/>
          </w:tcPr>
          <w:p w14:paraId="1DD7030C" w14:textId="0370DD63" w:rsidR="003B1EDF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30/06/2025</w:t>
            </w:r>
          </w:p>
        </w:tc>
        <w:tc>
          <w:tcPr>
            <w:tcW w:w="1772" w:type="dxa"/>
          </w:tcPr>
          <w:p w14:paraId="5C9C9EED" w14:textId="401C2E40" w:rsidR="003B1EDF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9Yrs.</w:t>
            </w:r>
          </w:p>
        </w:tc>
      </w:tr>
      <w:tr w:rsidR="00E44A5B" w:rsidRPr="002B741D" w14:paraId="2792622D" w14:textId="77777777" w:rsidTr="00E44A5B">
        <w:trPr>
          <w:trHeight w:val="889"/>
        </w:trPr>
        <w:tc>
          <w:tcPr>
            <w:tcW w:w="1781" w:type="dxa"/>
          </w:tcPr>
          <w:p w14:paraId="6581A516" w14:textId="2AE41B80" w:rsidR="00E44A5B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LECTURER</w:t>
            </w:r>
          </w:p>
        </w:tc>
        <w:tc>
          <w:tcPr>
            <w:tcW w:w="1921" w:type="dxa"/>
          </w:tcPr>
          <w:p w14:paraId="39A733C1" w14:textId="22973440" w:rsidR="00E44A5B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SALEPUR AUTONOMOUS COLLEGE, SALEPUR</w:t>
            </w:r>
          </w:p>
        </w:tc>
        <w:tc>
          <w:tcPr>
            <w:tcW w:w="1773" w:type="dxa"/>
          </w:tcPr>
          <w:p w14:paraId="5E794921" w14:textId="73719A4A" w:rsidR="00E44A5B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01/07/2025</w:t>
            </w:r>
          </w:p>
        </w:tc>
        <w:tc>
          <w:tcPr>
            <w:tcW w:w="1773" w:type="dxa"/>
          </w:tcPr>
          <w:p w14:paraId="6DF764E8" w14:textId="54358E5D" w:rsidR="00E44A5B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Cont.</w:t>
            </w:r>
          </w:p>
        </w:tc>
        <w:tc>
          <w:tcPr>
            <w:tcW w:w="1772" w:type="dxa"/>
          </w:tcPr>
          <w:p w14:paraId="46E70407" w14:textId="13E8277A" w:rsidR="00E44A5B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Cont.</w:t>
            </w:r>
          </w:p>
        </w:tc>
      </w:tr>
    </w:tbl>
    <w:p w14:paraId="24341573" w14:textId="77777777" w:rsidR="003B1EDF" w:rsidRPr="002B741D" w:rsidRDefault="005C5B04" w:rsidP="007A2971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4. Courses Attended (Orientation/Refresher/FDP etc.)</w:t>
      </w:r>
    </w:p>
    <w:tbl>
      <w:tblPr>
        <w:tblStyle w:val="TableGrid"/>
        <w:tblW w:w="9002" w:type="dxa"/>
        <w:tblLook w:val="04A0" w:firstRow="1" w:lastRow="0" w:firstColumn="1" w:lastColumn="0" w:noHBand="0" w:noVBand="1"/>
      </w:tblPr>
      <w:tblGrid>
        <w:gridCol w:w="2141"/>
        <w:gridCol w:w="2130"/>
        <w:gridCol w:w="2560"/>
        <w:gridCol w:w="2171"/>
      </w:tblGrid>
      <w:tr w:rsidR="003B1EDF" w:rsidRPr="002B741D" w14:paraId="34DAAE98" w14:textId="77777777" w:rsidTr="007A2971">
        <w:trPr>
          <w:trHeight w:val="980"/>
        </w:trPr>
        <w:tc>
          <w:tcPr>
            <w:tcW w:w="2141" w:type="dxa"/>
          </w:tcPr>
          <w:p w14:paraId="7D27A707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Course</w:t>
            </w:r>
          </w:p>
        </w:tc>
        <w:tc>
          <w:tcPr>
            <w:tcW w:w="2130" w:type="dxa"/>
          </w:tcPr>
          <w:p w14:paraId="753FB7F8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2560" w:type="dxa"/>
          </w:tcPr>
          <w:p w14:paraId="28818BD2" w14:textId="77777777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University/Organization</w:t>
            </w:r>
          </w:p>
        </w:tc>
        <w:tc>
          <w:tcPr>
            <w:tcW w:w="2171" w:type="dxa"/>
          </w:tcPr>
          <w:p w14:paraId="0CDDD255" w14:textId="0AA6AAA0" w:rsidR="003B1EDF" w:rsidRPr="002B741D" w:rsidRDefault="008B74C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State/National / International</w:t>
            </w:r>
          </w:p>
        </w:tc>
      </w:tr>
      <w:tr w:rsidR="003B1EDF" w:rsidRPr="002B741D" w14:paraId="4AD85271" w14:textId="77777777" w:rsidTr="007A2971">
        <w:trPr>
          <w:trHeight w:val="759"/>
        </w:trPr>
        <w:tc>
          <w:tcPr>
            <w:tcW w:w="2141" w:type="dxa"/>
          </w:tcPr>
          <w:p w14:paraId="4468BB09" w14:textId="04418F45" w:rsidR="003B1EDF" w:rsidRPr="002B741D" w:rsidRDefault="00243B36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INDUCTION</w:t>
            </w:r>
            <w:r w:rsidR="00E44A5B">
              <w:rPr>
                <w:rFonts w:ascii="Times New Roman" w:hAnsi="Times New Roman" w:cs="Times New Roman"/>
                <w:sz w:val="24"/>
                <w:szCs w:val="24"/>
              </w:rPr>
              <w:t xml:space="preserve"> PROGRAMME</w:t>
            </w:r>
          </w:p>
        </w:tc>
        <w:tc>
          <w:tcPr>
            <w:tcW w:w="2130" w:type="dxa"/>
          </w:tcPr>
          <w:p w14:paraId="1952FEFE" w14:textId="4908CEA8" w:rsidR="007A2971" w:rsidRDefault="007A2971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Jan 2022-</w:t>
            </w:r>
          </w:p>
          <w:p w14:paraId="00DC1C7E" w14:textId="368EA4BF" w:rsidR="003B1EDF" w:rsidRPr="002B741D" w:rsidRDefault="007A2971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Feb 2022</w:t>
            </w:r>
          </w:p>
        </w:tc>
        <w:tc>
          <w:tcPr>
            <w:tcW w:w="2560" w:type="dxa"/>
          </w:tcPr>
          <w:p w14:paraId="173DC78C" w14:textId="5D69BA24" w:rsidR="003B1EDF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SAMBALPUR UNIVERSITY</w:t>
            </w:r>
          </w:p>
        </w:tc>
        <w:tc>
          <w:tcPr>
            <w:tcW w:w="2171" w:type="dxa"/>
          </w:tcPr>
          <w:p w14:paraId="381CFB0F" w14:textId="681641BD" w:rsidR="003B1EDF" w:rsidRPr="002B741D" w:rsidRDefault="00E44A5B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UGC </w:t>
            </w:r>
            <w:r w:rsidR="000E3E4A">
              <w:rPr>
                <w:rFonts w:ascii="Times New Roman" w:hAnsi="Times New Roman" w:cs="Times New Roman"/>
                <w:sz w:val="24"/>
                <w:szCs w:val="24"/>
              </w:rPr>
              <w:t>Sponsored</w:t>
            </w:r>
          </w:p>
        </w:tc>
      </w:tr>
      <w:tr w:rsidR="003B1EDF" w:rsidRPr="002B741D" w14:paraId="3E6A0F05" w14:textId="77777777" w:rsidTr="007A2971">
        <w:trPr>
          <w:trHeight w:val="759"/>
        </w:trPr>
        <w:tc>
          <w:tcPr>
            <w:tcW w:w="2141" w:type="dxa"/>
          </w:tcPr>
          <w:p w14:paraId="67DF8F11" w14:textId="2BB9DBE1" w:rsidR="003B1EDF" w:rsidRPr="002B741D" w:rsidRDefault="00243B36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FACULTY DEVELOPMENT PROGRAM</w:t>
            </w:r>
          </w:p>
        </w:tc>
        <w:tc>
          <w:tcPr>
            <w:tcW w:w="2130" w:type="dxa"/>
          </w:tcPr>
          <w:p w14:paraId="6D7C70BD" w14:textId="0092AC1B" w:rsidR="00243B36" w:rsidRDefault="00243B36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Dec 2021-</w:t>
            </w:r>
          </w:p>
          <w:p w14:paraId="06806D19" w14:textId="15E13704" w:rsidR="003B1EDF" w:rsidRPr="002B741D" w:rsidRDefault="00243B36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Dec 2021</w:t>
            </w:r>
          </w:p>
        </w:tc>
        <w:tc>
          <w:tcPr>
            <w:tcW w:w="2560" w:type="dxa"/>
          </w:tcPr>
          <w:p w14:paraId="07E61D78" w14:textId="1093D096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FAKIR MOHAN UNIVERSITY</w:t>
            </w:r>
          </w:p>
        </w:tc>
        <w:tc>
          <w:tcPr>
            <w:tcW w:w="2171" w:type="dxa"/>
          </w:tcPr>
          <w:p w14:paraId="22053FB7" w14:textId="519D6B89" w:rsidR="003B1EDF" w:rsidRPr="002B741D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HRDC Sponsored</w:t>
            </w:r>
          </w:p>
        </w:tc>
      </w:tr>
      <w:tr w:rsidR="005C5B04" w:rsidRPr="002B741D" w14:paraId="0087CE3A" w14:textId="77777777" w:rsidTr="007A2971">
        <w:trPr>
          <w:trHeight w:val="759"/>
        </w:trPr>
        <w:tc>
          <w:tcPr>
            <w:tcW w:w="2141" w:type="dxa"/>
          </w:tcPr>
          <w:p w14:paraId="0BB5B9E1" w14:textId="1D244405" w:rsidR="005C5B04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8"/>
                <w:szCs w:val="28"/>
              </w:rPr>
              <w:t>REFRESHER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COURSE</w:t>
            </w:r>
          </w:p>
        </w:tc>
        <w:tc>
          <w:tcPr>
            <w:tcW w:w="2130" w:type="dxa"/>
          </w:tcPr>
          <w:p w14:paraId="2A17409E" w14:textId="77777777" w:rsidR="005C5B04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 Feb 2021-</w:t>
            </w:r>
          </w:p>
          <w:p w14:paraId="55A8A9A7" w14:textId="6F4B79F9" w:rsidR="005C5B04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Feb 2021</w:t>
            </w:r>
          </w:p>
        </w:tc>
        <w:tc>
          <w:tcPr>
            <w:tcW w:w="2560" w:type="dxa"/>
          </w:tcPr>
          <w:p w14:paraId="42815F5B" w14:textId="2E1231FD" w:rsidR="005C5B04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IIT, DHANBAD</w:t>
            </w:r>
          </w:p>
        </w:tc>
        <w:tc>
          <w:tcPr>
            <w:tcW w:w="2171" w:type="dxa"/>
          </w:tcPr>
          <w:p w14:paraId="78341147" w14:textId="7088CA68" w:rsidR="005C5B04" w:rsidRDefault="005C5B04" w:rsidP="007A2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TEQIP Sponsored</w:t>
            </w:r>
          </w:p>
        </w:tc>
      </w:tr>
    </w:tbl>
    <w:p w14:paraId="3A25F025" w14:textId="77777777" w:rsidR="002B741D" w:rsidRDefault="002B741D" w:rsidP="007A2971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18FBAEFB" w14:textId="7443738B" w:rsidR="003B1EDF" w:rsidRPr="002B741D" w:rsidRDefault="005C5B04" w:rsidP="007A2971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  <w:r w:rsidR="009D780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0A749101" w14:textId="77777777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1D76C884" w:rsidR="003B1EDF" w:rsidRPr="002B741D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>Date:</w:t>
      </w:r>
      <w:r w:rsidR="002338C0">
        <w:rPr>
          <w:rFonts w:ascii="Times New Roman" w:hAnsi="Times New Roman" w:cs="Times New Roman"/>
          <w:sz w:val="24"/>
          <w:szCs w:val="24"/>
        </w:rPr>
        <w:t xml:space="preserve"> 18.02.2026</w:t>
      </w:r>
      <w:bookmarkStart w:id="0" w:name="_GoBack"/>
      <w:bookmarkEnd w:id="0"/>
    </w:p>
    <w:p w14:paraId="49C9217A" w14:textId="5ABA2F5D" w:rsidR="003B1EDF" w:rsidRDefault="005C5B04" w:rsidP="007A2971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Place:</w:t>
      </w:r>
      <w:r w:rsidR="002338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8C0">
        <w:rPr>
          <w:rFonts w:ascii="Times New Roman" w:hAnsi="Times New Roman" w:cs="Times New Roman"/>
          <w:sz w:val="24"/>
          <w:szCs w:val="24"/>
        </w:rPr>
        <w:t>Salipur</w:t>
      </w:r>
      <w:proofErr w:type="spellEnd"/>
    </w:p>
    <w:p w14:paraId="02E2BD42" w14:textId="03DE7E07" w:rsidR="002338C0" w:rsidRPr="002B741D" w:rsidRDefault="002338C0" w:rsidP="002338C0">
      <w:pPr>
        <w:jc w:val="right"/>
        <w:rPr>
          <w:rFonts w:ascii="Times New Roman" w:hAnsi="Times New Roman" w:cs="Times New Roman"/>
          <w:sz w:val="24"/>
          <w:szCs w:val="24"/>
        </w:rPr>
      </w:pPr>
      <w:r w:rsidRPr="002338C0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12133A8" wp14:editId="4B5CAD3D">
            <wp:extent cx="1943100" cy="626020"/>
            <wp:effectExtent l="0" t="0" r="0" b="3175"/>
            <wp:docPr id="1" name="Picture 1" descr="C:\Users\HP\Downloads\WhatsApp Image 2026-02-18 at 3.48.34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WhatsApp Image 2026-02-18 at 3.48.34 PM (2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429" cy="62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620E2" w14:textId="105DDC47" w:rsidR="003B1EDF" w:rsidRPr="002B741D" w:rsidRDefault="002338C0" w:rsidP="002338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="005C5B04" w:rsidRPr="002B741D">
        <w:rPr>
          <w:rFonts w:ascii="Times New Roman" w:hAnsi="Times New Roman" w:cs="Times New Roman"/>
          <w:sz w:val="24"/>
          <w:szCs w:val="24"/>
        </w:rPr>
        <w:t>Signature</w:t>
      </w:r>
    </w:p>
    <w:p w14:paraId="10D8712C" w14:textId="77777777" w:rsidR="009D7801" w:rsidRPr="002B741D" w:rsidRDefault="009D780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9D7801" w:rsidRPr="002B74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2F7078"/>
    <w:multiLevelType w:val="hybridMultilevel"/>
    <w:tmpl w:val="1E9CD29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B4457B9"/>
    <w:multiLevelType w:val="hybridMultilevel"/>
    <w:tmpl w:val="272E884C"/>
    <w:lvl w:ilvl="0" w:tplc="25CEAB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74101"/>
    <w:multiLevelType w:val="hybridMultilevel"/>
    <w:tmpl w:val="9970F8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B52FF"/>
    <w:multiLevelType w:val="hybridMultilevel"/>
    <w:tmpl w:val="3BA46E7E"/>
    <w:lvl w:ilvl="0" w:tplc="EB9659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38" w:hanging="360"/>
      </w:pPr>
    </w:lvl>
    <w:lvl w:ilvl="2" w:tplc="4009001B" w:tentative="1">
      <w:start w:val="1"/>
      <w:numFmt w:val="lowerRoman"/>
      <w:lvlText w:val="%3."/>
      <w:lvlJc w:val="right"/>
      <w:pPr>
        <w:ind w:left="1658" w:hanging="180"/>
      </w:pPr>
    </w:lvl>
    <w:lvl w:ilvl="3" w:tplc="4009000F" w:tentative="1">
      <w:start w:val="1"/>
      <w:numFmt w:val="decimal"/>
      <w:lvlText w:val="%4."/>
      <w:lvlJc w:val="left"/>
      <w:pPr>
        <w:ind w:left="2378" w:hanging="360"/>
      </w:pPr>
    </w:lvl>
    <w:lvl w:ilvl="4" w:tplc="40090019" w:tentative="1">
      <w:start w:val="1"/>
      <w:numFmt w:val="lowerLetter"/>
      <w:lvlText w:val="%5."/>
      <w:lvlJc w:val="left"/>
      <w:pPr>
        <w:ind w:left="3098" w:hanging="360"/>
      </w:pPr>
    </w:lvl>
    <w:lvl w:ilvl="5" w:tplc="4009001B" w:tentative="1">
      <w:start w:val="1"/>
      <w:numFmt w:val="lowerRoman"/>
      <w:lvlText w:val="%6."/>
      <w:lvlJc w:val="right"/>
      <w:pPr>
        <w:ind w:left="3818" w:hanging="180"/>
      </w:pPr>
    </w:lvl>
    <w:lvl w:ilvl="6" w:tplc="4009000F" w:tentative="1">
      <w:start w:val="1"/>
      <w:numFmt w:val="decimal"/>
      <w:lvlText w:val="%7."/>
      <w:lvlJc w:val="left"/>
      <w:pPr>
        <w:ind w:left="4538" w:hanging="360"/>
      </w:pPr>
    </w:lvl>
    <w:lvl w:ilvl="7" w:tplc="40090019" w:tentative="1">
      <w:start w:val="1"/>
      <w:numFmt w:val="lowerLetter"/>
      <w:lvlText w:val="%8."/>
      <w:lvlJc w:val="left"/>
      <w:pPr>
        <w:ind w:left="5258" w:hanging="360"/>
      </w:pPr>
    </w:lvl>
    <w:lvl w:ilvl="8" w:tplc="40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2F79"/>
    <w:rsid w:val="000E3E4A"/>
    <w:rsid w:val="0015074B"/>
    <w:rsid w:val="002338C0"/>
    <w:rsid w:val="00243B36"/>
    <w:rsid w:val="0029639D"/>
    <w:rsid w:val="002B741D"/>
    <w:rsid w:val="00326F90"/>
    <w:rsid w:val="003B1EDF"/>
    <w:rsid w:val="005C5B04"/>
    <w:rsid w:val="00617B8E"/>
    <w:rsid w:val="007A2971"/>
    <w:rsid w:val="00803555"/>
    <w:rsid w:val="008B74CB"/>
    <w:rsid w:val="009C6B83"/>
    <w:rsid w:val="009D7801"/>
    <w:rsid w:val="00AA1D8D"/>
    <w:rsid w:val="00AC16F7"/>
    <w:rsid w:val="00B47730"/>
    <w:rsid w:val="00CB0664"/>
    <w:rsid w:val="00D30933"/>
    <w:rsid w:val="00E44A5B"/>
    <w:rsid w:val="00FA5D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79EED8CE-D645-463F-B605-31F39960B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B25C28-69BA-4061-98B0-487E319F9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3</cp:revision>
  <dcterms:created xsi:type="dcterms:W3CDTF">2026-02-18T10:19:00Z</dcterms:created>
  <dcterms:modified xsi:type="dcterms:W3CDTF">2026-02-19T05:41:00Z</dcterms:modified>
  <cp:category/>
</cp:coreProperties>
</file>