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A3931" w14:textId="77777777" w:rsidR="003B1EDF" w:rsidRPr="002B741D" w:rsidRDefault="002B741D">
      <w:pPr>
        <w:pStyle w:val="Heading1"/>
        <w:jc w:val="center"/>
        <w:rPr>
          <w:rFonts w:ascii="Times New Roman" w:hAnsi="Times New Roman" w:cs="Times New Roman"/>
        </w:rPr>
      </w:pPr>
      <w:r w:rsidRPr="002B741D">
        <w:rPr>
          <w:rFonts w:ascii="Times New Roman" w:hAnsi="Times New Roman" w:cs="Times New Roman"/>
        </w:rPr>
        <w:t>CURRICULUM VITAE OF FACULTY MEMBERS</w:t>
      </w:r>
    </w:p>
    <w:p w14:paraId="10710E94" w14:textId="77777777" w:rsidR="002B741D" w:rsidRPr="002B741D" w:rsidRDefault="00281C54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1. Personal Information</w:t>
      </w:r>
    </w:p>
    <w:p w14:paraId="5C490E51" w14:textId="77777777" w:rsidR="003B1EDF" w:rsidRPr="002B741D" w:rsidRDefault="000B2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A86313" wp14:editId="76ED87DF">
                <wp:simplePos x="0" y="0"/>
                <wp:positionH relativeFrom="column">
                  <wp:posOffset>4019550</wp:posOffset>
                </wp:positionH>
                <wp:positionV relativeFrom="paragraph">
                  <wp:posOffset>31115</wp:posOffset>
                </wp:positionV>
                <wp:extent cx="1390650" cy="1447800"/>
                <wp:effectExtent l="0" t="0" r="19050" b="19050"/>
                <wp:wrapNone/>
                <wp:docPr id="14163222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44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502067" w14:textId="77777777" w:rsidR="00385F4F" w:rsidRDefault="00385F4F" w:rsidP="00385F4F">
                            <w:pPr>
                              <w:jc w:val="center"/>
                            </w:pPr>
                            <w:r w:rsidRPr="00385F4F">
                              <w:rPr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374764B9" wp14:editId="346F74F7">
                                  <wp:extent cx="1308735" cy="1330960"/>
                                  <wp:effectExtent l="0" t="0" r="5715" b="2540"/>
                                  <wp:docPr id="202520517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8735" cy="1330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A86313" id="Rectangle 1" o:spid="_x0000_s1026" style="position:absolute;margin-left:316.5pt;margin-top:2.45pt;width:109.5pt;height:11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" fillcolor="white [3201]" strokecolor="black [3200]" strokeweight="2pt">
                <v:textbox>
                  <w:txbxContent>
                    <w:p w14:paraId="52502067" w14:textId="77777777" w:rsidR="00385F4F" w:rsidRDefault="00385F4F" w:rsidP="00385F4F">
                      <w:pPr>
                        <w:jc w:val="center"/>
                      </w:pPr>
                      <w:r w:rsidRPr="00385F4F">
                        <w:rPr>
                          <w:noProof/>
                          <w:lang w:val="en-IN" w:eastAsia="en-IN"/>
                        </w:rPr>
                        <w:drawing>
                          <wp:inline distT="0" distB="0" distL="0" distR="0" wp14:anchorId="374764B9" wp14:editId="346F74F7">
                            <wp:extent cx="1308735" cy="1330960"/>
                            <wp:effectExtent l="0" t="0" r="5715" b="2540"/>
                            <wp:docPr id="202520517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8735" cy="13309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2B741D">
        <w:rPr>
          <w:rFonts w:ascii="Times New Roman" w:hAnsi="Times New Roman" w:cs="Times New Roman"/>
          <w:sz w:val="24"/>
          <w:szCs w:val="24"/>
        </w:rPr>
        <w:t xml:space="preserve">Full Name: </w:t>
      </w:r>
      <w:r w:rsidR="00574AAC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574AAC">
        <w:rPr>
          <w:rFonts w:ascii="Times New Roman" w:hAnsi="Times New Roman" w:cs="Times New Roman"/>
          <w:sz w:val="24"/>
          <w:szCs w:val="24"/>
        </w:rPr>
        <w:t>Aparna</w:t>
      </w:r>
      <w:proofErr w:type="spellEnd"/>
      <w:r w:rsidR="00574AAC">
        <w:rPr>
          <w:rFonts w:ascii="Times New Roman" w:hAnsi="Times New Roman" w:cs="Times New Roman"/>
          <w:sz w:val="24"/>
          <w:szCs w:val="24"/>
        </w:rPr>
        <w:t xml:space="preserve"> Das</w:t>
      </w:r>
    </w:p>
    <w:p w14:paraId="79B72F5C" w14:textId="77777777" w:rsidR="003B1EDF" w:rsidRPr="002B741D" w:rsidRDefault="00281C54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Designation: </w:t>
      </w:r>
      <w:r w:rsidR="00574AAC">
        <w:rPr>
          <w:rFonts w:ascii="Times New Roman" w:hAnsi="Times New Roman" w:cs="Times New Roman"/>
          <w:sz w:val="24"/>
          <w:szCs w:val="24"/>
        </w:rPr>
        <w:t>Lecturer</w:t>
      </w:r>
    </w:p>
    <w:p w14:paraId="03A0D8E2" w14:textId="77777777" w:rsidR="003B1EDF" w:rsidRPr="002B741D" w:rsidRDefault="00281C54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Department: </w:t>
      </w:r>
      <w:r w:rsidR="00574AAC">
        <w:rPr>
          <w:rFonts w:ascii="Times New Roman" w:hAnsi="Times New Roman" w:cs="Times New Roman"/>
          <w:sz w:val="24"/>
          <w:szCs w:val="24"/>
        </w:rPr>
        <w:t>Botany</w:t>
      </w:r>
    </w:p>
    <w:p w14:paraId="4CACFE56" w14:textId="77777777" w:rsidR="003B1EDF" w:rsidRPr="002B741D" w:rsidRDefault="00281C54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Date of Birth: </w:t>
      </w:r>
      <w:r w:rsidR="00574AAC">
        <w:rPr>
          <w:rFonts w:ascii="Times New Roman" w:hAnsi="Times New Roman" w:cs="Times New Roman"/>
          <w:sz w:val="24"/>
          <w:szCs w:val="24"/>
        </w:rPr>
        <w:t>25.06.1973</w:t>
      </w:r>
    </w:p>
    <w:p w14:paraId="23A617D7" w14:textId="77777777" w:rsidR="008B74CB" w:rsidRPr="002B741D" w:rsidRDefault="008B74CB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Date of Joining:</w:t>
      </w:r>
      <w:r w:rsidR="00574AAC">
        <w:rPr>
          <w:rFonts w:ascii="Times New Roman" w:hAnsi="Times New Roman" w:cs="Times New Roman"/>
          <w:sz w:val="24"/>
          <w:szCs w:val="24"/>
        </w:rPr>
        <w:t xml:space="preserve"> 06.10.2016</w:t>
      </w:r>
    </w:p>
    <w:p w14:paraId="35ED4A7A" w14:textId="77777777" w:rsidR="003B1EDF" w:rsidRPr="002B741D" w:rsidRDefault="00281C54" w:rsidP="000B2F79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Gender: </w:t>
      </w:r>
      <w:r w:rsidR="00574AAC">
        <w:rPr>
          <w:rFonts w:ascii="Times New Roman" w:hAnsi="Times New Roman" w:cs="Times New Roman"/>
          <w:sz w:val="24"/>
          <w:szCs w:val="24"/>
        </w:rPr>
        <w:t>Female</w:t>
      </w:r>
      <w:r w:rsidR="000B2F79">
        <w:rPr>
          <w:rFonts w:ascii="Times New Roman" w:hAnsi="Times New Roman" w:cs="Times New Roman"/>
          <w:sz w:val="24"/>
          <w:szCs w:val="24"/>
        </w:rPr>
        <w:tab/>
        <w:t>Photo</w:t>
      </w:r>
      <w:bookmarkStart w:id="0" w:name="_GoBack"/>
      <w:bookmarkEnd w:id="0"/>
    </w:p>
    <w:p w14:paraId="6B4F0D13" w14:textId="77777777" w:rsidR="003B1EDF" w:rsidRPr="002B741D" w:rsidRDefault="00281C54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Official Address:</w:t>
      </w:r>
      <w:r w:rsidR="00574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AAC">
        <w:rPr>
          <w:rFonts w:ascii="Times New Roman" w:hAnsi="Times New Roman" w:cs="Times New Roman"/>
          <w:sz w:val="24"/>
          <w:szCs w:val="24"/>
        </w:rPr>
        <w:t>Salipur</w:t>
      </w:r>
      <w:proofErr w:type="spellEnd"/>
      <w:r w:rsidR="00574AAC">
        <w:rPr>
          <w:rFonts w:ascii="Times New Roman" w:hAnsi="Times New Roman" w:cs="Times New Roman"/>
          <w:sz w:val="24"/>
          <w:szCs w:val="24"/>
        </w:rPr>
        <w:t xml:space="preserve"> Autonomous College</w:t>
      </w:r>
      <w:r w:rsidRPr="002B74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B57B2D" w14:textId="77777777" w:rsidR="003B1EDF" w:rsidRPr="002B741D" w:rsidRDefault="00281C54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Email: </w:t>
      </w:r>
      <w:r w:rsidR="00574AAC">
        <w:rPr>
          <w:rFonts w:ascii="Times New Roman" w:hAnsi="Times New Roman" w:cs="Times New Roman"/>
          <w:sz w:val="24"/>
          <w:szCs w:val="24"/>
        </w:rPr>
        <w:t>dasaparnadr@gmail.com</w:t>
      </w:r>
    </w:p>
    <w:p w14:paraId="17434F22" w14:textId="77777777" w:rsidR="003B1EDF" w:rsidRPr="002B741D" w:rsidRDefault="00281C54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Phone: </w:t>
      </w:r>
      <w:r w:rsidR="00385F4F">
        <w:rPr>
          <w:rFonts w:ascii="Times New Roman" w:hAnsi="Times New Roman" w:cs="Times New Roman"/>
          <w:sz w:val="24"/>
          <w:szCs w:val="24"/>
        </w:rPr>
        <w:t>9938658037</w:t>
      </w:r>
    </w:p>
    <w:p w14:paraId="0C3F8067" w14:textId="77777777" w:rsidR="003B1EDF" w:rsidRPr="002B741D" w:rsidRDefault="00281C54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ORCID/Research ID (if any): </w:t>
      </w:r>
    </w:p>
    <w:p w14:paraId="7B2DB9F8" w14:textId="77777777" w:rsidR="003B1EDF" w:rsidRPr="002B741D" w:rsidRDefault="00281C54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2. Academic Qualifications</w:t>
      </w:r>
    </w:p>
    <w:tbl>
      <w:tblPr>
        <w:tblStyle w:val="TableGrid"/>
        <w:tblW w:w="8988" w:type="dxa"/>
        <w:tblLook w:val="04A0" w:firstRow="1" w:lastRow="0" w:firstColumn="1" w:lastColumn="0" w:noHBand="0" w:noVBand="1"/>
      </w:tblPr>
      <w:tblGrid>
        <w:gridCol w:w="1426"/>
        <w:gridCol w:w="2677"/>
        <w:gridCol w:w="2213"/>
        <w:gridCol w:w="696"/>
        <w:gridCol w:w="1976"/>
      </w:tblGrid>
      <w:tr w:rsidR="003B1EDF" w:rsidRPr="002B741D" w14:paraId="6360B2B3" w14:textId="77777777" w:rsidTr="00D03C7E">
        <w:trPr>
          <w:trHeight w:val="299"/>
        </w:trPr>
        <w:tc>
          <w:tcPr>
            <w:tcW w:w="1426" w:type="dxa"/>
          </w:tcPr>
          <w:p w14:paraId="24445508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2677" w:type="dxa"/>
          </w:tcPr>
          <w:p w14:paraId="6C7EEA25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2213" w:type="dxa"/>
          </w:tcPr>
          <w:p w14:paraId="5BE99044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r w:rsidR="008B74CB" w:rsidRPr="002B741D">
              <w:rPr>
                <w:rFonts w:ascii="Times New Roman" w:hAnsi="Times New Roman" w:cs="Times New Roman"/>
                <w:sz w:val="24"/>
                <w:szCs w:val="24"/>
              </w:rPr>
              <w:t>/Board</w:t>
            </w:r>
          </w:p>
        </w:tc>
        <w:tc>
          <w:tcPr>
            <w:tcW w:w="696" w:type="dxa"/>
          </w:tcPr>
          <w:p w14:paraId="2A50603D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976" w:type="dxa"/>
          </w:tcPr>
          <w:p w14:paraId="6888CE56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Percentage/CGPA</w:t>
            </w:r>
          </w:p>
        </w:tc>
      </w:tr>
      <w:tr w:rsidR="003B1EDF" w:rsidRPr="002B741D" w14:paraId="61E0367A" w14:textId="77777777" w:rsidTr="00D03C7E">
        <w:trPr>
          <w:trHeight w:val="299"/>
        </w:trPr>
        <w:tc>
          <w:tcPr>
            <w:tcW w:w="1426" w:type="dxa"/>
          </w:tcPr>
          <w:p w14:paraId="0FB467BA" w14:textId="77777777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7" w:type="dxa"/>
          </w:tcPr>
          <w:p w14:paraId="16FC173A" w14:textId="560BAE75" w:rsidR="003B1EDF" w:rsidRPr="002B741D" w:rsidRDefault="00385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03C7E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</w:t>
            </w:r>
            <w:r w:rsidR="00D03C7E">
              <w:rPr>
                <w:rFonts w:ascii="Times New Roman" w:hAnsi="Times New Roman" w:cs="Times New Roman"/>
                <w:sz w:val="24"/>
                <w:szCs w:val="24"/>
              </w:rPr>
              <w:t>cience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="00D03C7E">
              <w:rPr>
                <w:rFonts w:ascii="Times New Roman" w:hAnsi="Times New Roman" w:cs="Times New Roman"/>
                <w:sz w:val="24"/>
                <w:szCs w:val="24"/>
              </w:rPr>
              <w:t>ath</w:t>
            </w:r>
          </w:p>
        </w:tc>
        <w:tc>
          <w:tcPr>
            <w:tcW w:w="2213" w:type="dxa"/>
          </w:tcPr>
          <w:p w14:paraId="6013B893" w14:textId="77777777" w:rsidR="003B1EDF" w:rsidRPr="002B741D" w:rsidRDefault="00385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Board of Secondary Education, Odisha</w:t>
            </w:r>
          </w:p>
        </w:tc>
        <w:tc>
          <w:tcPr>
            <w:tcW w:w="696" w:type="dxa"/>
          </w:tcPr>
          <w:p w14:paraId="6F9CDB8E" w14:textId="77777777" w:rsidR="003B1EDF" w:rsidRPr="002B741D" w:rsidRDefault="00385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976" w:type="dxa"/>
          </w:tcPr>
          <w:p w14:paraId="6F9FD5F6" w14:textId="325F68E6" w:rsidR="003B1EDF" w:rsidRPr="002B741D" w:rsidRDefault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3B1EDF" w:rsidRPr="002B741D" w14:paraId="29A79723" w14:textId="77777777" w:rsidTr="00D03C7E">
        <w:trPr>
          <w:trHeight w:val="299"/>
        </w:trPr>
        <w:tc>
          <w:tcPr>
            <w:tcW w:w="1426" w:type="dxa"/>
          </w:tcPr>
          <w:p w14:paraId="7196C6C0" w14:textId="77777777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7" w:type="dxa"/>
          </w:tcPr>
          <w:p w14:paraId="4053AB30" w14:textId="6D64D0DD" w:rsidR="003B1EDF" w:rsidRPr="002B741D" w:rsidRDefault="00385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03C7E">
              <w:rPr>
                <w:rFonts w:ascii="Times New Roman" w:hAnsi="Times New Roman" w:cs="Times New Roman"/>
                <w:sz w:val="24"/>
                <w:szCs w:val="24"/>
              </w:rPr>
              <w:t>hy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</w:t>
            </w:r>
            <w:r w:rsidR="00D03C7E">
              <w:rPr>
                <w:rFonts w:ascii="Times New Roman" w:hAnsi="Times New Roman" w:cs="Times New Roman"/>
                <w:sz w:val="24"/>
                <w:szCs w:val="24"/>
              </w:rPr>
              <w:t>hem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.B</w:t>
            </w:r>
            <w:r w:rsidR="00D03C7E">
              <w:rPr>
                <w:rFonts w:ascii="Times New Roman" w:hAnsi="Times New Roman" w:cs="Times New Roman"/>
                <w:sz w:val="24"/>
                <w:szCs w:val="24"/>
              </w:rPr>
              <w:t>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,M</w:t>
            </w:r>
            <w:r w:rsidR="00D03C7E">
              <w:rPr>
                <w:rFonts w:ascii="Times New Roman" w:hAnsi="Times New Roman" w:cs="Times New Roman"/>
                <w:sz w:val="24"/>
                <w:szCs w:val="24"/>
              </w:rPr>
              <w:t>ath</w:t>
            </w:r>
            <w:proofErr w:type="spellEnd"/>
          </w:p>
        </w:tc>
        <w:tc>
          <w:tcPr>
            <w:tcW w:w="2213" w:type="dxa"/>
          </w:tcPr>
          <w:p w14:paraId="64DB1897" w14:textId="77777777" w:rsidR="003B1EDF" w:rsidRPr="002B741D" w:rsidRDefault="00385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Council of Higher Secondary Education </w:t>
            </w:r>
          </w:p>
        </w:tc>
        <w:tc>
          <w:tcPr>
            <w:tcW w:w="696" w:type="dxa"/>
          </w:tcPr>
          <w:p w14:paraId="444B55FC" w14:textId="77777777" w:rsidR="003B1EDF" w:rsidRPr="002B741D" w:rsidRDefault="00385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976" w:type="dxa"/>
          </w:tcPr>
          <w:p w14:paraId="192E8B6D" w14:textId="058587BD" w:rsidR="003B1EDF" w:rsidRPr="002B741D" w:rsidRDefault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3B1EDF" w:rsidRPr="002B741D" w14:paraId="54E8A125" w14:textId="77777777" w:rsidTr="00D03C7E">
        <w:trPr>
          <w:trHeight w:val="281"/>
        </w:trPr>
        <w:tc>
          <w:tcPr>
            <w:tcW w:w="1426" w:type="dxa"/>
          </w:tcPr>
          <w:p w14:paraId="1D5DD895" w14:textId="77777777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2677" w:type="dxa"/>
          </w:tcPr>
          <w:p w14:paraId="344A8ED1" w14:textId="455EDF81" w:rsidR="003B1EDF" w:rsidRPr="002B741D" w:rsidRDefault="00385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D03C7E">
              <w:rPr>
                <w:rFonts w:ascii="Times New Roman" w:hAnsi="Times New Roman" w:cs="Times New Roman"/>
                <w:sz w:val="24"/>
                <w:szCs w:val="24"/>
              </w:rPr>
              <w:t>otany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(H</w:t>
            </w:r>
            <w:r w:rsidR="00D03C7E">
              <w:rPr>
                <w:rFonts w:ascii="Times New Roman" w:hAnsi="Times New Roman" w:cs="Times New Roman"/>
                <w:sz w:val="24"/>
                <w:szCs w:val="24"/>
              </w:rPr>
              <w:t xml:space="preserve">ons), </w:t>
            </w:r>
            <w:proofErr w:type="spellStart"/>
            <w:r w:rsidR="00D03C7E">
              <w:rPr>
                <w:rFonts w:ascii="Times New Roman" w:hAnsi="Times New Roman" w:cs="Times New Roman"/>
                <w:sz w:val="24"/>
                <w:szCs w:val="24"/>
              </w:rPr>
              <w:t>Chem</w:t>
            </w:r>
            <w:proofErr w:type="spellEnd"/>
            <w:r w:rsidR="00D03C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03C7E">
              <w:rPr>
                <w:rFonts w:ascii="Times New Roman" w:hAnsi="Times New Roman" w:cs="Times New Roman"/>
                <w:sz w:val="24"/>
                <w:szCs w:val="24"/>
              </w:rPr>
              <w:t>Zool</w:t>
            </w:r>
            <w:proofErr w:type="spellEnd"/>
          </w:p>
        </w:tc>
        <w:tc>
          <w:tcPr>
            <w:tcW w:w="2213" w:type="dxa"/>
          </w:tcPr>
          <w:p w14:paraId="2B55B4BB" w14:textId="47A7F642" w:rsidR="003B1EDF" w:rsidRPr="002B741D" w:rsidRDefault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Sambalpur University</w:t>
            </w:r>
          </w:p>
        </w:tc>
        <w:tc>
          <w:tcPr>
            <w:tcW w:w="696" w:type="dxa"/>
          </w:tcPr>
          <w:p w14:paraId="12032461" w14:textId="2B8D56BD" w:rsidR="003B1EDF" w:rsidRPr="002B741D" w:rsidRDefault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976" w:type="dxa"/>
          </w:tcPr>
          <w:p w14:paraId="1D976ACB" w14:textId="79EBDA77" w:rsidR="003B1EDF" w:rsidRPr="002B741D" w:rsidRDefault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03C7E" w:rsidRPr="002B741D" w14:paraId="2D1156A9" w14:textId="77777777" w:rsidTr="00D03C7E">
        <w:trPr>
          <w:trHeight w:val="299"/>
        </w:trPr>
        <w:tc>
          <w:tcPr>
            <w:tcW w:w="1426" w:type="dxa"/>
          </w:tcPr>
          <w:p w14:paraId="7B7AF981" w14:textId="77777777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  <w:proofErr w:type="spellEnd"/>
          </w:p>
        </w:tc>
        <w:tc>
          <w:tcPr>
            <w:tcW w:w="2677" w:type="dxa"/>
          </w:tcPr>
          <w:p w14:paraId="37C2CDBD" w14:textId="481BEF69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Botany(Microbiology and Plant Pathology)</w:t>
            </w:r>
          </w:p>
        </w:tc>
        <w:tc>
          <w:tcPr>
            <w:tcW w:w="2213" w:type="dxa"/>
          </w:tcPr>
          <w:p w14:paraId="475B9983" w14:textId="3D513ED2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Sambalpur University</w:t>
            </w:r>
          </w:p>
        </w:tc>
        <w:tc>
          <w:tcPr>
            <w:tcW w:w="696" w:type="dxa"/>
          </w:tcPr>
          <w:p w14:paraId="201D05DE" w14:textId="28D17CD4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976" w:type="dxa"/>
          </w:tcPr>
          <w:p w14:paraId="1476CFDF" w14:textId="55C362F2" w:rsidR="00D03C7E" w:rsidRPr="002B741D" w:rsidRDefault="00A32437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D03C7E" w:rsidRPr="002B741D" w14:paraId="3188C201" w14:textId="77777777" w:rsidTr="00D03C7E">
        <w:trPr>
          <w:trHeight w:val="299"/>
        </w:trPr>
        <w:tc>
          <w:tcPr>
            <w:tcW w:w="1426" w:type="dxa"/>
          </w:tcPr>
          <w:p w14:paraId="0D365129" w14:textId="77777777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M.Phil.</w:t>
            </w:r>
          </w:p>
        </w:tc>
        <w:tc>
          <w:tcPr>
            <w:tcW w:w="2677" w:type="dxa"/>
          </w:tcPr>
          <w:p w14:paraId="77D45B79" w14:textId="77777777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28C61909" w14:textId="77777777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52BB2D49" w14:textId="77777777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71C51A24" w14:textId="77777777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C7E" w:rsidRPr="002B741D" w14:paraId="152A0F36" w14:textId="77777777" w:rsidTr="00D03C7E">
        <w:trPr>
          <w:trHeight w:val="599"/>
        </w:trPr>
        <w:tc>
          <w:tcPr>
            <w:tcW w:w="1426" w:type="dxa"/>
          </w:tcPr>
          <w:p w14:paraId="66875BA1" w14:textId="77777777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UGC/CSIR NET-JRF</w:t>
            </w:r>
          </w:p>
        </w:tc>
        <w:tc>
          <w:tcPr>
            <w:tcW w:w="2677" w:type="dxa"/>
          </w:tcPr>
          <w:p w14:paraId="71D32353" w14:textId="77777777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4BFF2050" w14:textId="77777777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15876BF7" w14:textId="77777777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0745A07A" w14:textId="77777777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C7E" w:rsidRPr="002B741D" w14:paraId="2EE6452A" w14:textId="77777777" w:rsidTr="00D03C7E">
        <w:trPr>
          <w:trHeight w:val="299"/>
        </w:trPr>
        <w:tc>
          <w:tcPr>
            <w:tcW w:w="1426" w:type="dxa"/>
          </w:tcPr>
          <w:p w14:paraId="09964883" w14:textId="77777777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2677" w:type="dxa"/>
          </w:tcPr>
          <w:p w14:paraId="65687E6A" w14:textId="206D2331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Microbiology</w:t>
            </w:r>
          </w:p>
        </w:tc>
        <w:tc>
          <w:tcPr>
            <w:tcW w:w="2213" w:type="dxa"/>
          </w:tcPr>
          <w:p w14:paraId="74C68484" w14:textId="4C118BD8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Sambalpur University</w:t>
            </w:r>
          </w:p>
        </w:tc>
        <w:tc>
          <w:tcPr>
            <w:tcW w:w="696" w:type="dxa"/>
          </w:tcPr>
          <w:p w14:paraId="7ED6BE40" w14:textId="133E5835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976" w:type="dxa"/>
          </w:tcPr>
          <w:p w14:paraId="0F4D98A9" w14:textId="68483E17" w:rsidR="00D03C7E" w:rsidRPr="002B741D" w:rsidRDefault="00A32437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Awarded</w:t>
            </w:r>
          </w:p>
        </w:tc>
      </w:tr>
    </w:tbl>
    <w:p w14:paraId="52F837D2" w14:textId="77777777" w:rsidR="003B1EDF" w:rsidRPr="002B741D" w:rsidRDefault="00281C54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lastRenderedPageBreak/>
        <w:t>3. Teaching Experience</w:t>
      </w:r>
    </w:p>
    <w:tbl>
      <w:tblPr>
        <w:tblStyle w:val="TableGrid"/>
        <w:tblW w:w="9020" w:type="dxa"/>
        <w:tblLook w:val="04A0" w:firstRow="1" w:lastRow="0" w:firstColumn="1" w:lastColumn="0" w:noHBand="0" w:noVBand="1"/>
      </w:tblPr>
      <w:tblGrid>
        <w:gridCol w:w="1804"/>
        <w:gridCol w:w="2019"/>
        <w:gridCol w:w="1589"/>
        <w:gridCol w:w="1804"/>
        <w:gridCol w:w="1804"/>
      </w:tblGrid>
      <w:tr w:rsidR="003B1EDF" w:rsidRPr="002B741D" w14:paraId="76282E13" w14:textId="77777777" w:rsidTr="00D03C7E">
        <w:trPr>
          <w:trHeight w:val="731"/>
        </w:trPr>
        <w:tc>
          <w:tcPr>
            <w:tcW w:w="1804" w:type="dxa"/>
          </w:tcPr>
          <w:p w14:paraId="17824BC8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2019" w:type="dxa"/>
          </w:tcPr>
          <w:p w14:paraId="7CA1FEFC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589" w:type="dxa"/>
          </w:tcPr>
          <w:p w14:paraId="6DC006C0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804" w:type="dxa"/>
          </w:tcPr>
          <w:p w14:paraId="7ACFE1AB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804" w:type="dxa"/>
          </w:tcPr>
          <w:p w14:paraId="141148F2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Total Experience</w:t>
            </w:r>
          </w:p>
        </w:tc>
      </w:tr>
      <w:tr w:rsidR="003B1EDF" w:rsidRPr="002B741D" w14:paraId="1AA4763A" w14:textId="77777777" w:rsidTr="00D03C7E">
        <w:trPr>
          <w:trHeight w:val="664"/>
        </w:trPr>
        <w:tc>
          <w:tcPr>
            <w:tcW w:w="1804" w:type="dxa"/>
          </w:tcPr>
          <w:p w14:paraId="7E7C77A6" w14:textId="584AEA1A" w:rsidR="003B1EDF" w:rsidRPr="002B741D" w:rsidRDefault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</w:t>
            </w:r>
          </w:p>
        </w:tc>
        <w:tc>
          <w:tcPr>
            <w:tcW w:w="2019" w:type="dxa"/>
          </w:tcPr>
          <w:p w14:paraId="0807191D" w14:textId="4EF4357A" w:rsidR="003B1EDF" w:rsidRPr="002B741D" w:rsidRDefault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Salipur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Auto. College,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cuttack</w:t>
            </w:r>
            <w:proofErr w:type="spellEnd"/>
          </w:p>
        </w:tc>
        <w:tc>
          <w:tcPr>
            <w:tcW w:w="1589" w:type="dxa"/>
          </w:tcPr>
          <w:p w14:paraId="135B201D" w14:textId="37940BFF" w:rsidR="003B1EDF" w:rsidRPr="002B741D" w:rsidRDefault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02.08.2025</w:t>
            </w:r>
          </w:p>
        </w:tc>
        <w:tc>
          <w:tcPr>
            <w:tcW w:w="1804" w:type="dxa"/>
          </w:tcPr>
          <w:p w14:paraId="29EBC351" w14:textId="18E81C0D" w:rsidR="003B1EDF" w:rsidRPr="002B741D" w:rsidRDefault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Till date</w:t>
            </w:r>
          </w:p>
        </w:tc>
        <w:tc>
          <w:tcPr>
            <w:tcW w:w="1804" w:type="dxa"/>
          </w:tcPr>
          <w:p w14:paraId="54B0B88A" w14:textId="7FBAB35D" w:rsidR="003B1EDF" w:rsidRPr="002B741D" w:rsidRDefault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months</w:t>
            </w:r>
          </w:p>
        </w:tc>
      </w:tr>
      <w:tr w:rsidR="00D03C7E" w:rsidRPr="002B741D" w14:paraId="6ABD1DBB" w14:textId="77777777" w:rsidTr="00D03C7E">
        <w:trPr>
          <w:trHeight w:val="664"/>
        </w:trPr>
        <w:tc>
          <w:tcPr>
            <w:tcW w:w="1804" w:type="dxa"/>
          </w:tcPr>
          <w:p w14:paraId="32585EB8" w14:textId="4DF1FDBB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</w:t>
            </w:r>
          </w:p>
        </w:tc>
        <w:tc>
          <w:tcPr>
            <w:tcW w:w="2019" w:type="dxa"/>
          </w:tcPr>
          <w:p w14:paraId="033695E9" w14:textId="7E4750BA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U.N. Auto. College,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Adaspur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Cuttack</w:t>
            </w:r>
          </w:p>
        </w:tc>
        <w:tc>
          <w:tcPr>
            <w:tcW w:w="1589" w:type="dxa"/>
          </w:tcPr>
          <w:p w14:paraId="6021AFAF" w14:textId="26F13EE2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01.11.2018</w:t>
            </w:r>
          </w:p>
        </w:tc>
        <w:tc>
          <w:tcPr>
            <w:tcW w:w="1804" w:type="dxa"/>
          </w:tcPr>
          <w:p w14:paraId="075DB495" w14:textId="4E28DFB2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31.07.2025</w:t>
            </w:r>
          </w:p>
        </w:tc>
        <w:tc>
          <w:tcPr>
            <w:tcW w:w="1804" w:type="dxa"/>
          </w:tcPr>
          <w:p w14:paraId="30E560BE" w14:textId="6F9B96BA" w:rsidR="00D03C7E" w:rsidRPr="002B741D" w:rsidRDefault="00914816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years</w:t>
            </w:r>
          </w:p>
        </w:tc>
      </w:tr>
      <w:tr w:rsidR="00D03C7E" w:rsidRPr="002B741D" w14:paraId="48E23479" w14:textId="77777777" w:rsidTr="00D03C7E">
        <w:trPr>
          <w:trHeight w:val="626"/>
        </w:trPr>
        <w:tc>
          <w:tcPr>
            <w:tcW w:w="1804" w:type="dxa"/>
          </w:tcPr>
          <w:p w14:paraId="742A7E6D" w14:textId="2BA8E6F0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</w:t>
            </w:r>
          </w:p>
        </w:tc>
        <w:tc>
          <w:tcPr>
            <w:tcW w:w="2019" w:type="dxa"/>
          </w:tcPr>
          <w:p w14:paraId="1D41003B" w14:textId="1D0930DE" w:rsidR="00D03C7E" w:rsidRPr="002B741D" w:rsidRDefault="00914816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Vedvyas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Mahavidyalaya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Rourkela, Odisha</w:t>
            </w:r>
          </w:p>
        </w:tc>
        <w:tc>
          <w:tcPr>
            <w:tcW w:w="1589" w:type="dxa"/>
          </w:tcPr>
          <w:p w14:paraId="61B288CF" w14:textId="5876DC5E" w:rsidR="00D03C7E" w:rsidRPr="002B741D" w:rsidRDefault="00914816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06.10.2016</w:t>
            </w:r>
          </w:p>
        </w:tc>
        <w:tc>
          <w:tcPr>
            <w:tcW w:w="1804" w:type="dxa"/>
          </w:tcPr>
          <w:p w14:paraId="193761F1" w14:textId="696DDC07" w:rsidR="00D03C7E" w:rsidRPr="002B741D" w:rsidRDefault="00914816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31.10.2018</w:t>
            </w:r>
          </w:p>
        </w:tc>
        <w:tc>
          <w:tcPr>
            <w:tcW w:w="1804" w:type="dxa"/>
          </w:tcPr>
          <w:p w14:paraId="7CB50DE0" w14:textId="4B90552D" w:rsidR="00D03C7E" w:rsidRPr="002B741D" w:rsidRDefault="00914816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years</w:t>
            </w:r>
          </w:p>
        </w:tc>
      </w:tr>
      <w:tr w:rsidR="00D03C7E" w:rsidRPr="002B741D" w14:paraId="007F2323" w14:textId="77777777" w:rsidTr="00D03C7E">
        <w:trPr>
          <w:trHeight w:val="626"/>
        </w:trPr>
        <w:tc>
          <w:tcPr>
            <w:tcW w:w="1804" w:type="dxa"/>
          </w:tcPr>
          <w:p w14:paraId="2903E797" w14:textId="0D1E5A19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</w:t>
            </w:r>
          </w:p>
        </w:tc>
        <w:tc>
          <w:tcPr>
            <w:tcW w:w="2019" w:type="dxa"/>
          </w:tcPr>
          <w:p w14:paraId="15D85956" w14:textId="4C205B66" w:rsidR="00D03C7E" w:rsidRPr="002B741D" w:rsidRDefault="00914816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KIIT Science College,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Bhubanesar</w:t>
            </w:r>
            <w:proofErr w:type="spellEnd"/>
          </w:p>
        </w:tc>
        <w:tc>
          <w:tcPr>
            <w:tcW w:w="1589" w:type="dxa"/>
          </w:tcPr>
          <w:p w14:paraId="27E7E4AD" w14:textId="053314DB" w:rsidR="00D03C7E" w:rsidRPr="002B741D" w:rsidRDefault="00DB4C85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18.09.2006</w:t>
            </w:r>
          </w:p>
        </w:tc>
        <w:tc>
          <w:tcPr>
            <w:tcW w:w="1804" w:type="dxa"/>
          </w:tcPr>
          <w:p w14:paraId="063C8FAD" w14:textId="218D65E1" w:rsidR="00D03C7E" w:rsidRPr="002B741D" w:rsidRDefault="00DB4C85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15.03.2016</w:t>
            </w:r>
          </w:p>
        </w:tc>
        <w:tc>
          <w:tcPr>
            <w:tcW w:w="1804" w:type="dxa"/>
          </w:tcPr>
          <w:p w14:paraId="5C60969E" w14:textId="1C34DBD5" w:rsidR="00D03C7E" w:rsidRPr="002B741D" w:rsidRDefault="00DB4C85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years</w:t>
            </w:r>
          </w:p>
        </w:tc>
      </w:tr>
      <w:tr w:rsidR="00D03C7E" w:rsidRPr="002B741D" w14:paraId="76304EF0" w14:textId="77777777" w:rsidTr="00D03C7E">
        <w:trPr>
          <w:trHeight w:val="626"/>
        </w:trPr>
        <w:tc>
          <w:tcPr>
            <w:tcW w:w="1804" w:type="dxa"/>
          </w:tcPr>
          <w:p w14:paraId="2873B33C" w14:textId="064D1CAB" w:rsidR="00D03C7E" w:rsidRPr="002B741D" w:rsidRDefault="00D03C7E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</w:t>
            </w:r>
          </w:p>
        </w:tc>
        <w:tc>
          <w:tcPr>
            <w:tcW w:w="2019" w:type="dxa"/>
          </w:tcPr>
          <w:p w14:paraId="79AFBD24" w14:textId="4FD0631B" w:rsidR="00D03C7E" w:rsidRPr="002B741D" w:rsidRDefault="00914816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Vikash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Junior College</w:t>
            </w:r>
          </w:p>
        </w:tc>
        <w:tc>
          <w:tcPr>
            <w:tcW w:w="1589" w:type="dxa"/>
          </w:tcPr>
          <w:p w14:paraId="65F80A32" w14:textId="067D034C" w:rsidR="00D03C7E" w:rsidRPr="002B741D" w:rsidRDefault="00DB4C85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01.07.2003</w:t>
            </w:r>
          </w:p>
        </w:tc>
        <w:tc>
          <w:tcPr>
            <w:tcW w:w="1804" w:type="dxa"/>
          </w:tcPr>
          <w:p w14:paraId="77AC08FC" w14:textId="6C2DB782" w:rsidR="00D03C7E" w:rsidRPr="002B741D" w:rsidRDefault="00DB4C85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15.09.2006</w:t>
            </w:r>
          </w:p>
        </w:tc>
        <w:tc>
          <w:tcPr>
            <w:tcW w:w="1804" w:type="dxa"/>
          </w:tcPr>
          <w:p w14:paraId="1DE1B02C" w14:textId="5BFD9634" w:rsidR="00D03C7E" w:rsidRPr="002B741D" w:rsidRDefault="00DB4C85" w:rsidP="00D0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years</w:t>
            </w:r>
          </w:p>
        </w:tc>
      </w:tr>
    </w:tbl>
    <w:p w14:paraId="36514DEA" w14:textId="77777777" w:rsidR="003B1EDF" w:rsidRPr="002B741D" w:rsidRDefault="00281C54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 xml:space="preserve">4. Courses Attended </w:t>
      </w:r>
      <w:r w:rsidRPr="002B741D">
        <w:rPr>
          <w:rFonts w:ascii="Times New Roman" w:hAnsi="Times New Roman" w:cs="Times New Roman"/>
          <w:sz w:val="28"/>
          <w:szCs w:val="28"/>
        </w:rPr>
        <w:t>(Orientation/Refresher/FDP etc.)</w:t>
      </w:r>
    </w:p>
    <w:tbl>
      <w:tblPr>
        <w:tblStyle w:val="TableGrid"/>
        <w:tblW w:w="9002" w:type="dxa"/>
        <w:tblLook w:val="04A0" w:firstRow="1" w:lastRow="0" w:firstColumn="1" w:lastColumn="0" w:noHBand="0" w:noVBand="1"/>
      </w:tblPr>
      <w:tblGrid>
        <w:gridCol w:w="2141"/>
        <w:gridCol w:w="2130"/>
        <w:gridCol w:w="2560"/>
        <w:gridCol w:w="2171"/>
      </w:tblGrid>
      <w:tr w:rsidR="003B1EDF" w:rsidRPr="002B741D" w14:paraId="617B8DAA" w14:textId="77777777" w:rsidTr="002B741D">
        <w:trPr>
          <w:trHeight w:val="980"/>
        </w:trPr>
        <w:tc>
          <w:tcPr>
            <w:tcW w:w="2141" w:type="dxa"/>
          </w:tcPr>
          <w:p w14:paraId="6826E63E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130" w:type="dxa"/>
          </w:tcPr>
          <w:p w14:paraId="375BC95E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560" w:type="dxa"/>
          </w:tcPr>
          <w:p w14:paraId="5748E3C1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University/Organization</w:t>
            </w:r>
          </w:p>
        </w:tc>
        <w:tc>
          <w:tcPr>
            <w:tcW w:w="2171" w:type="dxa"/>
          </w:tcPr>
          <w:p w14:paraId="22563D54" w14:textId="77777777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State/National / International</w:t>
            </w:r>
          </w:p>
        </w:tc>
      </w:tr>
      <w:tr w:rsidR="003B1EDF" w:rsidRPr="002B741D" w14:paraId="19F0FCEC" w14:textId="77777777" w:rsidTr="002B741D">
        <w:trPr>
          <w:trHeight w:val="759"/>
        </w:trPr>
        <w:tc>
          <w:tcPr>
            <w:tcW w:w="2141" w:type="dxa"/>
          </w:tcPr>
          <w:p w14:paraId="5BF69DE7" w14:textId="1A7C0A9B" w:rsidR="003B1EDF" w:rsidRPr="002B741D" w:rsidRDefault="00DB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UGC Sponsored RC on Environmental Studies  </w:t>
            </w:r>
          </w:p>
        </w:tc>
        <w:tc>
          <w:tcPr>
            <w:tcW w:w="2130" w:type="dxa"/>
          </w:tcPr>
          <w:p w14:paraId="1F149D62" w14:textId="23AF8DEA" w:rsidR="003B1EDF" w:rsidRPr="002B741D" w:rsidRDefault="00DB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03.01.2020- 16.01.2020.</w:t>
            </w:r>
          </w:p>
        </w:tc>
        <w:tc>
          <w:tcPr>
            <w:tcW w:w="2560" w:type="dxa"/>
          </w:tcPr>
          <w:p w14:paraId="74E672BE" w14:textId="4736B327" w:rsidR="003B1EDF" w:rsidRPr="002B741D" w:rsidRDefault="00DB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HRDC, Vani </w:t>
            </w:r>
            <w:proofErr w:type="spellStart"/>
            <w:r>
              <w:t>Vihar</w:t>
            </w:r>
            <w:proofErr w:type="spellEnd"/>
            <w:r>
              <w:t xml:space="preserve">, </w:t>
            </w:r>
            <w:proofErr w:type="spellStart"/>
            <w:r>
              <w:t>Utkal</w:t>
            </w:r>
            <w:proofErr w:type="spellEnd"/>
            <w:r>
              <w:t xml:space="preserve"> University,</w:t>
            </w:r>
          </w:p>
        </w:tc>
        <w:tc>
          <w:tcPr>
            <w:tcW w:w="2171" w:type="dxa"/>
          </w:tcPr>
          <w:p w14:paraId="47CCE16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B0A981C" w14:textId="77777777" w:rsidTr="002B741D">
        <w:trPr>
          <w:trHeight w:val="759"/>
        </w:trPr>
        <w:tc>
          <w:tcPr>
            <w:tcW w:w="2141" w:type="dxa"/>
          </w:tcPr>
          <w:p w14:paraId="4D23B9E8" w14:textId="44335E47" w:rsidR="003B1EDF" w:rsidRPr="002B741D" w:rsidRDefault="00DB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UGC Sponsored RC on Tribal Studies </w:t>
            </w:r>
          </w:p>
        </w:tc>
        <w:tc>
          <w:tcPr>
            <w:tcW w:w="2130" w:type="dxa"/>
          </w:tcPr>
          <w:p w14:paraId="6E9FE0C1" w14:textId="2D765906" w:rsidR="003B1EDF" w:rsidRPr="002B741D" w:rsidRDefault="00DB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08.01.2022- 21.01.2022.</w:t>
            </w:r>
          </w:p>
        </w:tc>
        <w:tc>
          <w:tcPr>
            <w:tcW w:w="2560" w:type="dxa"/>
          </w:tcPr>
          <w:p w14:paraId="067E4666" w14:textId="5A041093" w:rsidR="003B1EDF" w:rsidRPr="002B741D" w:rsidRDefault="00DB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HRDC, Vani </w:t>
            </w:r>
            <w:proofErr w:type="spellStart"/>
            <w:r>
              <w:t>Vihar</w:t>
            </w:r>
            <w:proofErr w:type="spellEnd"/>
            <w:r>
              <w:t xml:space="preserve">, </w:t>
            </w:r>
            <w:proofErr w:type="spellStart"/>
            <w:r>
              <w:t>Utkal</w:t>
            </w:r>
            <w:proofErr w:type="spellEnd"/>
            <w:r>
              <w:t xml:space="preserve"> University,</w:t>
            </w:r>
          </w:p>
        </w:tc>
        <w:tc>
          <w:tcPr>
            <w:tcW w:w="2171" w:type="dxa"/>
          </w:tcPr>
          <w:p w14:paraId="355F7B5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5385F1FF" w14:textId="77777777" w:rsidTr="002B741D">
        <w:trPr>
          <w:trHeight w:val="759"/>
        </w:trPr>
        <w:tc>
          <w:tcPr>
            <w:tcW w:w="2141" w:type="dxa"/>
          </w:tcPr>
          <w:p w14:paraId="507A412A" w14:textId="6FF08562" w:rsidR="003B1EDF" w:rsidRPr="002B741D" w:rsidRDefault="00DB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UGC Sponsored RC on Environmental Studies and Disaster Management </w:t>
            </w:r>
          </w:p>
        </w:tc>
        <w:tc>
          <w:tcPr>
            <w:tcW w:w="2130" w:type="dxa"/>
          </w:tcPr>
          <w:p w14:paraId="7D22BDAC" w14:textId="7939F663" w:rsidR="003B1EDF" w:rsidRPr="002B741D" w:rsidRDefault="00DB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16.02.2023- 01.03.2023.</w:t>
            </w:r>
          </w:p>
        </w:tc>
        <w:tc>
          <w:tcPr>
            <w:tcW w:w="2560" w:type="dxa"/>
          </w:tcPr>
          <w:p w14:paraId="38D37263" w14:textId="6EAFDC94" w:rsidR="003B1EDF" w:rsidRPr="002B741D" w:rsidRDefault="0071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HRDC, Vani </w:t>
            </w:r>
            <w:proofErr w:type="spellStart"/>
            <w:r>
              <w:t>Vihar</w:t>
            </w:r>
            <w:proofErr w:type="spellEnd"/>
            <w:r>
              <w:t xml:space="preserve">, </w:t>
            </w:r>
            <w:proofErr w:type="spellStart"/>
            <w:r>
              <w:t>Utkal</w:t>
            </w:r>
            <w:proofErr w:type="spellEnd"/>
            <w:r>
              <w:t xml:space="preserve"> University,</w:t>
            </w:r>
          </w:p>
        </w:tc>
        <w:tc>
          <w:tcPr>
            <w:tcW w:w="2171" w:type="dxa"/>
          </w:tcPr>
          <w:p w14:paraId="22D8000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5408B83B" w14:textId="77777777" w:rsidTr="002B741D">
        <w:trPr>
          <w:trHeight w:val="759"/>
        </w:trPr>
        <w:tc>
          <w:tcPr>
            <w:tcW w:w="2141" w:type="dxa"/>
          </w:tcPr>
          <w:p w14:paraId="54A19B3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56CCE6D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0DC1DAF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60F938E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3ACB1CE0" w14:textId="77777777" w:rsidTr="002B741D">
        <w:trPr>
          <w:trHeight w:val="714"/>
        </w:trPr>
        <w:tc>
          <w:tcPr>
            <w:tcW w:w="2141" w:type="dxa"/>
          </w:tcPr>
          <w:p w14:paraId="6D907F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5B82048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25F47AC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2F17B01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1F91E6" w14:textId="77777777" w:rsidR="003B1EDF" w:rsidRPr="002B741D" w:rsidRDefault="00281C54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5. Seminars / Conferences Attended / Participated</w:t>
      </w:r>
    </w:p>
    <w:tbl>
      <w:tblPr>
        <w:tblStyle w:val="TableGrid"/>
        <w:tblW w:w="10851" w:type="dxa"/>
        <w:tblLayout w:type="fixed"/>
        <w:tblLook w:val="04A0" w:firstRow="1" w:lastRow="0" w:firstColumn="1" w:lastColumn="0" w:noHBand="0" w:noVBand="1"/>
      </w:tblPr>
      <w:tblGrid>
        <w:gridCol w:w="1354"/>
        <w:gridCol w:w="1779"/>
        <w:gridCol w:w="1444"/>
        <w:gridCol w:w="1230"/>
        <w:gridCol w:w="2835"/>
        <w:gridCol w:w="2209"/>
      </w:tblGrid>
      <w:tr w:rsidR="008B74CB" w:rsidRPr="002B741D" w14:paraId="165B7840" w14:textId="77777777" w:rsidTr="00A32437">
        <w:trPr>
          <w:trHeight w:val="795"/>
        </w:trPr>
        <w:tc>
          <w:tcPr>
            <w:tcW w:w="1354" w:type="dxa"/>
          </w:tcPr>
          <w:p w14:paraId="5F2CD3D5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1779" w:type="dxa"/>
          </w:tcPr>
          <w:p w14:paraId="55C783D2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1444" w:type="dxa"/>
          </w:tcPr>
          <w:p w14:paraId="6218E947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Organized By</w:t>
            </w:r>
          </w:p>
        </w:tc>
        <w:tc>
          <w:tcPr>
            <w:tcW w:w="1230" w:type="dxa"/>
          </w:tcPr>
          <w:p w14:paraId="70BA2866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Sponsored By</w:t>
            </w:r>
          </w:p>
        </w:tc>
        <w:tc>
          <w:tcPr>
            <w:tcW w:w="2835" w:type="dxa"/>
          </w:tcPr>
          <w:p w14:paraId="30ACC891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Role (Participated/Presented/Organized)</w:t>
            </w:r>
          </w:p>
        </w:tc>
        <w:tc>
          <w:tcPr>
            <w:tcW w:w="2209" w:type="dxa"/>
          </w:tcPr>
          <w:p w14:paraId="6F9731B9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National / International</w:t>
            </w:r>
          </w:p>
        </w:tc>
      </w:tr>
      <w:tr w:rsidR="008B74CB" w:rsidRPr="002B741D" w14:paraId="7F0370DC" w14:textId="77777777" w:rsidTr="00A32437">
        <w:trPr>
          <w:trHeight w:val="493"/>
        </w:trPr>
        <w:tc>
          <w:tcPr>
            <w:tcW w:w="1354" w:type="dxa"/>
          </w:tcPr>
          <w:p w14:paraId="4E20F469" w14:textId="175D75E2" w:rsidR="003B1EDF" w:rsidRPr="002B741D" w:rsidRDefault="0071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10.04.1999-11.04.1999.</w:t>
            </w:r>
          </w:p>
        </w:tc>
        <w:tc>
          <w:tcPr>
            <w:tcW w:w="1779" w:type="dxa"/>
          </w:tcPr>
          <w:p w14:paraId="614D2CB8" w14:textId="5CB11193" w:rsidR="003B1EDF" w:rsidRPr="002B741D" w:rsidRDefault="0071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Eco-Friendly Biotechnology on Plant Disease Management </w:t>
            </w:r>
          </w:p>
        </w:tc>
        <w:tc>
          <w:tcPr>
            <w:tcW w:w="1444" w:type="dxa"/>
          </w:tcPr>
          <w:p w14:paraId="68B9811B" w14:textId="2A7D8B91" w:rsidR="003B1EDF" w:rsidRPr="002B741D" w:rsidRDefault="0071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GACR,Odisha</w:t>
            </w:r>
            <w:proofErr w:type="spellEnd"/>
          </w:p>
        </w:tc>
        <w:tc>
          <w:tcPr>
            <w:tcW w:w="1230" w:type="dxa"/>
          </w:tcPr>
          <w:p w14:paraId="2F9AE916" w14:textId="0A325A24" w:rsidR="003B1EDF" w:rsidRPr="002B741D" w:rsidRDefault="0071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</w:p>
        </w:tc>
        <w:tc>
          <w:tcPr>
            <w:tcW w:w="2835" w:type="dxa"/>
          </w:tcPr>
          <w:p w14:paraId="64ECC9A1" w14:textId="323D361E" w:rsidR="003B1EDF" w:rsidRPr="002B741D" w:rsidRDefault="0071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</w:p>
        </w:tc>
        <w:tc>
          <w:tcPr>
            <w:tcW w:w="2209" w:type="dxa"/>
          </w:tcPr>
          <w:p w14:paraId="6B00211E" w14:textId="637B1375" w:rsidR="003B1EDF" w:rsidRPr="002B741D" w:rsidRDefault="0071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National Conference</w:t>
            </w:r>
          </w:p>
        </w:tc>
      </w:tr>
      <w:tr w:rsidR="008B74CB" w:rsidRPr="002B741D" w14:paraId="57D11222" w14:textId="77777777" w:rsidTr="00A32437">
        <w:trPr>
          <w:trHeight w:val="493"/>
        </w:trPr>
        <w:tc>
          <w:tcPr>
            <w:tcW w:w="1354" w:type="dxa"/>
          </w:tcPr>
          <w:p w14:paraId="420D9697" w14:textId="0B5F07E1" w:rsidR="003B1EDF" w:rsidRPr="002B741D" w:rsidRDefault="0071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10.12.2022-11.12.2022.</w:t>
            </w:r>
          </w:p>
        </w:tc>
        <w:tc>
          <w:tcPr>
            <w:tcW w:w="1779" w:type="dxa"/>
          </w:tcPr>
          <w:p w14:paraId="1E5703A3" w14:textId="726B6220" w:rsidR="003B1EDF" w:rsidRPr="002B741D" w:rsidRDefault="0071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Biotechnological approaches for Mitigating Climate Change (45th Annual Conference of Orissa Botanical Society ) </w:t>
            </w:r>
          </w:p>
        </w:tc>
        <w:tc>
          <w:tcPr>
            <w:tcW w:w="1444" w:type="dxa"/>
          </w:tcPr>
          <w:p w14:paraId="0B334375" w14:textId="563E4526" w:rsidR="003B1EDF" w:rsidRPr="002B741D" w:rsidRDefault="0071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UN (Auto) College of Science and Technology, </w:t>
            </w:r>
            <w:proofErr w:type="spellStart"/>
            <w:r>
              <w:t>Adaspur</w:t>
            </w:r>
            <w:proofErr w:type="spellEnd"/>
            <w:r>
              <w:t>, Cuttack,</w:t>
            </w:r>
          </w:p>
        </w:tc>
        <w:tc>
          <w:tcPr>
            <w:tcW w:w="1230" w:type="dxa"/>
          </w:tcPr>
          <w:p w14:paraId="48AF9EAB" w14:textId="42713D70" w:rsidR="003B1EDF" w:rsidRPr="002B741D" w:rsidRDefault="0071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</w:p>
        </w:tc>
        <w:tc>
          <w:tcPr>
            <w:tcW w:w="2835" w:type="dxa"/>
          </w:tcPr>
          <w:p w14:paraId="1466E4AF" w14:textId="28E3C0CD" w:rsidR="003B1EDF" w:rsidRPr="002B741D" w:rsidRDefault="0071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participated</w:t>
            </w:r>
          </w:p>
        </w:tc>
        <w:tc>
          <w:tcPr>
            <w:tcW w:w="2209" w:type="dxa"/>
          </w:tcPr>
          <w:p w14:paraId="4A5FC9E4" w14:textId="0BA2B064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437" w:rsidRPr="002B741D" w14:paraId="6A7FF19D" w14:textId="77777777" w:rsidTr="00A32437">
        <w:trPr>
          <w:trHeight w:val="493"/>
        </w:trPr>
        <w:tc>
          <w:tcPr>
            <w:tcW w:w="1354" w:type="dxa"/>
          </w:tcPr>
          <w:p w14:paraId="0AB1882F" w14:textId="2AED3DA6" w:rsidR="00A32437" w:rsidRPr="002B741D" w:rsidRDefault="00A32437" w:rsidP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08.12.2022- 09.12.2022.</w:t>
            </w:r>
          </w:p>
        </w:tc>
        <w:tc>
          <w:tcPr>
            <w:tcW w:w="1779" w:type="dxa"/>
          </w:tcPr>
          <w:p w14:paraId="57C220C8" w14:textId="4BF38D23" w:rsidR="00A32437" w:rsidRPr="002B741D" w:rsidRDefault="00A32437" w:rsidP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Biotechnology and Bioinformatics: Perspective and Challenges by Department of Biotechnology.</w:t>
            </w:r>
          </w:p>
        </w:tc>
        <w:tc>
          <w:tcPr>
            <w:tcW w:w="1444" w:type="dxa"/>
          </w:tcPr>
          <w:p w14:paraId="4D706ADA" w14:textId="32FA2CF9" w:rsidR="00A32437" w:rsidRPr="002B741D" w:rsidRDefault="00A32437" w:rsidP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MSCB University, </w:t>
            </w:r>
            <w:proofErr w:type="spellStart"/>
            <w:r>
              <w:t>Baripada</w:t>
            </w:r>
            <w:proofErr w:type="spellEnd"/>
            <w:r>
              <w:t>,</w:t>
            </w:r>
          </w:p>
        </w:tc>
        <w:tc>
          <w:tcPr>
            <w:tcW w:w="1230" w:type="dxa"/>
          </w:tcPr>
          <w:p w14:paraId="6CC010FF" w14:textId="77777777" w:rsidR="00A32437" w:rsidRPr="002B741D" w:rsidRDefault="00A32437" w:rsidP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5904BE" w14:textId="114F4CD3" w:rsidR="00A32437" w:rsidRPr="002B741D" w:rsidRDefault="00A32437" w:rsidP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participated</w:t>
            </w:r>
          </w:p>
        </w:tc>
        <w:tc>
          <w:tcPr>
            <w:tcW w:w="2209" w:type="dxa"/>
          </w:tcPr>
          <w:p w14:paraId="3517BB79" w14:textId="109C6D22" w:rsidR="00A32437" w:rsidRPr="002B741D" w:rsidRDefault="00A32437" w:rsidP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National Seminar</w:t>
            </w:r>
          </w:p>
        </w:tc>
      </w:tr>
      <w:tr w:rsidR="00A32437" w:rsidRPr="002B741D" w14:paraId="5075DC24" w14:textId="77777777" w:rsidTr="00A32437">
        <w:trPr>
          <w:trHeight w:val="493"/>
        </w:trPr>
        <w:tc>
          <w:tcPr>
            <w:tcW w:w="1354" w:type="dxa"/>
          </w:tcPr>
          <w:p w14:paraId="4964FA03" w14:textId="4A47DA97" w:rsidR="00A32437" w:rsidRPr="002B741D" w:rsidRDefault="00A32437" w:rsidP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28.03.2022-30.03.2022.</w:t>
            </w:r>
          </w:p>
        </w:tc>
        <w:tc>
          <w:tcPr>
            <w:tcW w:w="1779" w:type="dxa"/>
          </w:tcPr>
          <w:p w14:paraId="41D82719" w14:textId="41E06388" w:rsidR="00A32437" w:rsidRPr="002B741D" w:rsidRDefault="00A32437" w:rsidP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proofErr w:type="spellStart"/>
            <w:r>
              <w:t>Bioresources</w:t>
            </w:r>
            <w:proofErr w:type="spellEnd"/>
            <w:r>
              <w:t xml:space="preserve"> of Our Environment: Utilization and Conservation by Department of Botany and Zoology, 28.03.2022-30.03.2022.</w:t>
            </w:r>
          </w:p>
        </w:tc>
        <w:tc>
          <w:tcPr>
            <w:tcW w:w="1444" w:type="dxa"/>
          </w:tcPr>
          <w:p w14:paraId="1C60B40A" w14:textId="7E62BC4E" w:rsidR="00A32437" w:rsidRPr="002B741D" w:rsidRDefault="00A32437" w:rsidP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School of Applied Sciences, CUTM BBSR,</w:t>
            </w:r>
          </w:p>
        </w:tc>
        <w:tc>
          <w:tcPr>
            <w:tcW w:w="1230" w:type="dxa"/>
          </w:tcPr>
          <w:p w14:paraId="44E7A1D3" w14:textId="77777777" w:rsidR="00A32437" w:rsidRPr="002B741D" w:rsidRDefault="00A32437" w:rsidP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37EC5B" w14:textId="4AAAE62F" w:rsidR="00A32437" w:rsidRPr="002B741D" w:rsidRDefault="00A32437" w:rsidP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participated</w:t>
            </w:r>
          </w:p>
        </w:tc>
        <w:tc>
          <w:tcPr>
            <w:tcW w:w="2209" w:type="dxa"/>
          </w:tcPr>
          <w:p w14:paraId="4D730439" w14:textId="4BDAA401" w:rsidR="00A32437" w:rsidRPr="002B741D" w:rsidRDefault="00A32437" w:rsidP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International Conference</w:t>
            </w:r>
          </w:p>
        </w:tc>
      </w:tr>
      <w:tr w:rsidR="00A32437" w:rsidRPr="002B741D" w14:paraId="166450F2" w14:textId="77777777" w:rsidTr="00A32437">
        <w:trPr>
          <w:trHeight w:val="464"/>
        </w:trPr>
        <w:tc>
          <w:tcPr>
            <w:tcW w:w="1354" w:type="dxa"/>
          </w:tcPr>
          <w:p w14:paraId="548B3E53" w14:textId="4DB31D45" w:rsidR="00A32437" w:rsidRPr="002B741D" w:rsidRDefault="00A32437" w:rsidP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25.02.2023-26.02.2023.</w:t>
            </w:r>
          </w:p>
        </w:tc>
        <w:tc>
          <w:tcPr>
            <w:tcW w:w="1779" w:type="dxa"/>
          </w:tcPr>
          <w:p w14:paraId="7CE2C98B" w14:textId="18EF5F23" w:rsidR="00A32437" w:rsidRPr="002B741D" w:rsidRDefault="00A32437" w:rsidP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The Current Trends in Plant Science </w:t>
            </w:r>
          </w:p>
        </w:tc>
        <w:tc>
          <w:tcPr>
            <w:tcW w:w="1444" w:type="dxa"/>
          </w:tcPr>
          <w:p w14:paraId="235AE012" w14:textId="74D48B42" w:rsidR="00A32437" w:rsidRPr="002B741D" w:rsidRDefault="00A32437" w:rsidP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Kendrapada</w:t>
            </w:r>
            <w:proofErr w:type="spellEnd"/>
            <w:r>
              <w:t xml:space="preserve"> Autonomous College, </w:t>
            </w:r>
            <w:proofErr w:type="spellStart"/>
            <w:r>
              <w:t>Kendrapada</w:t>
            </w:r>
            <w:proofErr w:type="spellEnd"/>
            <w:r>
              <w:t>,</w:t>
            </w:r>
          </w:p>
        </w:tc>
        <w:tc>
          <w:tcPr>
            <w:tcW w:w="1230" w:type="dxa"/>
          </w:tcPr>
          <w:p w14:paraId="7052CEB4" w14:textId="77777777" w:rsidR="00A32437" w:rsidRPr="002B741D" w:rsidRDefault="00A32437" w:rsidP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D0CA20" w14:textId="55B6454A" w:rsidR="00A32437" w:rsidRPr="002B741D" w:rsidRDefault="00A32437" w:rsidP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participated</w:t>
            </w:r>
          </w:p>
        </w:tc>
        <w:tc>
          <w:tcPr>
            <w:tcW w:w="2209" w:type="dxa"/>
          </w:tcPr>
          <w:p w14:paraId="6BE6F57B" w14:textId="4773B384" w:rsidR="00A32437" w:rsidRPr="002B741D" w:rsidRDefault="00A32437" w:rsidP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National Seminar</w:t>
            </w:r>
          </w:p>
        </w:tc>
      </w:tr>
      <w:tr w:rsidR="00A32437" w:rsidRPr="002B741D" w14:paraId="1B22D7ED" w14:textId="77777777" w:rsidTr="00A32437">
        <w:trPr>
          <w:trHeight w:val="464"/>
        </w:trPr>
        <w:tc>
          <w:tcPr>
            <w:tcW w:w="1354" w:type="dxa"/>
          </w:tcPr>
          <w:p w14:paraId="3C819C45" w14:textId="069998BF" w:rsidR="00A32437" w:rsidRDefault="00A32437" w:rsidP="00A32437">
            <w:r>
              <w:t>01.02.2026-02.02.2026</w:t>
            </w:r>
          </w:p>
        </w:tc>
        <w:tc>
          <w:tcPr>
            <w:tcW w:w="1779" w:type="dxa"/>
          </w:tcPr>
          <w:p w14:paraId="5354C899" w14:textId="686DCA0F" w:rsidR="00A32437" w:rsidRDefault="00A32437" w:rsidP="00A32437">
            <w:r>
              <w:t>Advances in Medicinal Plant research and Innovations</w:t>
            </w:r>
          </w:p>
        </w:tc>
        <w:tc>
          <w:tcPr>
            <w:tcW w:w="1444" w:type="dxa"/>
          </w:tcPr>
          <w:p w14:paraId="76A084FF" w14:textId="3AA85ED8" w:rsidR="00A32437" w:rsidRDefault="00A32437" w:rsidP="00A32437">
            <w:r>
              <w:t>School of Applied Sciences, CUTM BBSR</w:t>
            </w:r>
          </w:p>
        </w:tc>
        <w:tc>
          <w:tcPr>
            <w:tcW w:w="1230" w:type="dxa"/>
          </w:tcPr>
          <w:p w14:paraId="071B2EAA" w14:textId="66CAC4EC" w:rsidR="00A32437" w:rsidRPr="002B741D" w:rsidRDefault="00A32437" w:rsidP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</w:p>
        </w:tc>
        <w:tc>
          <w:tcPr>
            <w:tcW w:w="2835" w:type="dxa"/>
          </w:tcPr>
          <w:p w14:paraId="38D9E555" w14:textId="3AC400B1" w:rsidR="00A32437" w:rsidRDefault="00A32437" w:rsidP="00A3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participated</w:t>
            </w:r>
          </w:p>
        </w:tc>
        <w:tc>
          <w:tcPr>
            <w:tcW w:w="2209" w:type="dxa"/>
          </w:tcPr>
          <w:p w14:paraId="1A3FC2DA" w14:textId="2FD9839A" w:rsidR="00A32437" w:rsidRDefault="00A32437" w:rsidP="00A32437">
            <w:r>
              <w:t>National Seminar</w:t>
            </w:r>
          </w:p>
        </w:tc>
      </w:tr>
    </w:tbl>
    <w:p w14:paraId="2181FEB3" w14:textId="77777777" w:rsidR="003B1EDF" w:rsidRPr="002B741D" w:rsidRDefault="00281C54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6. Research Publications</w:t>
      </w:r>
    </w:p>
    <w:tbl>
      <w:tblPr>
        <w:tblStyle w:val="TableGrid"/>
        <w:tblW w:w="9023" w:type="dxa"/>
        <w:tblLook w:val="04A0" w:firstRow="1" w:lastRow="0" w:firstColumn="1" w:lastColumn="0" w:noHBand="0" w:noVBand="1"/>
      </w:tblPr>
      <w:tblGrid>
        <w:gridCol w:w="1460"/>
        <w:gridCol w:w="1271"/>
        <w:gridCol w:w="1092"/>
        <w:gridCol w:w="1427"/>
        <w:gridCol w:w="1270"/>
        <w:gridCol w:w="1252"/>
        <w:gridCol w:w="1251"/>
      </w:tblGrid>
      <w:tr w:rsidR="003B1EDF" w:rsidRPr="002B741D" w14:paraId="5ABC89A3" w14:textId="77777777" w:rsidTr="00E00435">
        <w:trPr>
          <w:trHeight w:val="1241"/>
        </w:trPr>
        <w:tc>
          <w:tcPr>
            <w:tcW w:w="1460" w:type="dxa"/>
          </w:tcPr>
          <w:p w14:paraId="1314E801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Title of the Paper</w:t>
            </w:r>
          </w:p>
        </w:tc>
        <w:tc>
          <w:tcPr>
            <w:tcW w:w="1271" w:type="dxa"/>
          </w:tcPr>
          <w:p w14:paraId="24153313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Name of the Journal</w:t>
            </w:r>
          </w:p>
        </w:tc>
        <w:tc>
          <w:tcPr>
            <w:tcW w:w="1092" w:type="dxa"/>
          </w:tcPr>
          <w:p w14:paraId="5C552908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Impact Factor</w:t>
            </w:r>
          </w:p>
        </w:tc>
        <w:tc>
          <w:tcPr>
            <w:tcW w:w="1427" w:type="dxa"/>
          </w:tcPr>
          <w:p w14:paraId="4A13FC89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ISSN No.</w:t>
            </w:r>
          </w:p>
        </w:tc>
        <w:tc>
          <w:tcPr>
            <w:tcW w:w="1270" w:type="dxa"/>
          </w:tcPr>
          <w:p w14:paraId="7BCBEB6F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</w:p>
        </w:tc>
        <w:tc>
          <w:tcPr>
            <w:tcW w:w="1252" w:type="dxa"/>
          </w:tcPr>
          <w:p w14:paraId="5913EF18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Issue</w:t>
            </w:r>
          </w:p>
        </w:tc>
        <w:tc>
          <w:tcPr>
            <w:tcW w:w="1251" w:type="dxa"/>
          </w:tcPr>
          <w:p w14:paraId="6CC8499A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3B1EDF" w:rsidRPr="002B741D" w14:paraId="46B09152" w14:textId="77777777" w:rsidTr="00E00435">
        <w:trPr>
          <w:trHeight w:val="2032"/>
        </w:trPr>
        <w:tc>
          <w:tcPr>
            <w:tcW w:w="1460" w:type="dxa"/>
          </w:tcPr>
          <w:p w14:paraId="0DF91340" w14:textId="4A82AFA5" w:rsidR="003B1EDF" w:rsidRPr="002B741D" w:rsidRDefault="0091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Retardation of Candidiasis by Certain Antifungals UGC </w:t>
            </w:r>
            <w:proofErr w:type="spellStart"/>
            <w:r>
              <w:t>Carelist</w:t>
            </w:r>
            <w:proofErr w:type="spellEnd"/>
            <w:r>
              <w:t>,.</w:t>
            </w:r>
          </w:p>
        </w:tc>
        <w:tc>
          <w:tcPr>
            <w:tcW w:w="1271" w:type="dxa"/>
          </w:tcPr>
          <w:p w14:paraId="27643A58" w14:textId="259B089E" w:rsidR="003B1EDF" w:rsidRPr="002B741D" w:rsidRDefault="0091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Indian Journal of Natural Sciences </w:t>
            </w:r>
          </w:p>
        </w:tc>
        <w:tc>
          <w:tcPr>
            <w:tcW w:w="1092" w:type="dxa"/>
          </w:tcPr>
          <w:p w14:paraId="4B1F0F5F" w14:textId="546AEB20" w:rsidR="003B1EDF" w:rsidRPr="002B741D" w:rsidRDefault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4.34</w:t>
            </w:r>
          </w:p>
        </w:tc>
        <w:tc>
          <w:tcPr>
            <w:tcW w:w="1427" w:type="dxa"/>
          </w:tcPr>
          <w:p w14:paraId="019D7B58" w14:textId="64A7EDFE" w:rsidR="003B1EDF" w:rsidRPr="002B741D" w:rsidRDefault="0091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0976-0997</w:t>
            </w:r>
          </w:p>
        </w:tc>
        <w:tc>
          <w:tcPr>
            <w:tcW w:w="1270" w:type="dxa"/>
          </w:tcPr>
          <w:p w14:paraId="11918B8E" w14:textId="543A8909" w:rsidR="003B1EDF" w:rsidRPr="002B741D" w:rsidRDefault="0091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Vol. 12</w:t>
            </w:r>
          </w:p>
        </w:tc>
        <w:tc>
          <w:tcPr>
            <w:tcW w:w="1252" w:type="dxa"/>
          </w:tcPr>
          <w:p w14:paraId="17A37CFD" w14:textId="47A65C95" w:rsidR="003B1EDF" w:rsidRPr="002B741D" w:rsidRDefault="00914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Issue 69</w:t>
            </w:r>
          </w:p>
        </w:tc>
        <w:tc>
          <w:tcPr>
            <w:tcW w:w="1251" w:type="dxa"/>
          </w:tcPr>
          <w:p w14:paraId="75FEAFF0" w14:textId="26178455" w:rsidR="003B1EDF" w:rsidRPr="002B741D" w:rsidRDefault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Dec 2021</w:t>
            </w:r>
          </w:p>
        </w:tc>
      </w:tr>
      <w:tr w:rsidR="003B1EDF" w:rsidRPr="002B741D" w14:paraId="43B30C13" w14:textId="77777777" w:rsidTr="00E00435">
        <w:trPr>
          <w:trHeight w:val="413"/>
        </w:trPr>
        <w:tc>
          <w:tcPr>
            <w:tcW w:w="1460" w:type="dxa"/>
          </w:tcPr>
          <w:p w14:paraId="7EC3D412" w14:textId="08EB9B41" w:rsidR="003B1EDF" w:rsidRPr="002B741D" w:rsidRDefault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An Overview of </w:t>
            </w:r>
            <w:proofErr w:type="spellStart"/>
            <w:r>
              <w:t>Boerhaavia</w:t>
            </w:r>
            <w:proofErr w:type="spellEnd"/>
            <w:r>
              <w:t xml:space="preserve"> </w:t>
            </w:r>
            <w:proofErr w:type="spellStart"/>
            <w:r>
              <w:t>diffusa</w:t>
            </w:r>
            <w:proofErr w:type="spellEnd"/>
            <w:r>
              <w:t xml:space="preserve"> Plant Used for the Treatment of Various Diseases of Odisha, India, UGC </w:t>
            </w:r>
            <w:proofErr w:type="spellStart"/>
            <w:r>
              <w:t>Carelist</w:t>
            </w:r>
            <w:proofErr w:type="spellEnd"/>
            <w:r>
              <w:t xml:space="preserve">,  </w:t>
            </w:r>
          </w:p>
        </w:tc>
        <w:tc>
          <w:tcPr>
            <w:tcW w:w="1271" w:type="dxa"/>
          </w:tcPr>
          <w:p w14:paraId="39ABBC36" w14:textId="39902172" w:rsidR="003B1EDF" w:rsidRPr="002B741D" w:rsidRDefault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Indian Journal of Natural Sciences</w:t>
            </w:r>
          </w:p>
        </w:tc>
        <w:tc>
          <w:tcPr>
            <w:tcW w:w="1092" w:type="dxa"/>
          </w:tcPr>
          <w:p w14:paraId="0C603F42" w14:textId="6A75DA1B" w:rsidR="003B1EDF" w:rsidRPr="002B741D" w:rsidRDefault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4.34</w:t>
            </w:r>
          </w:p>
        </w:tc>
        <w:tc>
          <w:tcPr>
            <w:tcW w:w="1427" w:type="dxa"/>
          </w:tcPr>
          <w:p w14:paraId="63678012" w14:textId="5713D690" w:rsidR="003B1EDF" w:rsidRPr="002B741D" w:rsidRDefault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0976-0997</w:t>
            </w:r>
          </w:p>
        </w:tc>
        <w:tc>
          <w:tcPr>
            <w:tcW w:w="1270" w:type="dxa"/>
          </w:tcPr>
          <w:p w14:paraId="14A91C1E" w14:textId="3290F54B" w:rsidR="003B1EDF" w:rsidRPr="002B741D" w:rsidRDefault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Vol. 12</w:t>
            </w:r>
          </w:p>
        </w:tc>
        <w:tc>
          <w:tcPr>
            <w:tcW w:w="1252" w:type="dxa"/>
          </w:tcPr>
          <w:p w14:paraId="36A85BC1" w14:textId="6323A93C" w:rsidR="003B1EDF" w:rsidRPr="002B741D" w:rsidRDefault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Issue 69</w:t>
            </w:r>
          </w:p>
        </w:tc>
        <w:tc>
          <w:tcPr>
            <w:tcW w:w="1251" w:type="dxa"/>
          </w:tcPr>
          <w:p w14:paraId="73D4BF12" w14:textId="3BCF9F55" w:rsidR="003B1EDF" w:rsidRPr="002B741D" w:rsidRDefault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Dec 2021</w:t>
            </w:r>
          </w:p>
        </w:tc>
      </w:tr>
      <w:tr w:rsidR="00E00435" w:rsidRPr="002B741D" w14:paraId="7C614ED7" w14:textId="77777777" w:rsidTr="00E00435">
        <w:trPr>
          <w:trHeight w:val="413"/>
        </w:trPr>
        <w:tc>
          <w:tcPr>
            <w:tcW w:w="1460" w:type="dxa"/>
          </w:tcPr>
          <w:p w14:paraId="46E31C87" w14:textId="29D1D1CC" w:rsidR="00E00435" w:rsidRPr="002B741D" w:rsidRDefault="00E00435" w:rsidP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Analysis of Antioxidant Activities of White and Black Varieties of </w:t>
            </w:r>
            <w:proofErr w:type="spellStart"/>
            <w:r>
              <w:t>Macrotyloma</w:t>
            </w:r>
            <w:proofErr w:type="spellEnd"/>
            <w:r>
              <w:t xml:space="preserve"> </w:t>
            </w:r>
            <w:proofErr w:type="spellStart"/>
            <w:r>
              <w:t>uniflorum</w:t>
            </w:r>
            <w:proofErr w:type="spellEnd"/>
            <w:r>
              <w:t xml:space="preserve"> (LAM) Verde under Nickel Stress, UGC </w:t>
            </w:r>
            <w:proofErr w:type="spellStart"/>
            <w:r>
              <w:t>Carelist</w:t>
            </w:r>
            <w:proofErr w:type="spellEnd"/>
            <w:r>
              <w:t xml:space="preserve">, </w:t>
            </w:r>
          </w:p>
        </w:tc>
        <w:tc>
          <w:tcPr>
            <w:tcW w:w="1271" w:type="dxa"/>
          </w:tcPr>
          <w:p w14:paraId="11CA48E7" w14:textId="31554B96" w:rsidR="00E00435" w:rsidRPr="002B741D" w:rsidRDefault="00E00435" w:rsidP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Indian Journal of Natural Sciences</w:t>
            </w:r>
          </w:p>
        </w:tc>
        <w:tc>
          <w:tcPr>
            <w:tcW w:w="1092" w:type="dxa"/>
          </w:tcPr>
          <w:p w14:paraId="185B81F0" w14:textId="211AB352" w:rsidR="00E00435" w:rsidRPr="002B741D" w:rsidRDefault="00E00435" w:rsidP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4.34</w:t>
            </w:r>
          </w:p>
        </w:tc>
        <w:tc>
          <w:tcPr>
            <w:tcW w:w="1427" w:type="dxa"/>
          </w:tcPr>
          <w:p w14:paraId="09949AA0" w14:textId="6EF172A5" w:rsidR="00E00435" w:rsidRPr="002B741D" w:rsidRDefault="00E00435" w:rsidP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0976-0997</w:t>
            </w:r>
          </w:p>
        </w:tc>
        <w:tc>
          <w:tcPr>
            <w:tcW w:w="1270" w:type="dxa"/>
          </w:tcPr>
          <w:p w14:paraId="24FC95B6" w14:textId="6336DC8E" w:rsidR="00E00435" w:rsidRPr="002B741D" w:rsidRDefault="00E00435" w:rsidP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Vol. 12</w:t>
            </w:r>
          </w:p>
        </w:tc>
        <w:tc>
          <w:tcPr>
            <w:tcW w:w="1252" w:type="dxa"/>
          </w:tcPr>
          <w:p w14:paraId="090839B1" w14:textId="5C8C23AA" w:rsidR="00E00435" w:rsidRPr="002B741D" w:rsidRDefault="00E00435" w:rsidP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Issue 69</w:t>
            </w:r>
          </w:p>
        </w:tc>
        <w:tc>
          <w:tcPr>
            <w:tcW w:w="1251" w:type="dxa"/>
          </w:tcPr>
          <w:p w14:paraId="1B99F539" w14:textId="63E5F4A9" w:rsidR="00E00435" w:rsidRPr="002B741D" w:rsidRDefault="00E00435" w:rsidP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Dec 2021</w:t>
            </w:r>
          </w:p>
        </w:tc>
      </w:tr>
      <w:tr w:rsidR="00E00435" w:rsidRPr="002B741D" w14:paraId="3BC964C1" w14:textId="77777777" w:rsidTr="00E00435">
        <w:trPr>
          <w:trHeight w:val="413"/>
        </w:trPr>
        <w:tc>
          <w:tcPr>
            <w:tcW w:w="1460" w:type="dxa"/>
          </w:tcPr>
          <w:p w14:paraId="3C1A84B8" w14:textId="411D19A8" w:rsidR="00E00435" w:rsidRPr="002B741D" w:rsidRDefault="00E00435" w:rsidP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Anticandidal</w:t>
            </w:r>
            <w:proofErr w:type="spellEnd"/>
            <w:r>
              <w:t xml:space="preserve"> Activity of Some Plant Extracts, UGC </w:t>
            </w:r>
            <w:proofErr w:type="spellStart"/>
            <w:r>
              <w:t>Carelist</w:t>
            </w:r>
            <w:proofErr w:type="spellEnd"/>
            <w:r>
              <w:t xml:space="preserve">,  </w:t>
            </w:r>
          </w:p>
        </w:tc>
        <w:tc>
          <w:tcPr>
            <w:tcW w:w="1271" w:type="dxa"/>
          </w:tcPr>
          <w:p w14:paraId="60624EFF" w14:textId="05C8EF36" w:rsidR="00E00435" w:rsidRPr="002B741D" w:rsidRDefault="00E00435" w:rsidP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Current Botany</w:t>
            </w:r>
          </w:p>
        </w:tc>
        <w:tc>
          <w:tcPr>
            <w:tcW w:w="1092" w:type="dxa"/>
          </w:tcPr>
          <w:p w14:paraId="367D89C5" w14:textId="3578E6B4" w:rsidR="00E00435" w:rsidRPr="002B741D" w:rsidRDefault="00E00435" w:rsidP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27" w:type="dxa"/>
          </w:tcPr>
          <w:p w14:paraId="091B0B15" w14:textId="1E01AA67" w:rsidR="00E00435" w:rsidRPr="002B741D" w:rsidRDefault="00E00435" w:rsidP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2220-4822</w:t>
            </w:r>
          </w:p>
        </w:tc>
        <w:tc>
          <w:tcPr>
            <w:tcW w:w="1270" w:type="dxa"/>
          </w:tcPr>
          <w:p w14:paraId="6D84E72A" w14:textId="7E4E5F26" w:rsidR="00E00435" w:rsidRPr="002B741D" w:rsidRDefault="00E00435" w:rsidP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Vol. 14, </w:t>
            </w:r>
            <w:proofErr w:type="spellStart"/>
            <w:r>
              <w:t>Pg</w:t>
            </w:r>
            <w:proofErr w:type="spellEnd"/>
            <w:r>
              <w:t xml:space="preserve"> 103- 110,</w:t>
            </w:r>
          </w:p>
        </w:tc>
        <w:tc>
          <w:tcPr>
            <w:tcW w:w="1252" w:type="dxa"/>
          </w:tcPr>
          <w:p w14:paraId="1EA51B7D" w14:textId="77777777" w:rsidR="00E00435" w:rsidRPr="002B741D" w:rsidRDefault="00E00435" w:rsidP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3F1C4D2C" w14:textId="27E610E5" w:rsidR="00E00435" w:rsidRPr="002B741D" w:rsidRDefault="00E00435" w:rsidP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Aug 2023</w:t>
            </w:r>
          </w:p>
        </w:tc>
      </w:tr>
      <w:tr w:rsidR="00E00435" w:rsidRPr="002B741D" w14:paraId="6315AF63" w14:textId="77777777" w:rsidTr="00E00435">
        <w:trPr>
          <w:trHeight w:val="389"/>
        </w:trPr>
        <w:tc>
          <w:tcPr>
            <w:tcW w:w="1460" w:type="dxa"/>
          </w:tcPr>
          <w:p w14:paraId="382B1CCD" w14:textId="0CD1D44E" w:rsidR="00E00435" w:rsidRPr="002B741D" w:rsidRDefault="00B56F45" w:rsidP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In-vitro Free Radical Scavenging Activities of Leaves and Rhizomes of </w:t>
            </w:r>
            <w:proofErr w:type="spellStart"/>
            <w:r>
              <w:t>Maranta</w:t>
            </w:r>
            <w:proofErr w:type="spellEnd"/>
            <w:r>
              <w:t xml:space="preserve"> </w:t>
            </w:r>
            <w:proofErr w:type="spellStart"/>
            <w:r>
              <w:t>arundinacea</w:t>
            </w:r>
            <w:proofErr w:type="spellEnd"/>
            <w:r>
              <w:t xml:space="preserve"> L., </w:t>
            </w:r>
          </w:p>
        </w:tc>
        <w:tc>
          <w:tcPr>
            <w:tcW w:w="1271" w:type="dxa"/>
          </w:tcPr>
          <w:p w14:paraId="68FCB265" w14:textId="7BA7D0CC" w:rsidR="00E00435" w:rsidRPr="002B741D" w:rsidRDefault="00B56F45" w:rsidP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Plant Science Research</w:t>
            </w:r>
          </w:p>
        </w:tc>
        <w:tc>
          <w:tcPr>
            <w:tcW w:w="1092" w:type="dxa"/>
          </w:tcPr>
          <w:p w14:paraId="4154C94C" w14:textId="02E76CD6" w:rsidR="00E00435" w:rsidRPr="002B741D" w:rsidRDefault="00B56F45" w:rsidP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427" w:type="dxa"/>
          </w:tcPr>
          <w:p w14:paraId="6CBB4512" w14:textId="130BC2B7" w:rsidR="00E00435" w:rsidRPr="002B741D" w:rsidRDefault="00B56F45" w:rsidP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0972-8546</w:t>
            </w:r>
          </w:p>
        </w:tc>
        <w:tc>
          <w:tcPr>
            <w:tcW w:w="1270" w:type="dxa"/>
          </w:tcPr>
          <w:p w14:paraId="6755A2EC" w14:textId="47768265" w:rsidR="00E00435" w:rsidRPr="002B741D" w:rsidRDefault="00B56F45" w:rsidP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Vol. 44 </w:t>
            </w:r>
            <w:proofErr w:type="spellStart"/>
            <w:r>
              <w:t>Pg</w:t>
            </w:r>
            <w:proofErr w:type="spellEnd"/>
            <w:r>
              <w:t xml:space="preserve"> 47-54</w:t>
            </w:r>
          </w:p>
        </w:tc>
        <w:tc>
          <w:tcPr>
            <w:tcW w:w="1252" w:type="dxa"/>
          </w:tcPr>
          <w:p w14:paraId="5B581A6A" w14:textId="77777777" w:rsidR="00E00435" w:rsidRPr="002B741D" w:rsidRDefault="00E00435" w:rsidP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5DFA36D0" w14:textId="5B8D604B" w:rsidR="00E00435" w:rsidRPr="002B741D" w:rsidRDefault="00B56F45" w:rsidP="00E0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 2024</w:t>
            </w:r>
          </w:p>
        </w:tc>
      </w:tr>
    </w:tbl>
    <w:p w14:paraId="51F66366" w14:textId="77777777" w:rsidR="003B1EDF" w:rsidRPr="002B741D" w:rsidRDefault="00281C54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lastRenderedPageBreak/>
        <w:t>7. Membership in Organizations / Associations</w:t>
      </w:r>
    </w:p>
    <w:tbl>
      <w:tblPr>
        <w:tblStyle w:val="TableGrid"/>
        <w:tblW w:w="8884" w:type="dxa"/>
        <w:tblLook w:val="04A0" w:firstRow="1" w:lastRow="0" w:firstColumn="1" w:lastColumn="0" w:noHBand="0" w:noVBand="1"/>
      </w:tblPr>
      <w:tblGrid>
        <w:gridCol w:w="1831"/>
        <w:gridCol w:w="3122"/>
        <w:gridCol w:w="1949"/>
        <w:gridCol w:w="1982"/>
      </w:tblGrid>
      <w:tr w:rsidR="003B1EDF" w:rsidRPr="002B741D" w14:paraId="532EC604" w14:textId="77777777" w:rsidTr="002B741D">
        <w:trPr>
          <w:trHeight w:val="2298"/>
        </w:trPr>
        <w:tc>
          <w:tcPr>
            <w:tcW w:w="1831" w:type="dxa"/>
          </w:tcPr>
          <w:p w14:paraId="74501240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Position Held</w:t>
            </w:r>
          </w:p>
        </w:tc>
        <w:tc>
          <w:tcPr>
            <w:tcW w:w="3122" w:type="dxa"/>
          </w:tcPr>
          <w:p w14:paraId="3ED9050E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Organization (National/State/International)</w:t>
            </w:r>
          </w:p>
        </w:tc>
        <w:tc>
          <w:tcPr>
            <w:tcW w:w="1949" w:type="dxa"/>
          </w:tcPr>
          <w:p w14:paraId="26A3C1D4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Type of Membership</w:t>
            </w:r>
          </w:p>
        </w:tc>
        <w:tc>
          <w:tcPr>
            <w:tcW w:w="1982" w:type="dxa"/>
          </w:tcPr>
          <w:p w14:paraId="734FB063" w14:textId="77777777" w:rsidR="003B1EDF" w:rsidRPr="002B741D" w:rsidRDefault="0028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Activities Conducted (Subject Expert/Guest Lecturer/BOS Member/Life Member etc.)</w:t>
            </w:r>
          </w:p>
        </w:tc>
      </w:tr>
      <w:tr w:rsidR="003B1EDF" w:rsidRPr="002B741D" w14:paraId="4B3F675F" w14:textId="77777777" w:rsidTr="002B741D">
        <w:trPr>
          <w:trHeight w:val="737"/>
        </w:trPr>
        <w:tc>
          <w:tcPr>
            <w:tcW w:w="1831" w:type="dxa"/>
          </w:tcPr>
          <w:p w14:paraId="446F71A0" w14:textId="37C2CC30" w:rsidR="003B1EDF" w:rsidRPr="002B741D" w:rsidRDefault="00CA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3122" w:type="dxa"/>
          </w:tcPr>
          <w:p w14:paraId="0266EFBB" w14:textId="04FEA48B" w:rsidR="003B1EDF" w:rsidRPr="002B741D" w:rsidRDefault="00CA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Orissa Botanical Society</w:t>
            </w:r>
          </w:p>
        </w:tc>
        <w:tc>
          <w:tcPr>
            <w:tcW w:w="1949" w:type="dxa"/>
          </w:tcPr>
          <w:p w14:paraId="42077BED" w14:textId="6AAF9178" w:rsidR="003B1EDF" w:rsidRPr="002B741D" w:rsidRDefault="00CA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Life member</w:t>
            </w:r>
          </w:p>
        </w:tc>
        <w:tc>
          <w:tcPr>
            <w:tcW w:w="1982" w:type="dxa"/>
          </w:tcPr>
          <w:p w14:paraId="342A064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6F8CBA36" w14:textId="77777777" w:rsidTr="002B741D">
        <w:trPr>
          <w:trHeight w:val="710"/>
        </w:trPr>
        <w:tc>
          <w:tcPr>
            <w:tcW w:w="1831" w:type="dxa"/>
          </w:tcPr>
          <w:p w14:paraId="5A6D8D5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37D416A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5E76BD0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C3F32C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66BA5A17" w14:textId="77777777" w:rsidTr="002B741D">
        <w:trPr>
          <w:trHeight w:val="710"/>
        </w:trPr>
        <w:tc>
          <w:tcPr>
            <w:tcW w:w="1831" w:type="dxa"/>
          </w:tcPr>
          <w:p w14:paraId="04D09E5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5257E2E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10A8633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26F3817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1AB88713" w14:textId="77777777" w:rsidTr="002B741D">
        <w:trPr>
          <w:trHeight w:val="620"/>
        </w:trPr>
        <w:tc>
          <w:tcPr>
            <w:tcW w:w="1831" w:type="dxa"/>
          </w:tcPr>
          <w:p w14:paraId="161F167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41ADEBE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84110B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32AC44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6C871B5F" w14:textId="77777777" w:rsidTr="002B741D">
        <w:trPr>
          <w:trHeight w:val="800"/>
        </w:trPr>
        <w:tc>
          <w:tcPr>
            <w:tcW w:w="1831" w:type="dxa"/>
          </w:tcPr>
          <w:p w14:paraId="3422AEF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319FC42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5935C8E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7F68A4C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31EFB2" w14:textId="77777777" w:rsidR="003B1EDF" w:rsidRPr="002B741D" w:rsidRDefault="00281C54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8. Areas of Specialization / Research Interests</w:t>
      </w:r>
    </w:p>
    <w:p w14:paraId="6B730751" w14:textId="0B3F0A62" w:rsidR="003B1EDF" w:rsidRPr="00724285" w:rsidRDefault="00724285">
      <w:r>
        <w:t>Microbiology and plant pathology</w:t>
      </w:r>
    </w:p>
    <w:p w14:paraId="36ECAC3B" w14:textId="77777777" w:rsidR="003B1EDF" w:rsidRPr="002B741D" w:rsidRDefault="00281C54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9. Awards / Recognitions (if any)</w:t>
      </w:r>
    </w:p>
    <w:p w14:paraId="30982C60" w14:textId="430A7364" w:rsidR="002B741D" w:rsidRPr="002B741D" w:rsidRDefault="00724285" w:rsidP="002B741D">
      <w:r>
        <w:t xml:space="preserve">Serve as </w:t>
      </w:r>
      <w:proofErr w:type="spellStart"/>
      <w:r>
        <w:t>Organising</w:t>
      </w:r>
      <w:proofErr w:type="spellEnd"/>
      <w:r>
        <w:t xml:space="preserve"> Secretary of 45th Annual Conference by Odisha Botanical Society held at UN Autonomous College, </w:t>
      </w:r>
      <w:proofErr w:type="spellStart"/>
      <w:r>
        <w:t>Adaspur</w:t>
      </w:r>
      <w:proofErr w:type="spellEnd"/>
      <w:r>
        <w:t>, 2022.</w:t>
      </w:r>
    </w:p>
    <w:p w14:paraId="50A9D025" w14:textId="77777777" w:rsidR="003B1EDF" w:rsidRPr="002B741D" w:rsidRDefault="00281C54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Declaration</w:t>
      </w:r>
    </w:p>
    <w:p w14:paraId="1DA30B89" w14:textId="77777777" w:rsidR="003B1EDF" w:rsidRPr="002B741D" w:rsidRDefault="00281C54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I hereby declare that the information provided above is true to the best of my knowledge.</w:t>
      </w:r>
    </w:p>
    <w:p w14:paraId="6E4C6194" w14:textId="77777777" w:rsidR="00724285" w:rsidRDefault="00281C54" w:rsidP="00724285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br/>
        <w:t xml:space="preserve">Date: </w:t>
      </w:r>
      <w:r w:rsidR="00724285">
        <w:rPr>
          <w:rFonts w:ascii="Times New Roman" w:hAnsi="Times New Roman" w:cs="Times New Roman"/>
          <w:sz w:val="24"/>
          <w:szCs w:val="24"/>
        </w:rPr>
        <w:t>17.02.2026</w:t>
      </w:r>
    </w:p>
    <w:p w14:paraId="6BADD696" w14:textId="4335495E" w:rsidR="00724285" w:rsidRDefault="00281C54" w:rsidP="00724285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Place: </w:t>
      </w:r>
      <w:proofErr w:type="spellStart"/>
      <w:r w:rsidR="00724285">
        <w:rPr>
          <w:rFonts w:ascii="Times New Roman" w:hAnsi="Times New Roman" w:cs="Times New Roman"/>
          <w:sz w:val="24"/>
          <w:szCs w:val="24"/>
        </w:rPr>
        <w:t>Salipur</w:t>
      </w:r>
      <w:proofErr w:type="spellEnd"/>
    </w:p>
    <w:p w14:paraId="584830F0" w14:textId="21895C55" w:rsidR="00724285" w:rsidRDefault="00724285" w:rsidP="00724285">
      <w:pPr>
        <w:ind w:left="72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Das</w:t>
      </w:r>
    </w:p>
    <w:p w14:paraId="17DD523B" w14:textId="0C7DFC64" w:rsidR="003B1EDF" w:rsidRPr="002B741D" w:rsidRDefault="00281C54" w:rsidP="00724285">
      <w:pPr>
        <w:ind w:left="7200"/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Signature</w:t>
      </w:r>
    </w:p>
    <w:sectPr w:rsidR="003B1EDF" w:rsidRPr="002B74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26DA"/>
    <w:rsid w:val="00034616"/>
    <w:rsid w:val="0006063C"/>
    <w:rsid w:val="000B2F79"/>
    <w:rsid w:val="000E74AD"/>
    <w:rsid w:val="0015074B"/>
    <w:rsid w:val="00164E48"/>
    <w:rsid w:val="001A1237"/>
    <w:rsid w:val="00281C54"/>
    <w:rsid w:val="0029639D"/>
    <w:rsid w:val="002B741D"/>
    <w:rsid w:val="00320BB6"/>
    <w:rsid w:val="00326F90"/>
    <w:rsid w:val="00385F4F"/>
    <w:rsid w:val="003B1EDF"/>
    <w:rsid w:val="00574AAC"/>
    <w:rsid w:val="00581CE1"/>
    <w:rsid w:val="00712FA2"/>
    <w:rsid w:val="00724285"/>
    <w:rsid w:val="00803555"/>
    <w:rsid w:val="008B74CB"/>
    <w:rsid w:val="00914816"/>
    <w:rsid w:val="00A32437"/>
    <w:rsid w:val="00AA1D8D"/>
    <w:rsid w:val="00B07FD3"/>
    <w:rsid w:val="00B47730"/>
    <w:rsid w:val="00B56F45"/>
    <w:rsid w:val="00B63A8C"/>
    <w:rsid w:val="00CA5091"/>
    <w:rsid w:val="00CB0664"/>
    <w:rsid w:val="00D03C7E"/>
    <w:rsid w:val="00D30933"/>
    <w:rsid w:val="00DB4C85"/>
    <w:rsid w:val="00E0043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A7596A"/>
  <w14:defaultImageDpi w14:val="300"/>
  <w15:docId w15:val="{79EED8CE-D645-463F-B605-31F39960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C74218-2D54-4FCC-912F-F2EEF6573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sudhansu Rout</dc:creator>
  <cp:keywords/>
  <dc:description>generated by python-docx</dc:description>
  <cp:lastModifiedBy>HP</cp:lastModifiedBy>
  <cp:revision>8</cp:revision>
  <dcterms:created xsi:type="dcterms:W3CDTF">2026-02-17T07:32:00Z</dcterms:created>
  <dcterms:modified xsi:type="dcterms:W3CDTF">2026-02-18T09:20:00Z</dcterms:modified>
  <cp:category/>
</cp:coreProperties>
</file>