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653E0" w14:textId="14E255F4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5A0CAA73" w:rsidR="002B741D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07AA1BFD" w:rsidR="003B1EDF" w:rsidRPr="002B741D" w:rsidRDefault="005E7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0D26D6F7" wp14:editId="79D362F7">
            <wp:simplePos x="0" y="0"/>
            <wp:positionH relativeFrom="margin">
              <wp:posOffset>3985260</wp:posOffset>
            </wp:positionH>
            <wp:positionV relativeFrom="margin">
              <wp:posOffset>1059180</wp:posOffset>
            </wp:positionV>
            <wp:extent cx="1447800" cy="150050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2-17 at 9.32.08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F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D577E78" wp14:editId="353F239F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17235" id="Rectangle 1" o:spid="_x0000_s1026" style="position:absolute;margin-left:316.5pt;margin-top:2.45pt;width:109.5pt;height:11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" fillcolor="white [3201]" strokecolor="black [3200]" strokeweight="2pt"/>
            </w:pict>
          </mc:Fallback>
        </mc:AlternateContent>
      </w:r>
      <w:r w:rsidR="000B2F79"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773FEF">
        <w:rPr>
          <w:rFonts w:ascii="Times New Roman" w:hAnsi="Times New Roman" w:cs="Times New Roman"/>
          <w:sz w:val="24"/>
          <w:szCs w:val="24"/>
        </w:rPr>
        <w:t>KSHIROD KUMAR MISHRA</w:t>
      </w:r>
    </w:p>
    <w:p w14:paraId="079E2CFD" w14:textId="7BE7D382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773FEF">
        <w:rPr>
          <w:rFonts w:ascii="Times New Roman" w:hAnsi="Times New Roman" w:cs="Times New Roman"/>
          <w:sz w:val="24"/>
          <w:szCs w:val="24"/>
        </w:rPr>
        <w:t>LECTURER IN ECONOMICS</w:t>
      </w:r>
    </w:p>
    <w:p w14:paraId="149626DB" w14:textId="56BED09B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773FEF">
        <w:rPr>
          <w:rFonts w:ascii="Times New Roman" w:hAnsi="Times New Roman" w:cs="Times New Roman"/>
          <w:sz w:val="24"/>
          <w:szCs w:val="24"/>
        </w:rPr>
        <w:t>ECONOMICS</w:t>
      </w:r>
    </w:p>
    <w:p w14:paraId="5F5D653E" w14:textId="28CC978F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773FEF">
        <w:rPr>
          <w:rFonts w:ascii="Times New Roman" w:hAnsi="Times New Roman" w:cs="Times New Roman"/>
          <w:sz w:val="24"/>
          <w:szCs w:val="24"/>
        </w:rPr>
        <w:t>15/12/1996</w:t>
      </w:r>
    </w:p>
    <w:p w14:paraId="0980F2F6" w14:textId="28AC8068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773FEF">
        <w:rPr>
          <w:rFonts w:ascii="Times New Roman" w:hAnsi="Times New Roman" w:cs="Times New Roman"/>
          <w:sz w:val="24"/>
          <w:szCs w:val="24"/>
        </w:rPr>
        <w:t xml:space="preserve"> 01/03/2024</w:t>
      </w:r>
    </w:p>
    <w:p w14:paraId="1D01D285" w14:textId="67007F20" w:rsidR="003B1EDF" w:rsidRPr="002B741D" w:rsidRDefault="00E21B98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773FEF">
        <w:rPr>
          <w:rFonts w:ascii="Times New Roman" w:hAnsi="Times New Roman" w:cs="Times New Roman"/>
          <w:sz w:val="24"/>
          <w:szCs w:val="24"/>
        </w:rPr>
        <w:t>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2E3CF61C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Official Address:</w:t>
      </w:r>
      <w:r w:rsidR="00430B0C">
        <w:rPr>
          <w:rFonts w:ascii="Times New Roman" w:hAnsi="Times New Roman" w:cs="Times New Roman"/>
          <w:sz w:val="24"/>
          <w:szCs w:val="24"/>
        </w:rPr>
        <w:t xml:space="preserve"> SALIPUR AUTONOMOUS COLLEGE,</w:t>
      </w:r>
      <w:r w:rsidRPr="002B741D">
        <w:rPr>
          <w:rFonts w:ascii="Times New Roman" w:hAnsi="Times New Roman" w:cs="Times New Roman"/>
          <w:sz w:val="24"/>
          <w:szCs w:val="24"/>
        </w:rPr>
        <w:t xml:space="preserve"> </w:t>
      </w:r>
      <w:r w:rsidR="00430B0C">
        <w:rPr>
          <w:rFonts w:ascii="Times New Roman" w:hAnsi="Times New Roman" w:cs="Times New Roman"/>
          <w:sz w:val="24"/>
          <w:szCs w:val="24"/>
        </w:rPr>
        <w:t>PIN- 754202</w:t>
      </w:r>
    </w:p>
    <w:p w14:paraId="103A26B7" w14:textId="73BA5F5E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430B0C">
        <w:rPr>
          <w:rFonts w:ascii="Times New Roman" w:hAnsi="Times New Roman" w:cs="Times New Roman"/>
          <w:sz w:val="24"/>
          <w:szCs w:val="24"/>
        </w:rPr>
        <w:t>kshirodkumar290@gmail.com</w:t>
      </w:r>
    </w:p>
    <w:p w14:paraId="21EBF29B" w14:textId="5E63A19C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430B0C">
        <w:rPr>
          <w:rFonts w:ascii="Times New Roman" w:hAnsi="Times New Roman" w:cs="Times New Roman"/>
          <w:sz w:val="24"/>
          <w:szCs w:val="24"/>
        </w:rPr>
        <w:t>9348249785</w:t>
      </w:r>
    </w:p>
    <w:p w14:paraId="73C6D9A8" w14:textId="77777777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323"/>
        <w:gridCol w:w="4224"/>
        <w:gridCol w:w="1883"/>
        <w:gridCol w:w="696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9A06BDD" w:rsidR="003B1EDF" w:rsidRPr="002B741D" w:rsidRDefault="00F9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FLO,SLE,TLS,MTH,SCP,SCL,SSG,SSH</w:t>
            </w:r>
          </w:p>
        </w:tc>
        <w:tc>
          <w:tcPr>
            <w:tcW w:w="1918" w:type="dxa"/>
          </w:tcPr>
          <w:p w14:paraId="52BE2E3A" w14:textId="712D71BA" w:rsidR="003B1EDF" w:rsidRPr="002B741D" w:rsidRDefault="00F9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</w:t>
            </w:r>
          </w:p>
        </w:tc>
        <w:tc>
          <w:tcPr>
            <w:tcW w:w="1568" w:type="dxa"/>
          </w:tcPr>
          <w:p w14:paraId="65005BE2" w14:textId="719B1935" w:rsidR="003B1EDF" w:rsidRPr="002B741D" w:rsidRDefault="00F9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21" w:type="dxa"/>
          </w:tcPr>
          <w:p w14:paraId="59D1CDC2" w14:textId="61DF8017" w:rsidR="003B1EDF" w:rsidRPr="002B741D" w:rsidRDefault="00F9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11611105" w:rsidR="003B1EDF" w:rsidRPr="002B741D" w:rsidRDefault="00F9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MIL,ENG,POL.SC,EDU,SOC,ECO</w:t>
            </w:r>
          </w:p>
        </w:tc>
        <w:tc>
          <w:tcPr>
            <w:tcW w:w="1918" w:type="dxa"/>
          </w:tcPr>
          <w:p w14:paraId="256F3F08" w14:textId="62249F14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</w:t>
            </w:r>
          </w:p>
        </w:tc>
        <w:tc>
          <w:tcPr>
            <w:tcW w:w="1568" w:type="dxa"/>
          </w:tcPr>
          <w:p w14:paraId="37D1E6C1" w14:textId="314E9748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21" w:type="dxa"/>
          </w:tcPr>
          <w:p w14:paraId="0A8E5395" w14:textId="7EA7D73E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58.33%</w:t>
            </w: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1A9A6FB3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MIL,END,INDIAN POLITY,ECONOMICS</w:t>
            </w:r>
          </w:p>
        </w:tc>
        <w:tc>
          <w:tcPr>
            <w:tcW w:w="1918" w:type="dxa"/>
          </w:tcPr>
          <w:p w14:paraId="39A9D022" w14:textId="224F99D2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568" w:type="dxa"/>
          </w:tcPr>
          <w:p w14:paraId="42A26F3C" w14:textId="01B75A96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1" w:type="dxa"/>
          </w:tcPr>
          <w:p w14:paraId="6C922431" w14:textId="26BBB085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67.05%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530D7758" w14:textId="1CA57937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1918" w:type="dxa"/>
          </w:tcPr>
          <w:p w14:paraId="46A85930" w14:textId="0A1DB4AE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BERHAMPUR UNIVERSITY</w:t>
            </w:r>
          </w:p>
        </w:tc>
        <w:tc>
          <w:tcPr>
            <w:tcW w:w="1568" w:type="dxa"/>
          </w:tcPr>
          <w:p w14:paraId="437267B2" w14:textId="0AB8C34A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14:paraId="1700E8AA" w14:textId="1E517570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72.05%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6B8F250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D8CDBD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FDB37B3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27F4B17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279AEDD6" w:rsidR="008B74CB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ECONOMICS (JRF)</w:t>
            </w:r>
          </w:p>
        </w:tc>
        <w:tc>
          <w:tcPr>
            <w:tcW w:w="1918" w:type="dxa"/>
          </w:tcPr>
          <w:p w14:paraId="75F173E2" w14:textId="0F95BB61" w:rsidR="008B74CB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NTA UGC-NET</w:t>
            </w:r>
          </w:p>
        </w:tc>
        <w:tc>
          <w:tcPr>
            <w:tcW w:w="1568" w:type="dxa"/>
          </w:tcPr>
          <w:p w14:paraId="4AF78F20" w14:textId="5CCCFA31" w:rsidR="008B74CB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1" w:type="dxa"/>
          </w:tcPr>
          <w:p w14:paraId="163A995E" w14:textId="2176CCD9" w:rsidR="008B74CB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70.66%</w:t>
            </w: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35839F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AB4215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794"/>
        <w:gridCol w:w="1923"/>
        <w:gridCol w:w="1776"/>
        <w:gridCol w:w="1751"/>
        <w:gridCol w:w="1776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7BA04A31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 IN ECONOMICS</w:t>
            </w:r>
          </w:p>
        </w:tc>
        <w:tc>
          <w:tcPr>
            <w:tcW w:w="1804" w:type="dxa"/>
          </w:tcPr>
          <w:p w14:paraId="315A4555" w14:textId="66C801DD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</w:t>
            </w:r>
          </w:p>
        </w:tc>
        <w:tc>
          <w:tcPr>
            <w:tcW w:w="1804" w:type="dxa"/>
          </w:tcPr>
          <w:p w14:paraId="6F229C67" w14:textId="275CD43A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01/03/2024</w:t>
            </w:r>
          </w:p>
        </w:tc>
        <w:tc>
          <w:tcPr>
            <w:tcW w:w="1804" w:type="dxa"/>
          </w:tcPr>
          <w:p w14:paraId="1DD7030C" w14:textId="76EEC6BB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DATE</w:t>
            </w:r>
          </w:p>
        </w:tc>
        <w:tc>
          <w:tcPr>
            <w:tcW w:w="1804" w:type="dxa"/>
          </w:tcPr>
          <w:p w14:paraId="5C9C9EED" w14:textId="605CE72D" w:rsidR="003B1EDF" w:rsidRPr="002B741D" w:rsidRDefault="007B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YEAR 11 MONTHS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9A733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E79492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DF764E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203E9904" w:rsidR="003B1EDF" w:rsidRPr="002B741D" w:rsidRDefault="0055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2130" w:type="dxa"/>
          </w:tcPr>
          <w:p w14:paraId="00DC1C7E" w14:textId="0E892E18" w:rsidR="003B1EDF" w:rsidRPr="002B741D" w:rsidRDefault="0055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12/09/2025</w:t>
            </w:r>
            <w:r w:rsidR="00D541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13/09</w:t>
            </w:r>
            <w:r w:rsidR="00D541E7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2560" w:type="dxa"/>
          </w:tcPr>
          <w:p w14:paraId="173DC78C" w14:textId="55B19B74" w:rsidR="003B1EDF" w:rsidRPr="002B741D" w:rsidRDefault="00D5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USBM</w:t>
            </w:r>
          </w:p>
        </w:tc>
        <w:tc>
          <w:tcPr>
            <w:tcW w:w="2171" w:type="dxa"/>
          </w:tcPr>
          <w:p w14:paraId="381CFB0F" w14:textId="3589FF71" w:rsidR="003B1EDF" w:rsidRPr="002B741D" w:rsidRDefault="00D5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</w:tr>
      <w:tr w:rsidR="003B1EDF" w:rsidRPr="002B741D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0DE2BE89" w:rsidR="003B1EDF" w:rsidRPr="002B741D" w:rsidRDefault="00D5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2130" w:type="dxa"/>
          </w:tcPr>
          <w:p w14:paraId="06806D19" w14:textId="00BA84E6" w:rsidR="003B1EDF" w:rsidRPr="002B741D" w:rsidRDefault="00D5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27/10/2025-31/10/2025</w:t>
            </w:r>
          </w:p>
        </w:tc>
        <w:tc>
          <w:tcPr>
            <w:tcW w:w="2560" w:type="dxa"/>
          </w:tcPr>
          <w:p w14:paraId="07E61D78" w14:textId="1A04351C" w:rsidR="003B1EDF" w:rsidRPr="002B741D" w:rsidRDefault="00D5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IQAC,SRUSTI ACADEMY OF MANAGEMNET AND TECHNOLOGY</w:t>
            </w:r>
          </w:p>
        </w:tc>
        <w:tc>
          <w:tcPr>
            <w:tcW w:w="2171" w:type="dxa"/>
          </w:tcPr>
          <w:p w14:paraId="22053FB7" w14:textId="71783DE9" w:rsidR="003B1EDF" w:rsidRPr="002B741D" w:rsidRDefault="00D5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</w:tr>
      <w:tr w:rsidR="003B1EDF" w:rsidRPr="002B741D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35358A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F7C23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13742C4" w14:textId="77777777" w:rsidTr="002B741D">
        <w:trPr>
          <w:trHeight w:val="759"/>
        </w:trPr>
        <w:tc>
          <w:tcPr>
            <w:tcW w:w="2141" w:type="dxa"/>
          </w:tcPr>
          <w:p w14:paraId="0230A4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F3417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2C6FB5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2B741D">
        <w:trPr>
          <w:trHeight w:val="714"/>
        </w:trPr>
        <w:tc>
          <w:tcPr>
            <w:tcW w:w="2141" w:type="dxa"/>
          </w:tcPr>
          <w:p w14:paraId="60092D3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17C8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3A7D7C0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671"/>
        <w:gridCol w:w="776"/>
        <w:gridCol w:w="1216"/>
        <w:gridCol w:w="1243"/>
        <w:gridCol w:w="3627"/>
        <w:gridCol w:w="1450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B2A63B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44105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35B6A9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E2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C72DD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8. Areas of Specialization / Research Interests</w:t>
      </w:r>
    </w:p>
    <w:p w14:paraId="02C8EEBA" w14:textId="77777777" w:rsidR="002B741D" w:rsidRPr="002B741D" w:rsidRDefault="002B741D" w:rsidP="002B741D"/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2B741D" w:rsidRDefault="00E21B9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E21B98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284BA1C0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bookmarkStart w:id="0" w:name="_GoBack"/>
      <w:bookmarkEnd w:id="0"/>
    </w:p>
    <w:p w14:paraId="49C9217A" w14:textId="0ACACC03" w:rsidR="003B1EDF" w:rsidRPr="002B741D" w:rsidRDefault="00E21B9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</w:p>
    <w:p w14:paraId="441620E2" w14:textId="0977CBC4" w:rsidR="003B1EDF" w:rsidRPr="002B741D" w:rsidRDefault="00E21B98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B741D">
        <w:rPr>
          <w:rFonts w:ascii="Times New Roman" w:hAnsi="Times New Roman" w:cs="Times New Roman"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2F79"/>
    <w:rsid w:val="0015074B"/>
    <w:rsid w:val="0029639D"/>
    <w:rsid w:val="002B741D"/>
    <w:rsid w:val="00325312"/>
    <w:rsid w:val="00326F90"/>
    <w:rsid w:val="003B1EDF"/>
    <w:rsid w:val="00430B0C"/>
    <w:rsid w:val="0055780E"/>
    <w:rsid w:val="005E7EDC"/>
    <w:rsid w:val="00773FEF"/>
    <w:rsid w:val="007B6DC5"/>
    <w:rsid w:val="00803555"/>
    <w:rsid w:val="00812DFA"/>
    <w:rsid w:val="008B74CB"/>
    <w:rsid w:val="008F139F"/>
    <w:rsid w:val="009846AD"/>
    <w:rsid w:val="00AA1D8D"/>
    <w:rsid w:val="00B47730"/>
    <w:rsid w:val="00C5308C"/>
    <w:rsid w:val="00CB0664"/>
    <w:rsid w:val="00D30933"/>
    <w:rsid w:val="00D541E7"/>
    <w:rsid w:val="00E21B98"/>
    <w:rsid w:val="00EB620C"/>
    <w:rsid w:val="00F42612"/>
    <w:rsid w:val="00F571FF"/>
    <w:rsid w:val="00F940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75CB5F-1888-414E-988D-0711D65B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15</cp:revision>
  <dcterms:created xsi:type="dcterms:W3CDTF">2013-12-23T23:15:00Z</dcterms:created>
  <dcterms:modified xsi:type="dcterms:W3CDTF">2026-02-17T16:24:00Z</dcterms:modified>
  <cp:category/>
</cp:coreProperties>
</file>