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53E0" w14:textId="77478997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 xml:space="preserve">CURRICULUM VITAE </w:t>
      </w:r>
    </w:p>
    <w:p w14:paraId="27282C65" w14:textId="72D4571E" w:rsidR="002B741D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498EEEB3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70381AA7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Square wrapText="bothSides"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965CEE" w14:textId="6845E1F8" w:rsidR="007B6D15" w:rsidRDefault="007B6D15" w:rsidP="007B6D15">
                            <w:pPr>
                              <w:jc w:val="center"/>
                            </w:pPr>
                            <w:r w:rsidRPr="007B6D15">
                              <w:rPr>
                                <w:noProof/>
                              </w:rPr>
                              <w:drawing>
                                <wp:inline distT="0" distB="0" distL="0" distR="0" wp14:anchorId="41D94031" wp14:editId="03D6BF7F">
                                  <wp:extent cx="1190625" cy="1330960"/>
                                  <wp:effectExtent l="0" t="0" r="9525" b="2540"/>
                                  <wp:docPr id="116344798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" fillcolor="white [3201]" strokecolor="black [3200]" strokeweight="2pt">
                <v:textbox>
                  <w:txbxContent>
                    <w:p w14:paraId="70965CEE" w14:textId="6845E1F8" w:rsidR="007B6D15" w:rsidRDefault="007B6D15" w:rsidP="007B6D15">
                      <w:pPr>
                        <w:jc w:val="center"/>
                      </w:pPr>
                      <w:r w:rsidRPr="007B6D15">
                        <w:rPr>
                          <w:noProof/>
                        </w:rPr>
                        <w:drawing>
                          <wp:inline distT="0" distB="0" distL="0" distR="0" wp14:anchorId="41D94031" wp14:editId="03D6BF7F">
                            <wp:extent cx="1190625" cy="1330960"/>
                            <wp:effectExtent l="0" t="0" r="9525" b="2540"/>
                            <wp:docPr id="116344798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330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7B6D15">
        <w:rPr>
          <w:rFonts w:ascii="Times New Roman" w:hAnsi="Times New Roman" w:cs="Times New Roman"/>
          <w:sz w:val="24"/>
          <w:szCs w:val="24"/>
        </w:rPr>
        <w:t>MANASI PRIYADARSHINI MALLICK</w:t>
      </w:r>
    </w:p>
    <w:p w14:paraId="079E2CFD" w14:textId="1554DC1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7B6D15">
        <w:rPr>
          <w:rFonts w:ascii="Times New Roman" w:hAnsi="Times New Roman" w:cs="Times New Roman"/>
          <w:sz w:val="24"/>
          <w:szCs w:val="24"/>
        </w:rPr>
        <w:t>LECTURER IN HISTORY</w:t>
      </w:r>
    </w:p>
    <w:p w14:paraId="149626DB" w14:textId="154B4029" w:rsidR="003B1EDF" w:rsidRPr="007B6D15" w:rsidRDefault="00000000">
      <w:pPr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7B6D15" w:rsidRPr="007B6D15">
        <w:rPr>
          <w:rFonts w:ascii="Times New Roman" w:hAnsi="Times New Roman" w:cs="Times New Roman"/>
          <w:sz w:val="28"/>
          <w:szCs w:val="28"/>
        </w:rPr>
        <w:t>Higher education of Odisha</w:t>
      </w:r>
    </w:p>
    <w:p w14:paraId="5F5D653E" w14:textId="2928A501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7B6D15">
        <w:rPr>
          <w:rFonts w:ascii="Times New Roman" w:hAnsi="Times New Roman" w:cs="Times New Roman"/>
          <w:sz w:val="24"/>
          <w:szCs w:val="24"/>
        </w:rPr>
        <w:t>21APRIL1998</w:t>
      </w:r>
    </w:p>
    <w:p w14:paraId="0980F2F6" w14:textId="36CB69F3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7B6D15">
        <w:rPr>
          <w:rFonts w:ascii="Times New Roman" w:hAnsi="Times New Roman" w:cs="Times New Roman"/>
          <w:sz w:val="24"/>
          <w:szCs w:val="24"/>
        </w:rPr>
        <w:t xml:space="preserve"> 22FEB2023</w:t>
      </w:r>
    </w:p>
    <w:p w14:paraId="1D01D285" w14:textId="250C7219" w:rsidR="003B1EDF" w:rsidRPr="002B741D" w:rsidRDefault="00000000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7B6D15">
        <w:rPr>
          <w:rFonts w:ascii="Times New Roman" w:hAnsi="Times New Roman" w:cs="Times New Roman"/>
          <w:sz w:val="24"/>
          <w:szCs w:val="24"/>
        </w:rPr>
        <w:t xml:space="preserve">FEMALE 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3B122266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7E154F">
        <w:rPr>
          <w:rFonts w:ascii="Times New Roman" w:hAnsi="Times New Roman" w:cs="Times New Roman"/>
          <w:sz w:val="24"/>
          <w:szCs w:val="24"/>
        </w:rPr>
        <w:t>Salipur Autonomous College, Salipur, Pin-754202</w:t>
      </w:r>
    </w:p>
    <w:p w14:paraId="103A26B7" w14:textId="51EDABFB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7E154F">
        <w:rPr>
          <w:rFonts w:ascii="Times New Roman" w:hAnsi="Times New Roman" w:cs="Times New Roman"/>
          <w:sz w:val="24"/>
          <w:szCs w:val="24"/>
        </w:rPr>
        <w:t>manasipriyadarshinictc@gmail.com</w:t>
      </w:r>
    </w:p>
    <w:p w14:paraId="21EBF29B" w14:textId="5EBEEF3C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7E154F">
        <w:rPr>
          <w:rFonts w:ascii="Times New Roman" w:hAnsi="Times New Roman" w:cs="Times New Roman"/>
          <w:sz w:val="24"/>
          <w:szCs w:val="24"/>
        </w:rPr>
        <w:t>9348917550</w:t>
      </w:r>
    </w:p>
    <w:p w14:paraId="73C6D9A8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988" w:type="dxa"/>
        <w:tblLook w:val="04A0" w:firstRow="1" w:lastRow="0" w:firstColumn="1" w:lastColumn="0" w:noHBand="0" w:noVBand="1"/>
      </w:tblPr>
      <w:tblGrid>
        <w:gridCol w:w="1827"/>
        <w:gridCol w:w="1730"/>
        <w:gridCol w:w="1917"/>
        <w:gridCol w:w="1538"/>
        <w:gridCol w:w="1976"/>
      </w:tblGrid>
      <w:tr w:rsidR="003B1EDF" w:rsidRPr="002B741D" w14:paraId="68450DE0" w14:textId="77777777" w:rsidTr="008B74CB">
        <w:trPr>
          <w:trHeight w:val="299"/>
        </w:trPr>
        <w:tc>
          <w:tcPr>
            <w:tcW w:w="1845" w:type="dxa"/>
          </w:tcPr>
          <w:p w14:paraId="3B1AB60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0AC62F7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7017CAE9" w14:textId="2467603D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1568" w:type="dxa"/>
          </w:tcPr>
          <w:p w14:paraId="5BD02EF3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5CA6061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8B74CB">
        <w:trPr>
          <w:trHeight w:val="299"/>
        </w:trPr>
        <w:tc>
          <w:tcPr>
            <w:tcW w:w="1845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F3EAE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52BE2E3A" w14:textId="0BAFD644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BSE, ODISHA</w:t>
            </w:r>
          </w:p>
        </w:tc>
        <w:tc>
          <w:tcPr>
            <w:tcW w:w="1568" w:type="dxa"/>
          </w:tcPr>
          <w:p w14:paraId="65005BE2" w14:textId="099D1672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21" w:type="dxa"/>
          </w:tcPr>
          <w:p w14:paraId="59D1CDC2" w14:textId="3F4AD944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77.5</w:t>
            </w:r>
          </w:p>
        </w:tc>
      </w:tr>
      <w:tr w:rsidR="003B1EDF" w:rsidRPr="002B741D" w14:paraId="112929F6" w14:textId="77777777" w:rsidTr="008B74CB">
        <w:trPr>
          <w:trHeight w:val="299"/>
        </w:trPr>
        <w:tc>
          <w:tcPr>
            <w:tcW w:w="1845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6B75E8C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256F3F08" w14:textId="16058099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CHSE, ODISHA</w:t>
            </w:r>
          </w:p>
        </w:tc>
        <w:tc>
          <w:tcPr>
            <w:tcW w:w="1568" w:type="dxa"/>
          </w:tcPr>
          <w:p w14:paraId="37D1E6C1" w14:textId="05716B09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21" w:type="dxa"/>
          </w:tcPr>
          <w:p w14:paraId="0A8E5395" w14:textId="5AE34FB1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70.3</w:t>
            </w:r>
          </w:p>
        </w:tc>
      </w:tr>
      <w:tr w:rsidR="003B1EDF" w:rsidRPr="002B741D" w14:paraId="3D834C02" w14:textId="77777777" w:rsidTr="008B74CB">
        <w:trPr>
          <w:trHeight w:val="281"/>
        </w:trPr>
        <w:tc>
          <w:tcPr>
            <w:tcW w:w="1845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4E29EE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39A9D022" w14:textId="74698CA3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2A26F3C" w14:textId="1DF89B49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1" w:type="dxa"/>
          </w:tcPr>
          <w:p w14:paraId="6C922431" w14:textId="32D4150A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62.55</w:t>
            </w:r>
          </w:p>
        </w:tc>
      </w:tr>
      <w:tr w:rsidR="003B1EDF" w:rsidRPr="002B741D" w14:paraId="18EA82CC" w14:textId="77777777" w:rsidTr="008B74CB">
        <w:trPr>
          <w:trHeight w:val="299"/>
        </w:trPr>
        <w:tc>
          <w:tcPr>
            <w:tcW w:w="1845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530D77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6A85930" w14:textId="4FBD8FA7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37267B2" w14:textId="41B69C1B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1" w:type="dxa"/>
          </w:tcPr>
          <w:p w14:paraId="1700E8AA" w14:textId="040DE788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72.5</w:t>
            </w:r>
          </w:p>
        </w:tc>
      </w:tr>
      <w:tr w:rsidR="008B74CB" w:rsidRPr="002B741D" w14:paraId="7148B0C4" w14:textId="77777777" w:rsidTr="008B74CB">
        <w:trPr>
          <w:trHeight w:val="299"/>
        </w:trPr>
        <w:tc>
          <w:tcPr>
            <w:tcW w:w="1845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6B8F250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6D8CDBDA" w14:textId="58C01BA8" w:rsidR="008B74CB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1568" w:type="dxa"/>
          </w:tcPr>
          <w:p w14:paraId="4FDB37B3" w14:textId="12BFE504" w:rsidR="008B74CB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1" w:type="dxa"/>
          </w:tcPr>
          <w:p w14:paraId="27F4B175" w14:textId="1E800C2A" w:rsidR="008B74CB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</w:tr>
      <w:tr w:rsidR="008B74CB" w:rsidRPr="002B741D" w14:paraId="611A5D59" w14:textId="77777777" w:rsidTr="008B74CB">
        <w:trPr>
          <w:trHeight w:val="599"/>
        </w:trPr>
        <w:tc>
          <w:tcPr>
            <w:tcW w:w="1845" w:type="dxa"/>
          </w:tcPr>
          <w:p w14:paraId="2F190A4C" w14:textId="27921416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6EACCAE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5F173E2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AF78F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63A995E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41246AB7" w14:textId="77777777" w:rsidTr="008B74CB">
        <w:trPr>
          <w:trHeight w:val="299"/>
        </w:trPr>
        <w:tc>
          <w:tcPr>
            <w:tcW w:w="1845" w:type="dxa"/>
          </w:tcPr>
          <w:p w14:paraId="2CD2B597" w14:textId="79096423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2A8D21D9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035839F5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14:paraId="6AB4215A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1B706020" w14:textId="77777777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83"/>
        <w:gridCol w:w="1923"/>
        <w:gridCol w:w="1741"/>
        <w:gridCol w:w="1799"/>
        <w:gridCol w:w="1774"/>
      </w:tblGrid>
      <w:tr w:rsidR="003B1EDF" w:rsidRPr="002B741D" w14:paraId="18B04126" w14:textId="77777777" w:rsidTr="002B741D">
        <w:trPr>
          <w:trHeight w:val="731"/>
        </w:trPr>
        <w:tc>
          <w:tcPr>
            <w:tcW w:w="1804" w:type="dxa"/>
          </w:tcPr>
          <w:p w14:paraId="1A04C3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2B741D">
        <w:trPr>
          <w:trHeight w:val="664"/>
        </w:trPr>
        <w:tc>
          <w:tcPr>
            <w:tcW w:w="1804" w:type="dxa"/>
          </w:tcPr>
          <w:p w14:paraId="3CC01E61" w14:textId="4764C7C1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804" w:type="dxa"/>
          </w:tcPr>
          <w:p w14:paraId="315A4555" w14:textId="6B612341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804" w:type="dxa"/>
          </w:tcPr>
          <w:p w14:paraId="6F229C67" w14:textId="4C669064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FEB 2023</w:t>
            </w:r>
          </w:p>
        </w:tc>
        <w:tc>
          <w:tcPr>
            <w:tcW w:w="1804" w:type="dxa"/>
          </w:tcPr>
          <w:p w14:paraId="1DD7030C" w14:textId="747E3364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CONTINUING</w:t>
            </w:r>
          </w:p>
        </w:tc>
        <w:tc>
          <w:tcPr>
            <w:tcW w:w="1804" w:type="dxa"/>
          </w:tcPr>
          <w:p w14:paraId="5C9C9EED" w14:textId="3087E947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YEARS</w:t>
            </w:r>
          </w:p>
        </w:tc>
      </w:tr>
      <w:tr w:rsidR="003B1EDF" w:rsidRPr="002B741D" w14:paraId="2792622D" w14:textId="77777777" w:rsidTr="002B741D">
        <w:trPr>
          <w:trHeight w:val="664"/>
        </w:trPr>
        <w:tc>
          <w:tcPr>
            <w:tcW w:w="1804" w:type="dxa"/>
          </w:tcPr>
          <w:p w14:paraId="6581A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FE58BE0" w14:textId="77777777" w:rsidTr="002B741D">
        <w:trPr>
          <w:trHeight w:val="626"/>
        </w:trPr>
        <w:tc>
          <w:tcPr>
            <w:tcW w:w="1804" w:type="dxa"/>
          </w:tcPr>
          <w:p w14:paraId="35CD25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4D8679B7" w14:textId="77777777" w:rsidTr="002B741D">
        <w:trPr>
          <w:trHeight w:val="626"/>
        </w:trPr>
        <w:tc>
          <w:tcPr>
            <w:tcW w:w="1804" w:type="dxa"/>
          </w:tcPr>
          <w:p w14:paraId="1C54FD04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1D" w:rsidRPr="002B741D" w14:paraId="55CE1405" w14:textId="77777777" w:rsidTr="002B741D">
        <w:trPr>
          <w:trHeight w:val="626"/>
        </w:trPr>
        <w:tc>
          <w:tcPr>
            <w:tcW w:w="1804" w:type="dxa"/>
          </w:tcPr>
          <w:p w14:paraId="3F4E03C0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 w14:textId="77777777" w:rsidR="002B741D" w:rsidRPr="002B741D" w:rsidRDefault="002B7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2B741D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2B741D">
        <w:trPr>
          <w:trHeight w:val="759"/>
        </w:trPr>
        <w:tc>
          <w:tcPr>
            <w:tcW w:w="2141" w:type="dxa"/>
          </w:tcPr>
          <w:p w14:paraId="4468BB09" w14:textId="40A92A00" w:rsidR="003B1EDF" w:rsidRPr="002B741D" w:rsidRDefault="003A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TEACHER TRAINING PROGRAMME</w:t>
            </w:r>
          </w:p>
        </w:tc>
        <w:tc>
          <w:tcPr>
            <w:tcW w:w="2130" w:type="dxa"/>
          </w:tcPr>
          <w:p w14:paraId="00DC1C7E" w14:textId="129D1C05" w:rsidR="003B1EDF" w:rsidRPr="002B741D" w:rsidRDefault="003A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27/01/ 2025 TO 31/01/2025</w:t>
            </w:r>
          </w:p>
        </w:tc>
        <w:tc>
          <w:tcPr>
            <w:tcW w:w="2560" w:type="dxa"/>
          </w:tcPr>
          <w:p w14:paraId="173DC78C" w14:textId="4C647739" w:rsidR="003B1EDF" w:rsidRPr="002B741D" w:rsidRDefault="0080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GOVT. SCIENCE COLLEGE, CHHATRAPUR</w:t>
            </w:r>
          </w:p>
        </w:tc>
        <w:tc>
          <w:tcPr>
            <w:tcW w:w="2171" w:type="dxa"/>
          </w:tcPr>
          <w:p w14:paraId="381CFB0F" w14:textId="40492989" w:rsidR="003B1EDF" w:rsidRPr="002B741D" w:rsidRDefault="00802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  <w:tr w:rsidR="003B1EDF" w:rsidRPr="002B741D" w14:paraId="3E6A0F05" w14:textId="77777777" w:rsidTr="002B741D">
        <w:trPr>
          <w:trHeight w:val="759"/>
        </w:trPr>
        <w:tc>
          <w:tcPr>
            <w:tcW w:w="2141" w:type="dxa"/>
          </w:tcPr>
          <w:p w14:paraId="67DF8F1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6806D1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7E61D7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22053F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3F8591A1" w14:textId="77777777" w:rsidTr="002B741D">
        <w:trPr>
          <w:trHeight w:val="759"/>
        </w:trPr>
        <w:tc>
          <w:tcPr>
            <w:tcW w:w="2141" w:type="dxa"/>
          </w:tcPr>
          <w:p w14:paraId="05CF0DD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735358A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5F7C230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858BE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13742C4" w14:textId="77777777" w:rsidTr="002B741D">
        <w:trPr>
          <w:trHeight w:val="759"/>
        </w:trPr>
        <w:tc>
          <w:tcPr>
            <w:tcW w:w="2141" w:type="dxa"/>
          </w:tcPr>
          <w:p w14:paraId="0230A4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F3417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2C6FB55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48C30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53EC8E6" w14:textId="77777777" w:rsidTr="002B741D">
        <w:trPr>
          <w:trHeight w:val="714"/>
        </w:trPr>
        <w:tc>
          <w:tcPr>
            <w:tcW w:w="2141" w:type="dxa"/>
          </w:tcPr>
          <w:p w14:paraId="60092D3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B17C8C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3A7D7C0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B0C62F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ADE78F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TableGrid"/>
        <w:tblW w:w="8983" w:type="dxa"/>
        <w:tblLook w:val="04A0" w:firstRow="1" w:lastRow="0" w:firstColumn="1" w:lastColumn="0" w:noHBand="0" w:noVBand="1"/>
      </w:tblPr>
      <w:tblGrid>
        <w:gridCol w:w="671"/>
        <w:gridCol w:w="776"/>
        <w:gridCol w:w="1216"/>
        <w:gridCol w:w="1243"/>
        <w:gridCol w:w="3627"/>
        <w:gridCol w:w="1450"/>
      </w:tblGrid>
      <w:tr w:rsidR="008B74CB" w:rsidRPr="002B741D" w14:paraId="33190A12" w14:textId="77777777" w:rsidTr="002B741D">
        <w:trPr>
          <w:trHeight w:val="795"/>
        </w:trPr>
        <w:tc>
          <w:tcPr>
            <w:tcW w:w="653" w:type="dxa"/>
          </w:tcPr>
          <w:p w14:paraId="4E994824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46" w:type="dxa"/>
          </w:tcPr>
          <w:p w14:paraId="69717C32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184" w:type="dxa"/>
          </w:tcPr>
          <w:p w14:paraId="41B67251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261" w:type="dxa"/>
          </w:tcPr>
          <w:p w14:paraId="0F4C535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679" w:type="dxa"/>
          </w:tcPr>
          <w:p w14:paraId="7E25CFC6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60" w:type="dxa"/>
          </w:tcPr>
          <w:p w14:paraId="0BA0CE5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8B74CB" w:rsidRPr="002B741D" w14:paraId="25146305" w14:textId="77777777" w:rsidTr="002B741D">
        <w:trPr>
          <w:trHeight w:val="493"/>
        </w:trPr>
        <w:tc>
          <w:tcPr>
            <w:tcW w:w="653" w:type="dxa"/>
          </w:tcPr>
          <w:p w14:paraId="62A410E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B2A63B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3441050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3D69CBC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EBC92E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35B6A9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5E59BCED" w14:textId="77777777" w:rsidTr="002B741D">
        <w:trPr>
          <w:trHeight w:val="493"/>
        </w:trPr>
        <w:tc>
          <w:tcPr>
            <w:tcW w:w="653" w:type="dxa"/>
          </w:tcPr>
          <w:p w14:paraId="1A2773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768A00E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750AB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5CC4C04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311748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FB142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101BCE70" w14:textId="77777777" w:rsidTr="002B741D">
        <w:trPr>
          <w:trHeight w:val="493"/>
        </w:trPr>
        <w:tc>
          <w:tcPr>
            <w:tcW w:w="653" w:type="dxa"/>
          </w:tcPr>
          <w:p w14:paraId="33B1BB6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446EEFB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6EEF8AD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76AE0C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E23A0B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7D84D5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6BCD2022" w14:textId="77777777" w:rsidTr="002B741D">
        <w:trPr>
          <w:trHeight w:val="493"/>
        </w:trPr>
        <w:tc>
          <w:tcPr>
            <w:tcW w:w="653" w:type="dxa"/>
          </w:tcPr>
          <w:p w14:paraId="15CB4B4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331372D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0C2903E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1C87D3C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1D3E30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8B9D27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4CB" w:rsidRPr="002B741D" w14:paraId="35AA3510" w14:textId="77777777" w:rsidTr="002B741D">
        <w:trPr>
          <w:trHeight w:val="464"/>
        </w:trPr>
        <w:tc>
          <w:tcPr>
            <w:tcW w:w="653" w:type="dxa"/>
          </w:tcPr>
          <w:p w14:paraId="3756BBE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14:paraId="15744B7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14:paraId="297EE77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0481DF8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567F83C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0AADB4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TableGrid"/>
        <w:tblW w:w="9023" w:type="dxa"/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:rsidR="003B1EDF" w:rsidRPr="002B741D" w14:paraId="6E6FEC9F" w14:textId="77777777" w:rsidTr="002B741D">
        <w:trPr>
          <w:trHeight w:val="1241"/>
        </w:trPr>
        <w:tc>
          <w:tcPr>
            <w:tcW w:w="1289" w:type="dxa"/>
          </w:tcPr>
          <w:p w14:paraId="0AFF1619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3B1EDF" w:rsidRPr="002B741D" w14:paraId="16432B62" w14:textId="77777777" w:rsidTr="002B741D">
        <w:trPr>
          <w:trHeight w:val="413"/>
        </w:trPr>
        <w:tc>
          <w:tcPr>
            <w:tcW w:w="1289" w:type="dxa"/>
          </w:tcPr>
          <w:p w14:paraId="56D5929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65640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EBB2AB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2914AC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AED55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5DC5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7EFAD50D" w14:textId="77777777" w:rsidTr="002B741D">
        <w:trPr>
          <w:trHeight w:val="413"/>
        </w:trPr>
        <w:tc>
          <w:tcPr>
            <w:tcW w:w="1289" w:type="dxa"/>
          </w:tcPr>
          <w:p w14:paraId="29E41B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FC1F3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946C1A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A7ECA8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D2C67BE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B94E7E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A91306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4B7D881" w14:textId="77777777" w:rsidTr="002B741D">
        <w:trPr>
          <w:trHeight w:val="413"/>
        </w:trPr>
        <w:tc>
          <w:tcPr>
            <w:tcW w:w="1289" w:type="dxa"/>
          </w:tcPr>
          <w:p w14:paraId="77CC5AA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5BF313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2CF851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28F7262E" w14:textId="77777777" w:rsidTr="002B741D">
        <w:trPr>
          <w:trHeight w:val="413"/>
        </w:trPr>
        <w:tc>
          <w:tcPr>
            <w:tcW w:w="1289" w:type="dxa"/>
          </w:tcPr>
          <w:p w14:paraId="2BF9BE1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075B37FA" w14:textId="77777777" w:rsidTr="002B741D">
        <w:trPr>
          <w:trHeight w:val="389"/>
        </w:trPr>
        <w:tc>
          <w:tcPr>
            <w:tcW w:w="1289" w:type="dxa"/>
          </w:tcPr>
          <w:p w14:paraId="2C808C8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1982"/>
      </w:tblGrid>
      <w:tr w:rsidR="003B1EDF" w:rsidRPr="002B741D" w14:paraId="7EBEA99A" w14:textId="77777777" w:rsidTr="002B741D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 w14:textId="77777777" w:rsidR="003B1EDF" w:rsidRPr="002B741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B741D">
        <w:trPr>
          <w:trHeight w:val="737"/>
        </w:trPr>
        <w:tc>
          <w:tcPr>
            <w:tcW w:w="1831" w:type="dxa"/>
          </w:tcPr>
          <w:p w14:paraId="737D6404" w14:textId="7EED51AD" w:rsidR="003B1EDF" w:rsidRPr="002B741D" w:rsidRDefault="00D0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</w:t>
            </w:r>
          </w:p>
        </w:tc>
        <w:tc>
          <w:tcPr>
            <w:tcW w:w="3122" w:type="dxa"/>
          </w:tcPr>
          <w:p w14:paraId="2C72DD06" w14:textId="0165DBAE" w:rsidR="003B1EDF" w:rsidRPr="002B741D" w:rsidRDefault="007E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</w:t>
            </w:r>
          </w:p>
        </w:tc>
        <w:tc>
          <w:tcPr>
            <w:tcW w:w="1949" w:type="dxa"/>
          </w:tcPr>
          <w:p w14:paraId="4D95F47D" w14:textId="05F1A177" w:rsidR="003B1EDF" w:rsidRPr="002B741D" w:rsidRDefault="00D0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CHAIRMAN</w:t>
            </w:r>
          </w:p>
        </w:tc>
        <w:tc>
          <w:tcPr>
            <w:tcW w:w="1982" w:type="dxa"/>
          </w:tcPr>
          <w:p w14:paraId="0CD139ED" w14:textId="16A37368" w:rsidR="003B1EDF" w:rsidRPr="002B741D" w:rsidRDefault="00D0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</w:t>
            </w:r>
          </w:p>
        </w:tc>
      </w:tr>
      <w:tr w:rsidR="003B1EDF" w:rsidRPr="002B741D" w14:paraId="7CC060E2" w14:textId="77777777" w:rsidTr="002B741D">
        <w:trPr>
          <w:trHeight w:val="710"/>
        </w:trPr>
        <w:tc>
          <w:tcPr>
            <w:tcW w:w="1831" w:type="dxa"/>
          </w:tcPr>
          <w:p w14:paraId="34987924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5140AF8C" w14:textId="77777777" w:rsidTr="002B741D">
        <w:trPr>
          <w:trHeight w:val="710"/>
        </w:trPr>
        <w:tc>
          <w:tcPr>
            <w:tcW w:w="1831" w:type="dxa"/>
          </w:tcPr>
          <w:p w14:paraId="7B51B3F6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2D0E9E0" w14:textId="77777777" w:rsidTr="002B741D">
        <w:trPr>
          <w:trHeight w:val="620"/>
        </w:trPr>
        <w:tc>
          <w:tcPr>
            <w:tcW w:w="1831" w:type="dxa"/>
          </w:tcPr>
          <w:p w14:paraId="399B81B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DF" w:rsidRPr="002B741D" w14:paraId="4571680C" w14:textId="77777777" w:rsidTr="002B741D">
        <w:trPr>
          <w:trHeight w:val="800"/>
        </w:trPr>
        <w:tc>
          <w:tcPr>
            <w:tcW w:w="1831" w:type="dxa"/>
          </w:tcPr>
          <w:p w14:paraId="63A91A41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lastRenderedPageBreak/>
        <w:t>8. Areas of Specialization / Research Interests</w:t>
      </w:r>
    </w:p>
    <w:p w14:paraId="02C8EEBA" w14:textId="40424C34" w:rsidR="002B741D" w:rsidRPr="002B741D" w:rsidRDefault="00802475" w:rsidP="002B741D">
      <w:r>
        <w:t>MODERN INDIAN HISTORY</w:t>
      </w:r>
    </w:p>
    <w:p w14:paraId="71F1E250" w14:textId="77777777" w:rsidR="003B1EDF" w:rsidRPr="002B741D" w:rsidRDefault="003B1EDF">
      <w:pPr>
        <w:rPr>
          <w:rFonts w:ascii="Times New Roman" w:hAnsi="Times New Roman" w:cs="Times New Roman"/>
          <w:sz w:val="24"/>
          <w:szCs w:val="24"/>
        </w:rPr>
      </w:pPr>
    </w:p>
    <w:p w14:paraId="6783FE9C" w14:textId="77777777" w:rsidR="003B1EDF" w:rsidRPr="002B741D" w:rsidRDefault="00000000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 w14:textId="77777777" w:rsidR="002B741D" w:rsidRPr="002B741D" w:rsidRDefault="002B741D" w:rsidP="002B741D"/>
    <w:p w14:paraId="3A25F025" w14:textId="77777777" w:rsidR="002B741D" w:rsidRDefault="002B741D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000000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03A4CC22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D02132">
        <w:rPr>
          <w:rFonts w:ascii="Times New Roman" w:hAnsi="Times New Roman" w:cs="Times New Roman"/>
          <w:sz w:val="24"/>
          <w:szCs w:val="24"/>
        </w:rPr>
        <w:t>17/02/2026</w:t>
      </w:r>
    </w:p>
    <w:p w14:paraId="49C9217A" w14:textId="67607050" w:rsidR="003B1EDF" w:rsidRPr="002B741D" w:rsidRDefault="00000000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D02132">
        <w:rPr>
          <w:rFonts w:ascii="Times New Roman" w:hAnsi="Times New Roman" w:cs="Times New Roman"/>
          <w:sz w:val="24"/>
          <w:szCs w:val="24"/>
        </w:rPr>
        <w:t>SALIPUR</w:t>
      </w:r>
    </w:p>
    <w:p w14:paraId="36F6AA56" w14:textId="77777777" w:rsidR="00D02132" w:rsidRDefault="00D02132" w:rsidP="00D02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441620E2" w14:textId="2A2AB95E" w:rsidR="003B1EDF" w:rsidRPr="002B741D" w:rsidRDefault="00D02132" w:rsidP="00D02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Manasi Priyadarshini Mallick</w:t>
      </w:r>
      <w:r w:rsidR="00000000" w:rsidRPr="002B74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00000"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838218">
    <w:abstractNumId w:val="8"/>
  </w:num>
  <w:num w:numId="2" w16cid:durableId="1592932722">
    <w:abstractNumId w:val="6"/>
  </w:num>
  <w:num w:numId="3" w16cid:durableId="739988124">
    <w:abstractNumId w:val="5"/>
  </w:num>
  <w:num w:numId="4" w16cid:durableId="1331255070">
    <w:abstractNumId w:val="4"/>
  </w:num>
  <w:num w:numId="5" w16cid:durableId="1673407040">
    <w:abstractNumId w:val="7"/>
  </w:num>
  <w:num w:numId="6" w16cid:durableId="1112632271">
    <w:abstractNumId w:val="3"/>
  </w:num>
  <w:num w:numId="7" w16cid:durableId="301663132">
    <w:abstractNumId w:val="2"/>
  </w:num>
  <w:num w:numId="8" w16cid:durableId="673069145">
    <w:abstractNumId w:val="1"/>
  </w:num>
  <w:num w:numId="9" w16cid:durableId="171338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2F79"/>
    <w:rsid w:val="0015074B"/>
    <w:rsid w:val="0029639D"/>
    <w:rsid w:val="002B741D"/>
    <w:rsid w:val="00326F90"/>
    <w:rsid w:val="00391123"/>
    <w:rsid w:val="003A3E1F"/>
    <w:rsid w:val="003B1EDF"/>
    <w:rsid w:val="003C6A68"/>
    <w:rsid w:val="007B6D15"/>
    <w:rsid w:val="007E154F"/>
    <w:rsid w:val="00802475"/>
    <w:rsid w:val="00803555"/>
    <w:rsid w:val="008B74CB"/>
    <w:rsid w:val="00AA1D8D"/>
    <w:rsid w:val="00B47730"/>
    <w:rsid w:val="00CB0664"/>
    <w:rsid w:val="00D02132"/>
    <w:rsid w:val="00D3093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ranjan sethi</cp:lastModifiedBy>
  <cp:revision>8</cp:revision>
  <dcterms:created xsi:type="dcterms:W3CDTF">2013-12-23T23:15:00Z</dcterms:created>
  <dcterms:modified xsi:type="dcterms:W3CDTF">2026-02-17T06:44:00Z</dcterms:modified>
  <cp:category/>
</cp:coreProperties>
</file>