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53E0" w14:textId="63424BB8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14:paraId="27282C65" w14:textId="0445B2D1" w:rsidR="002B741D" w:rsidRPr="002B741D" w:rsidRDefault="00B6142F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F62D0CE" wp14:editId="6B37E40C">
            <wp:simplePos x="0" y="0"/>
            <wp:positionH relativeFrom="column">
              <wp:posOffset>4383405</wp:posOffset>
            </wp:positionH>
            <wp:positionV relativeFrom="paragraph">
              <wp:posOffset>445770</wp:posOffset>
            </wp:positionV>
            <wp:extent cx="1835150" cy="1762760"/>
            <wp:effectExtent l="0" t="0" r="0" b="8890"/>
            <wp:wrapTopAndBottom/>
            <wp:docPr id="9057969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796972" name="Picture 9057969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E73"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0D4ABF6B" w14:textId="457713F7" w:rsidR="003B1EDF" w:rsidRPr="002B741D" w:rsidRDefault="000B2F79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DF5D26">
        <w:rPr>
          <w:rFonts w:ascii="Times New Roman" w:hAnsi="Times New Roman" w:cs="Times New Roman"/>
          <w:sz w:val="24"/>
          <w:szCs w:val="24"/>
        </w:rPr>
        <w:t>MANTAN KUMAR BEHERA</w:t>
      </w:r>
    </w:p>
    <w:p w14:paraId="079E2CFD" w14:textId="051C9CE7" w:rsidR="003B1EDF" w:rsidRPr="002B741D" w:rsidRDefault="00201E73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DF5D26">
        <w:rPr>
          <w:rFonts w:ascii="Times New Roman" w:hAnsi="Times New Roman" w:cs="Times New Roman"/>
          <w:sz w:val="24"/>
          <w:szCs w:val="24"/>
        </w:rPr>
        <w:t>LECTURE</w:t>
      </w:r>
      <w:r w:rsidR="00101CBF">
        <w:rPr>
          <w:rFonts w:ascii="Times New Roman" w:hAnsi="Times New Roman" w:cs="Times New Roman"/>
          <w:sz w:val="24"/>
          <w:szCs w:val="24"/>
        </w:rPr>
        <w:t>R</w:t>
      </w:r>
      <w:r w:rsidR="00DF5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9626DB" w14:textId="4881BC6C" w:rsidR="003B1EDF" w:rsidRPr="002B741D" w:rsidRDefault="00201E73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101CBF">
        <w:rPr>
          <w:rFonts w:ascii="Times New Roman" w:hAnsi="Times New Roman" w:cs="Times New Roman"/>
          <w:sz w:val="24"/>
          <w:szCs w:val="24"/>
        </w:rPr>
        <w:t xml:space="preserve">ENGLISH </w:t>
      </w:r>
    </w:p>
    <w:p w14:paraId="5F5D653E" w14:textId="11D19F27" w:rsidR="003B1EDF" w:rsidRPr="002B741D" w:rsidRDefault="00201E73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101CBF">
        <w:rPr>
          <w:rFonts w:ascii="Times New Roman" w:hAnsi="Times New Roman" w:cs="Times New Roman"/>
          <w:sz w:val="24"/>
          <w:szCs w:val="24"/>
        </w:rPr>
        <w:t>26.06.1994</w:t>
      </w:r>
    </w:p>
    <w:p w14:paraId="0980F2F6" w14:textId="2DD2173A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101CBF">
        <w:rPr>
          <w:rFonts w:ascii="Times New Roman" w:hAnsi="Times New Roman" w:cs="Times New Roman"/>
          <w:sz w:val="24"/>
          <w:szCs w:val="24"/>
        </w:rPr>
        <w:t>02.09.2022</w:t>
      </w:r>
    </w:p>
    <w:p w14:paraId="1D01D285" w14:textId="2759BA5A" w:rsidR="003B1EDF" w:rsidRPr="002B741D" w:rsidRDefault="00201E73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101CBF">
        <w:rPr>
          <w:rFonts w:ascii="Times New Roman" w:hAnsi="Times New Roman" w:cs="Times New Roman"/>
          <w:sz w:val="24"/>
          <w:szCs w:val="24"/>
        </w:rPr>
        <w:t>MALE</w:t>
      </w:r>
      <w:r w:rsidR="000B2F79">
        <w:rPr>
          <w:rFonts w:ascii="Times New Roman" w:hAnsi="Times New Roman" w:cs="Times New Roman"/>
          <w:sz w:val="24"/>
          <w:szCs w:val="24"/>
        </w:rPr>
        <w:tab/>
      </w:r>
    </w:p>
    <w:p w14:paraId="19BA040D" w14:textId="0630D026" w:rsidR="003B1EDF" w:rsidRPr="002B741D" w:rsidRDefault="00201E73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101CBF">
        <w:rPr>
          <w:rFonts w:ascii="Times New Roman" w:hAnsi="Times New Roman" w:cs="Times New Roman"/>
          <w:sz w:val="24"/>
          <w:szCs w:val="24"/>
        </w:rPr>
        <w:t xml:space="preserve">SALIPUR AUTONOMOUS COLLEGE, SALIPUR, CUTTACK </w:t>
      </w:r>
    </w:p>
    <w:p w14:paraId="103A26B7" w14:textId="684124A2" w:rsidR="003B1EDF" w:rsidRPr="002B741D" w:rsidRDefault="00201E73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101CBF">
        <w:rPr>
          <w:rFonts w:ascii="Times New Roman" w:hAnsi="Times New Roman" w:cs="Times New Roman"/>
          <w:sz w:val="24"/>
          <w:szCs w:val="24"/>
        </w:rPr>
        <w:t>jitmantu8080@gmail.com</w:t>
      </w:r>
    </w:p>
    <w:p w14:paraId="21EBF29B" w14:textId="59671E25" w:rsidR="003B1EDF" w:rsidRPr="002B741D" w:rsidRDefault="00201E73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101CBF">
        <w:rPr>
          <w:rFonts w:ascii="Times New Roman" w:hAnsi="Times New Roman" w:cs="Times New Roman"/>
          <w:sz w:val="24"/>
          <w:szCs w:val="24"/>
        </w:rPr>
        <w:t>9178091958,8249569979</w:t>
      </w:r>
    </w:p>
    <w:p w14:paraId="73C6D9A8" w14:textId="77777777" w:rsidR="003B1EDF" w:rsidRPr="002B741D" w:rsidRDefault="00201E73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 w14:textId="77777777" w:rsidR="003B1EDF" w:rsidRPr="002B741D" w:rsidRDefault="00201E73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827"/>
        <w:gridCol w:w="1730"/>
        <w:gridCol w:w="1917"/>
        <w:gridCol w:w="1538"/>
        <w:gridCol w:w="1976"/>
      </w:tblGrid>
      <w:tr w:rsidR="003B1EDF" w:rsidRPr="002B741D" w14:paraId="68450DE0" w14:textId="77777777" w:rsidTr="008B74CB">
        <w:trPr>
          <w:trHeight w:val="299"/>
        </w:trPr>
        <w:tc>
          <w:tcPr>
            <w:tcW w:w="1845" w:type="dxa"/>
          </w:tcPr>
          <w:p w14:paraId="3B1AB608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14:paraId="0AC62F78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14:paraId="7017CAE9" w14:textId="2467603D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1568" w:type="dxa"/>
          </w:tcPr>
          <w:p w14:paraId="5BD02EF3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14:paraId="5CA6061A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8B74CB">
        <w:trPr>
          <w:trHeight w:val="299"/>
        </w:trPr>
        <w:tc>
          <w:tcPr>
            <w:tcW w:w="1845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F3EAE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52BE2E3A" w14:textId="3D8535DB" w:rsidR="003B1EDF" w:rsidRPr="002B741D" w:rsidRDefault="00101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BSE,ODISHA</w:t>
            </w:r>
          </w:p>
        </w:tc>
        <w:tc>
          <w:tcPr>
            <w:tcW w:w="1568" w:type="dxa"/>
          </w:tcPr>
          <w:p w14:paraId="65005BE2" w14:textId="461AEA4C" w:rsidR="003B1EDF" w:rsidRPr="002B741D" w:rsidRDefault="00101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B1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1" w:type="dxa"/>
          </w:tcPr>
          <w:p w14:paraId="59D1CDC2" w14:textId="42566B21" w:rsidR="003B1EDF" w:rsidRPr="002B741D" w:rsidRDefault="004D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57.83</w:t>
            </w:r>
          </w:p>
        </w:tc>
      </w:tr>
      <w:tr w:rsidR="003B1EDF" w:rsidRPr="002B741D" w14:paraId="112929F6" w14:textId="77777777" w:rsidTr="008B74CB">
        <w:trPr>
          <w:trHeight w:val="299"/>
        </w:trPr>
        <w:tc>
          <w:tcPr>
            <w:tcW w:w="1845" w:type="dxa"/>
          </w:tcPr>
          <w:p w14:paraId="11405126" w14:textId="57503ED8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B75E8C2" w14:textId="7B4495BA" w:rsidR="003B1EDF" w:rsidRPr="002B741D" w:rsidRDefault="009B1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ARTS</w:t>
            </w:r>
          </w:p>
        </w:tc>
        <w:tc>
          <w:tcPr>
            <w:tcW w:w="1918" w:type="dxa"/>
          </w:tcPr>
          <w:p w14:paraId="256F3F08" w14:textId="7F03C9B5" w:rsidR="003B1EDF" w:rsidRPr="002B741D" w:rsidRDefault="009B1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CHSE, ODISHA </w:t>
            </w:r>
          </w:p>
        </w:tc>
        <w:tc>
          <w:tcPr>
            <w:tcW w:w="1568" w:type="dxa"/>
          </w:tcPr>
          <w:p w14:paraId="37D1E6C1" w14:textId="29F0AC53" w:rsidR="003B1EDF" w:rsidRPr="002B741D" w:rsidRDefault="009B1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21" w:type="dxa"/>
          </w:tcPr>
          <w:p w14:paraId="0A8E5395" w14:textId="7D232CE4" w:rsidR="003B1EDF" w:rsidRPr="002B741D" w:rsidRDefault="0009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50.17</w:t>
            </w:r>
          </w:p>
        </w:tc>
      </w:tr>
      <w:tr w:rsidR="003B1EDF" w:rsidRPr="002B741D" w14:paraId="3D834C02" w14:textId="77777777" w:rsidTr="008B74CB">
        <w:trPr>
          <w:trHeight w:val="281"/>
        </w:trPr>
        <w:tc>
          <w:tcPr>
            <w:tcW w:w="1845" w:type="dxa"/>
          </w:tcPr>
          <w:p w14:paraId="733B89FF" w14:textId="05AA9663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14:paraId="4E29EE5A" w14:textId="65FC4E03" w:rsidR="003B1EDF" w:rsidRPr="002B741D" w:rsidRDefault="009B1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ENGLISH </w:t>
            </w:r>
          </w:p>
        </w:tc>
        <w:tc>
          <w:tcPr>
            <w:tcW w:w="1918" w:type="dxa"/>
          </w:tcPr>
          <w:p w14:paraId="39A9D022" w14:textId="1DFBB2CF" w:rsidR="003B1EDF" w:rsidRPr="002B741D" w:rsidRDefault="003F5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UTKAL UNIVERSITY </w:t>
            </w:r>
          </w:p>
        </w:tc>
        <w:tc>
          <w:tcPr>
            <w:tcW w:w="1568" w:type="dxa"/>
          </w:tcPr>
          <w:p w14:paraId="42A26F3C" w14:textId="3A9B45BC" w:rsidR="003B1EDF" w:rsidRPr="002B741D" w:rsidRDefault="003F5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21" w:type="dxa"/>
          </w:tcPr>
          <w:p w14:paraId="6C922431" w14:textId="7AB37881" w:rsidR="003B1EDF" w:rsidRPr="002B741D" w:rsidRDefault="00EA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51.67</w:t>
            </w:r>
          </w:p>
        </w:tc>
      </w:tr>
      <w:tr w:rsidR="003B1EDF" w:rsidRPr="002B741D" w14:paraId="18EA82CC" w14:textId="77777777" w:rsidTr="008B74CB">
        <w:trPr>
          <w:trHeight w:val="299"/>
        </w:trPr>
        <w:tc>
          <w:tcPr>
            <w:tcW w:w="1845" w:type="dxa"/>
          </w:tcPr>
          <w:p w14:paraId="7107CB41" w14:textId="4AEEA6FE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6" w:type="dxa"/>
          </w:tcPr>
          <w:p w14:paraId="530D7758" w14:textId="1EC77079" w:rsidR="003B1EDF" w:rsidRPr="002B741D" w:rsidRDefault="003F5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ENGLISH </w:t>
            </w:r>
          </w:p>
        </w:tc>
        <w:tc>
          <w:tcPr>
            <w:tcW w:w="1918" w:type="dxa"/>
          </w:tcPr>
          <w:p w14:paraId="46A85930" w14:textId="5EF1E570" w:rsidR="003B1EDF" w:rsidRPr="002B741D" w:rsidRDefault="003F5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RAVENSHAW UNIVERSITY </w:t>
            </w:r>
          </w:p>
        </w:tc>
        <w:tc>
          <w:tcPr>
            <w:tcW w:w="1568" w:type="dxa"/>
          </w:tcPr>
          <w:p w14:paraId="437267B2" w14:textId="0A2B3B8B" w:rsidR="003B1EDF" w:rsidRPr="002B741D" w:rsidRDefault="003F5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21" w:type="dxa"/>
          </w:tcPr>
          <w:p w14:paraId="1700E8AA" w14:textId="2E025524" w:rsidR="003B1EDF" w:rsidRPr="002B741D" w:rsidRDefault="00681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="00FE5D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74CB" w:rsidRPr="002B741D" w14:paraId="7148B0C4" w14:textId="77777777" w:rsidTr="008B74CB">
        <w:trPr>
          <w:trHeight w:val="299"/>
        </w:trPr>
        <w:tc>
          <w:tcPr>
            <w:tcW w:w="1845" w:type="dxa"/>
          </w:tcPr>
          <w:p w14:paraId="7F4DED22" w14:textId="60F760CC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M.Phil.</w:t>
            </w:r>
          </w:p>
        </w:tc>
        <w:tc>
          <w:tcPr>
            <w:tcW w:w="1736" w:type="dxa"/>
          </w:tcPr>
          <w:p w14:paraId="6B8F250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6D8CDBD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4FDB37B3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27F4B17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11A5D59" w14:textId="77777777" w:rsidTr="008B74CB">
        <w:trPr>
          <w:trHeight w:val="599"/>
        </w:trPr>
        <w:tc>
          <w:tcPr>
            <w:tcW w:w="1845" w:type="dxa"/>
          </w:tcPr>
          <w:p w14:paraId="2F190A4C" w14:textId="27921416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14:paraId="6EACCAEA" w14:textId="3B5E5485" w:rsidR="008B74CB" w:rsidRPr="002B741D" w:rsidRDefault="00EB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ENGLISH </w:t>
            </w:r>
          </w:p>
        </w:tc>
        <w:tc>
          <w:tcPr>
            <w:tcW w:w="1918" w:type="dxa"/>
          </w:tcPr>
          <w:p w14:paraId="75F173E2" w14:textId="0E92A011" w:rsidR="008B74CB" w:rsidRPr="002B741D" w:rsidRDefault="00EB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NTA</w:t>
            </w:r>
          </w:p>
        </w:tc>
        <w:tc>
          <w:tcPr>
            <w:tcW w:w="1568" w:type="dxa"/>
          </w:tcPr>
          <w:p w14:paraId="4AF78F20" w14:textId="42943719" w:rsidR="008B74CB" w:rsidRPr="002B741D" w:rsidRDefault="00EB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21" w:type="dxa"/>
          </w:tcPr>
          <w:p w14:paraId="163A995E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41246AB7" w14:textId="77777777" w:rsidTr="008B74CB">
        <w:trPr>
          <w:trHeight w:val="299"/>
        </w:trPr>
        <w:tc>
          <w:tcPr>
            <w:tcW w:w="1845" w:type="dxa"/>
          </w:tcPr>
          <w:p w14:paraId="2CD2B597" w14:textId="79096423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14:paraId="2A8D21D9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035839F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6AB4215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B7060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8990F" w14:textId="77777777" w:rsidR="003B1EDF" w:rsidRPr="002B741D" w:rsidRDefault="00201E73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781"/>
        <w:gridCol w:w="1923"/>
        <w:gridCol w:w="1772"/>
        <w:gridCol w:w="1772"/>
        <w:gridCol w:w="1772"/>
      </w:tblGrid>
      <w:tr w:rsidR="003B1EDF" w:rsidRPr="002B741D" w14:paraId="18B04126" w14:textId="77777777" w:rsidTr="002B741D">
        <w:trPr>
          <w:trHeight w:val="731"/>
        </w:trPr>
        <w:tc>
          <w:tcPr>
            <w:tcW w:w="1804" w:type="dxa"/>
          </w:tcPr>
          <w:p w14:paraId="1A04C332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43C11A9F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62272E36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1424AF67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2B741D">
        <w:trPr>
          <w:trHeight w:val="664"/>
        </w:trPr>
        <w:tc>
          <w:tcPr>
            <w:tcW w:w="1804" w:type="dxa"/>
          </w:tcPr>
          <w:p w14:paraId="3CC01E61" w14:textId="3B05EA4D" w:rsidR="003B1EDF" w:rsidRPr="002B741D" w:rsidRDefault="0091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PGT</w:t>
            </w:r>
            <w:r w:rsidR="00FF488B">
              <w:rPr>
                <w:rFonts w:ascii="Times New Roman" w:hAnsi="Times New Roman" w:cs="Times New Roman"/>
                <w:sz w:val="24"/>
                <w:szCs w:val="24"/>
              </w:rPr>
              <w:t xml:space="preserve"> ENGLISH </w:t>
            </w:r>
          </w:p>
        </w:tc>
        <w:tc>
          <w:tcPr>
            <w:tcW w:w="1804" w:type="dxa"/>
          </w:tcPr>
          <w:p w14:paraId="315A4555" w14:textId="00D548AD" w:rsidR="003B1EDF" w:rsidRPr="002B741D" w:rsidRDefault="0091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ODISHA ADARSHA VIDYALAYA CHAMPUA</w:t>
            </w:r>
          </w:p>
        </w:tc>
        <w:tc>
          <w:tcPr>
            <w:tcW w:w="1804" w:type="dxa"/>
          </w:tcPr>
          <w:p w14:paraId="6F229C67" w14:textId="54ECE170" w:rsidR="003B1EDF" w:rsidRPr="002B741D" w:rsidRDefault="0091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1804" w:type="dxa"/>
          </w:tcPr>
          <w:p w14:paraId="1DD7030C" w14:textId="6A7292C5" w:rsidR="003B1EDF" w:rsidRPr="002B741D" w:rsidRDefault="0091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</w:p>
        </w:tc>
        <w:tc>
          <w:tcPr>
            <w:tcW w:w="1804" w:type="dxa"/>
          </w:tcPr>
          <w:p w14:paraId="5C9C9EED" w14:textId="0F1FCF5B" w:rsidR="003B1EDF" w:rsidRPr="002B741D" w:rsidRDefault="00FF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YEAR</w:t>
            </w:r>
          </w:p>
        </w:tc>
      </w:tr>
      <w:tr w:rsidR="003B1EDF" w:rsidRPr="002B741D" w14:paraId="2792622D" w14:textId="77777777" w:rsidTr="002B741D">
        <w:trPr>
          <w:trHeight w:val="664"/>
        </w:trPr>
        <w:tc>
          <w:tcPr>
            <w:tcW w:w="1804" w:type="dxa"/>
          </w:tcPr>
          <w:p w14:paraId="6581A516" w14:textId="6762EF81" w:rsidR="003B1EDF" w:rsidRPr="002B741D" w:rsidRDefault="00FF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LECTURER IN ENGLISH </w:t>
            </w:r>
          </w:p>
        </w:tc>
        <w:tc>
          <w:tcPr>
            <w:tcW w:w="1804" w:type="dxa"/>
          </w:tcPr>
          <w:p w14:paraId="39A733C1" w14:textId="5D7BBDA0" w:rsidR="003B1EDF" w:rsidRPr="002B741D" w:rsidRDefault="00FF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SALIPUR AUTONOMOUS COLLEGE </w:t>
            </w:r>
          </w:p>
        </w:tc>
        <w:tc>
          <w:tcPr>
            <w:tcW w:w="1804" w:type="dxa"/>
          </w:tcPr>
          <w:p w14:paraId="5E794921" w14:textId="631A623C" w:rsidR="003B1EDF" w:rsidRPr="002B741D" w:rsidRDefault="0081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1804" w:type="dxa"/>
          </w:tcPr>
          <w:p w14:paraId="6DF764E8" w14:textId="2CFDB27E" w:rsidR="003B1EDF" w:rsidRPr="002B741D" w:rsidRDefault="0081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TILL DATE</w:t>
            </w:r>
          </w:p>
        </w:tc>
        <w:tc>
          <w:tcPr>
            <w:tcW w:w="1804" w:type="dxa"/>
          </w:tcPr>
          <w:p w14:paraId="46E70407" w14:textId="25846B12" w:rsidR="003B1EDF" w:rsidRPr="002B741D" w:rsidRDefault="0081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3YEARS</w:t>
            </w:r>
          </w:p>
        </w:tc>
      </w:tr>
      <w:tr w:rsidR="003B1EDF" w:rsidRPr="002B741D" w14:paraId="7FE58BE0" w14:textId="77777777" w:rsidTr="002B741D">
        <w:trPr>
          <w:trHeight w:val="626"/>
        </w:trPr>
        <w:tc>
          <w:tcPr>
            <w:tcW w:w="1804" w:type="dxa"/>
          </w:tcPr>
          <w:p w14:paraId="35CD25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A30E2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6C249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C505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460C8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4D8679B7" w14:textId="77777777" w:rsidTr="002B741D">
        <w:trPr>
          <w:trHeight w:val="626"/>
        </w:trPr>
        <w:tc>
          <w:tcPr>
            <w:tcW w:w="1804" w:type="dxa"/>
          </w:tcPr>
          <w:p w14:paraId="1C54FD04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37B3988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95AB6ED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828757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3042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55CE1405" w14:textId="77777777" w:rsidTr="002B741D">
        <w:trPr>
          <w:trHeight w:val="626"/>
        </w:trPr>
        <w:tc>
          <w:tcPr>
            <w:tcW w:w="1804" w:type="dxa"/>
          </w:tcPr>
          <w:p w14:paraId="3F4E03C0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F2A7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2309B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139BBC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EE4AD0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41573" w14:textId="77777777" w:rsidR="003B1EDF" w:rsidRPr="002B741D" w:rsidRDefault="00201E73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41"/>
        <w:gridCol w:w="2130"/>
        <w:gridCol w:w="2560"/>
        <w:gridCol w:w="2171"/>
      </w:tblGrid>
      <w:tr w:rsidR="003B1EDF" w:rsidRPr="002B741D" w14:paraId="34DAAE98" w14:textId="77777777" w:rsidTr="002B741D">
        <w:trPr>
          <w:trHeight w:val="980"/>
        </w:trPr>
        <w:tc>
          <w:tcPr>
            <w:tcW w:w="2141" w:type="dxa"/>
          </w:tcPr>
          <w:p w14:paraId="7D27A707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14:paraId="753FB7F8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14:paraId="28818BD2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14:paraId="0CDDD255" w14:textId="0AA6AAA0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14:paraId="4AD85271" w14:textId="77777777" w:rsidTr="002B741D">
        <w:trPr>
          <w:trHeight w:val="759"/>
        </w:trPr>
        <w:tc>
          <w:tcPr>
            <w:tcW w:w="2141" w:type="dxa"/>
          </w:tcPr>
          <w:p w14:paraId="4468BB0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00DC1C7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173DC78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381CFB0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E6A0F05" w14:textId="77777777" w:rsidTr="002B741D">
        <w:trPr>
          <w:trHeight w:val="759"/>
        </w:trPr>
        <w:tc>
          <w:tcPr>
            <w:tcW w:w="2141" w:type="dxa"/>
          </w:tcPr>
          <w:p w14:paraId="67DF8F1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06806D1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07E61D7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22053F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F8591A1" w14:textId="77777777" w:rsidTr="002B741D">
        <w:trPr>
          <w:trHeight w:val="759"/>
        </w:trPr>
        <w:tc>
          <w:tcPr>
            <w:tcW w:w="2141" w:type="dxa"/>
          </w:tcPr>
          <w:p w14:paraId="05CF0DD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735358A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5F7C23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3858BE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13742C4" w14:textId="77777777" w:rsidTr="002B741D">
        <w:trPr>
          <w:trHeight w:val="759"/>
        </w:trPr>
        <w:tc>
          <w:tcPr>
            <w:tcW w:w="2141" w:type="dxa"/>
          </w:tcPr>
          <w:p w14:paraId="0230A4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1F3417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2C6FB5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548C30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53EC8E6" w14:textId="77777777" w:rsidTr="002B741D">
        <w:trPr>
          <w:trHeight w:val="714"/>
        </w:trPr>
        <w:tc>
          <w:tcPr>
            <w:tcW w:w="2141" w:type="dxa"/>
          </w:tcPr>
          <w:p w14:paraId="60092D3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5B17C8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3A7D7C0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7B0C62F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DE78F" w14:textId="77777777" w:rsidR="003B1EDF" w:rsidRPr="002B741D" w:rsidRDefault="00201E73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5. Seminars / Conferences Attended / Participated</w:t>
      </w:r>
    </w:p>
    <w:tbl>
      <w:tblPr>
        <w:tblStyle w:val="TableGrid"/>
        <w:tblW w:w="8983" w:type="dxa"/>
        <w:tblLook w:val="04A0" w:firstRow="1" w:lastRow="0" w:firstColumn="1" w:lastColumn="0" w:noHBand="0" w:noVBand="1"/>
      </w:tblPr>
      <w:tblGrid>
        <w:gridCol w:w="671"/>
        <w:gridCol w:w="776"/>
        <w:gridCol w:w="1216"/>
        <w:gridCol w:w="1243"/>
        <w:gridCol w:w="3627"/>
        <w:gridCol w:w="1450"/>
      </w:tblGrid>
      <w:tr w:rsidR="008B74CB" w:rsidRPr="002B741D" w14:paraId="33190A12" w14:textId="77777777" w:rsidTr="002B741D">
        <w:trPr>
          <w:trHeight w:val="795"/>
        </w:trPr>
        <w:tc>
          <w:tcPr>
            <w:tcW w:w="653" w:type="dxa"/>
          </w:tcPr>
          <w:p w14:paraId="4E994824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14:paraId="69717C32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14:paraId="41B67251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14:paraId="0F4C5356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14:paraId="7E25CFC6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60" w:type="dxa"/>
          </w:tcPr>
          <w:p w14:paraId="0BA0CE5A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25146305" w14:textId="77777777" w:rsidTr="002B741D">
        <w:trPr>
          <w:trHeight w:val="493"/>
        </w:trPr>
        <w:tc>
          <w:tcPr>
            <w:tcW w:w="653" w:type="dxa"/>
          </w:tcPr>
          <w:p w14:paraId="62A410E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B2A63B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44105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D69CBC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EBC92E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35B6A9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5E59BCED" w14:textId="77777777" w:rsidTr="002B741D">
        <w:trPr>
          <w:trHeight w:val="493"/>
        </w:trPr>
        <w:tc>
          <w:tcPr>
            <w:tcW w:w="653" w:type="dxa"/>
          </w:tcPr>
          <w:p w14:paraId="1A2773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68A00E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750AB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CC4C04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311748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FB142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101BCE70" w14:textId="77777777" w:rsidTr="002B741D">
        <w:trPr>
          <w:trHeight w:val="493"/>
        </w:trPr>
        <w:tc>
          <w:tcPr>
            <w:tcW w:w="653" w:type="dxa"/>
          </w:tcPr>
          <w:p w14:paraId="33B1BB6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46EEF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6EEF8AD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6AE0C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E23A0B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7D84D5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BCD2022" w14:textId="77777777" w:rsidTr="002B741D">
        <w:trPr>
          <w:trHeight w:val="493"/>
        </w:trPr>
        <w:tc>
          <w:tcPr>
            <w:tcW w:w="653" w:type="dxa"/>
          </w:tcPr>
          <w:p w14:paraId="15CB4B4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331372D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C2903E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C87D3C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21D3E30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8B9D27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35AA3510" w14:textId="77777777" w:rsidTr="002B741D">
        <w:trPr>
          <w:trHeight w:val="464"/>
        </w:trPr>
        <w:tc>
          <w:tcPr>
            <w:tcW w:w="653" w:type="dxa"/>
          </w:tcPr>
          <w:p w14:paraId="3756BB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15744B7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97EE7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481DF8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567F83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0AADB4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28898" w14:textId="77777777" w:rsidR="003B1EDF" w:rsidRPr="002B741D" w:rsidRDefault="00201E73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:rsidR="003B1EDF" w:rsidRPr="002B741D" w14:paraId="6E6FEC9F" w14:textId="77777777" w:rsidTr="002B741D">
        <w:trPr>
          <w:trHeight w:val="1241"/>
        </w:trPr>
        <w:tc>
          <w:tcPr>
            <w:tcW w:w="1289" w:type="dxa"/>
          </w:tcPr>
          <w:p w14:paraId="0AFF1619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14:paraId="76FF7F9E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14:paraId="42CFB5A0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14:paraId="3577A440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14:paraId="49E4FF05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14:paraId="71183F80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14:paraId="4A4905CA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3B1EDF" w:rsidRPr="002B741D" w14:paraId="16432B62" w14:textId="77777777" w:rsidTr="002B741D">
        <w:trPr>
          <w:trHeight w:val="413"/>
        </w:trPr>
        <w:tc>
          <w:tcPr>
            <w:tcW w:w="1289" w:type="dxa"/>
          </w:tcPr>
          <w:p w14:paraId="56D592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6564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EBB2AB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D62CE4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2914AC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AED5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E5DC5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EFAD50D" w14:textId="77777777" w:rsidTr="002B741D">
        <w:trPr>
          <w:trHeight w:val="413"/>
        </w:trPr>
        <w:tc>
          <w:tcPr>
            <w:tcW w:w="1289" w:type="dxa"/>
          </w:tcPr>
          <w:p w14:paraId="29E41B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FC1F3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946C1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A7ECA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D2C67B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B94E7E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A91306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4B7D881" w14:textId="77777777" w:rsidTr="002B741D">
        <w:trPr>
          <w:trHeight w:val="413"/>
        </w:trPr>
        <w:tc>
          <w:tcPr>
            <w:tcW w:w="1289" w:type="dxa"/>
          </w:tcPr>
          <w:p w14:paraId="77CC5AA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5BF31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2CF851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30835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2A7F5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64CA7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0B7C2C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8F7262E" w14:textId="77777777" w:rsidTr="002B741D">
        <w:trPr>
          <w:trHeight w:val="413"/>
        </w:trPr>
        <w:tc>
          <w:tcPr>
            <w:tcW w:w="1289" w:type="dxa"/>
          </w:tcPr>
          <w:p w14:paraId="2BF9BE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6FDF0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0862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7A7DC6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BE4EC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8E104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B74C00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075B37FA" w14:textId="77777777" w:rsidTr="002B741D">
        <w:trPr>
          <w:trHeight w:val="389"/>
        </w:trPr>
        <w:tc>
          <w:tcPr>
            <w:tcW w:w="1289" w:type="dxa"/>
          </w:tcPr>
          <w:p w14:paraId="2C808C8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9CCEE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BA009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B5225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DF3C8D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6B9F8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7D452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F2119" w14:textId="77777777" w:rsidR="003B1EDF" w:rsidRPr="002B741D" w:rsidRDefault="00201E73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7. Membership 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1982"/>
      </w:tblGrid>
      <w:tr w:rsidR="003B1EDF" w:rsidRPr="002B741D" w14:paraId="7EBEA99A" w14:textId="77777777" w:rsidTr="002B741D">
        <w:trPr>
          <w:trHeight w:val="2298"/>
        </w:trPr>
        <w:tc>
          <w:tcPr>
            <w:tcW w:w="1831" w:type="dxa"/>
          </w:tcPr>
          <w:p w14:paraId="1525AD87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14:paraId="4D743915" w14:textId="77777777" w:rsidR="003B1EDF" w:rsidRPr="002B741D" w:rsidRDefault="0020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51A7FCC2" w14:textId="77777777" w:rsidTr="002B741D">
        <w:trPr>
          <w:trHeight w:val="737"/>
        </w:trPr>
        <w:tc>
          <w:tcPr>
            <w:tcW w:w="1831" w:type="dxa"/>
          </w:tcPr>
          <w:p w14:paraId="737D64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2C72DD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D95F47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CD139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CC060E2" w14:textId="77777777" w:rsidTr="002B741D">
        <w:trPr>
          <w:trHeight w:val="710"/>
        </w:trPr>
        <w:tc>
          <w:tcPr>
            <w:tcW w:w="1831" w:type="dxa"/>
          </w:tcPr>
          <w:p w14:paraId="3498792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86C2BA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D45E4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6314F6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140AF8C" w14:textId="77777777" w:rsidTr="002B741D">
        <w:trPr>
          <w:trHeight w:val="710"/>
        </w:trPr>
        <w:tc>
          <w:tcPr>
            <w:tcW w:w="1831" w:type="dxa"/>
          </w:tcPr>
          <w:p w14:paraId="7B51B3F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0871D9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2C2592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4E2F0E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2D0E9E0" w14:textId="77777777" w:rsidTr="002B741D">
        <w:trPr>
          <w:trHeight w:val="620"/>
        </w:trPr>
        <w:tc>
          <w:tcPr>
            <w:tcW w:w="1831" w:type="dxa"/>
          </w:tcPr>
          <w:p w14:paraId="399B81B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1DCB82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366A77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433D0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571680C" w14:textId="77777777" w:rsidTr="002B741D">
        <w:trPr>
          <w:trHeight w:val="800"/>
        </w:trPr>
        <w:tc>
          <w:tcPr>
            <w:tcW w:w="1831" w:type="dxa"/>
          </w:tcPr>
          <w:p w14:paraId="63A91A4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69610E5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B6F50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86C7FD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16163" w14:textId="77777777" w:rsidR="003B1EDF" w:rsidRPr="002B741D" w:rsidRDefault="00201E73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8. Areas of Specialization / Research Interests</w:t>
      </w:r>
    </w:p>
    <w:p w14:paraId="02C8EEBA" w14:textId="77777777" w:rsidR="002B741D" w:rsidRPr="002B741D" w:rsidRDefault="002B741D" w:rsidP="002B741D"/>
    <w:p w14:paraId="71F1E250" w14:textId="77777777" w:rsidR="003B1EDF" w:rsidRPr="002B741D" w:rsidRDefault="003B1EDF">
      <w:pPr>
        <w:rPr>
          <w:rFonts w:ascii="Times New Roman" w:hAnsi="Times New Roman" w:cs="Times New Roman"/>
          <w:sz w:val="24"/>
          <w:szCs w:val="24"/>
        </w:rPr>
      </w:pPr>
    </w:p>
    <w:p w14:paraId="6783FE9C" w14:textId="77777777" w:rsidR="003B1EDF" w:rsidRPr="002B741D" w:rsidRDefault="00201E73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6D86C240" w14:textId="77777777" w:rsidR="002B741D" w:rsidRPr="002B741D" w:rsidRDefault="002B741D" w:rsidP="002B741D"/>
    <w:p w14:paraId="3A25F025" w14:textId="77777777" w:rsidR="002B741D" w:rsidRDefault="002B741D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14:paraId="18FBAEFB" w14:textId="350FCC86" w:rsidR="003B1EDF" w:rsidRPr="002B741D" w:rsidRDefault="00201E73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201E73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3EBC13CF" w:rsidR="003B1EDF" w:rsidRPr="002B741D" w:rsidRDefault="00201E73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8859B0">
        <w:rPr>
          <w:rFonts w:ascii="Times New Roman" w:hAnsi="Times New Roman" w:cs="Times New Roman"/>
          <w:sz w:val="24"/>
          <w:szCs w:val="24"/>
        </w:rPr>
        <w:t>16.02.2026</w:t>
      </w:r>
    </w:p>
    <w:p w14:paraId="49C9217A" w14:textId="7924EE2C" w:rsidR="003B1EDF" w:rsidRPr="002B741D" w:rsidRDefault="00201E73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r w:rsidR="008859B0">
        <w:rPr>
          <w:rFonts w:ascii="Times New Roman" w:hAnsi="Times New Roman" w:cs="Times New Roman"/>
          <w:sz w:val="24"/>
          <w:szCs w:val="24"/>
        </w:rPr>
        <w:t xml:space="preserve">SALEPUR </w:t>
      </w:r>
    </w:p>
    <w:p w14:paraId="441620E2" w14:textId="5FAF3954" w:rsidR="003B1EDF" w:rsidRPr="002B741D" w:rsidRDefault="00C8552A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MANTAN KUMAR BEHERA</w:t>
      </w:r>
      <w:r w:rsidR="00201E73" w:rsidRPr="002B741D">
        <w:rPr>
          <w:rFonts w:ascii="Times New Roman" w:hAnsi="Times New Roman" w:cs="Times New Roman"/>
          <w:sz w:val="24"/>
          <w:szCs w:val="24"/>
        </w:rPr>
        <w:br/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3838218">
    <w:abstractNumId w:val="8"/>
  </w:num>
  <w:num w:numId="2" w16cid:durableId="1592932722">
    <w:abstractNumId w:val="6"/>
  </w:num>
  <w:num w:numId="3" w16cid:durableId="739988124">
    <w:abstractNumId w:val="5"/>
  </w:num>
  <w:num w:numId="4" w16cid:durableId="1331255070">
    <w:abstractNumId w:val="4"/>
  </w:num>
  <w:num w:numId="5" w16cid:durableId="1673407040">
    <w:abstractNumId w:val="7"/>
  </w:num>
  <w:num w:numId="6" w16cid:durableId="1112632271">
    <w:abstractNumId w:val="3"/>
  </w:num>
  <w:num w:numId="7" w16cid:durableId="301663132">
    <w:abstractNumId w:val="2"/>
  </w:num>
  <w:num w:numId="8" w16cid:durableId="673069145">
    <w:abstractNumId w:val="1"/>
  </w:num>
  <w:num w:numId="9" w16cid:durableId="171338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CE4"/>
    <w:rsid w:val="000B2F79"/>
    <w:rsid w:val="00101CBF"/>
    <w:rsid w:val="0015074B"/>
    <w:rsid w:val="00167776"/>
    <w:rsid w:val="00201E73"/>
    <w:rsid w:val="0029639D"/>
    <w:rsid w:val="002B741D"/>
    <w:rsid w:val="00326F90"/>
    <w:rsid w:val="003B1EDF"/>
    <w:rsid w:val="003F5948"/>
    <w:rsid w:val="004D0104"/>
    <w:rsid w:val="004D20C4"/>
    <w:rsid w:val="006814E0"/>
    <w:rsid w:val="00803555"/>
    <w:rsid w:val="00816EAF"/>
    <w:rsid w:val="008859B0"/>
    <w:rsid w:val="008A6F15"/>
    <w:rsid w:val="008B74CB"/>
    <w:rsid w:val="009146E9"/>
    <w:rsid w:val="009B13F6"/>
    <w:rsid w:val="00AA1D8D"/>
    <w:rsid w:val="00B47730"/>
    <w:rsid w:val="00B6142F"/>
    <w:rsid w:val="00C8552A"/>
    <w:rsid w:val="00CB0664"/>
    <w:rsid w:val="00CB64BC"/>
    <w:rsid w:val="00CF35E8"/>
    <w:rsid w:val="00D30933"/>
    <w:rsid w:val="00DF5D26"/>
    <w:rsid w:val="00E40D3A"/>
    <w:rsid w:val="00E7525E"/>
    <w:rsid w:val="00EA039B"/>
    <w:rsid w:val="00EB2AD8"/>
    <w:rsid w:val="00EB7BA2"/>
    <w:rsid w:val="00F21BAC"/>
    <w:rsid w:val="00F4259D"/>
    <w:rsid w:val="00F67B78"/>
    <w:rsid w:val="00FC693F"/>
    <w:rsid w:val="00FE5D75"/>
    <w:rsid w:val="00FF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jit mantu</cp:lastModifiedBy>
  <cp:revision>2</cp:revision>
  <dcterms:created xsi:type="dcterms:W3CDTF">2026-02-16T16:35:00Z</dcterms:created>
  <dcterms:modified xsi:type="dcterms:W3CDTF">2026-02-16T16:35:00Z</dcterms:modified>
  <cp:category/>
</cp:coreProperties>
</file>