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:rsidR="002B741D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:rsidR="003B1EDF" w:rsidRPr="002B741D" w:rsidRDefault="00700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4173607</wp:posOffset>
            </wp:positionH>
            <wp:positionV relativeFrom="paragraph">
              <wp:posOffset>88265</wp:posOffset>
            </wp:positionV>
            <wp:extent cx="1054376" cy="1330440"/>
            <wp:effectExtent l="19050" t="0" r="0" b="0"/>
            <wp:wrapNone/>
            <wp:docPr id="8" name="Picture 7" descr="IMG-2026010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60102-WA009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5488" cy="133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750"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26" style="position:absolute;margin-left:316.5pt;margin-top:4.05pt;width:109.5pt;height:114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" fillcolor="white [3201]" strokecolor="black [3200]" strokeweight="2pt"/>
        </w:pict>
      </w:r>
      <w:r w:rsidR="000B2F79"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94460D">
        <w:rPr>
          <w:rFonts w:ascii="Times New Roman" w:hAnsi="Times New Roman" w:cs="Times New Roman"/>
          <w:sz w:val="24"/>
          <w:szCs w:val="24"/>
        </w:rPr>
        <w:t xml:space="preserve"> RASMITA NAYAK</w:t>
      </w:r>
      <w:r w:rsidR="001A770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B7B46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94460D">
        <w:rPr>
          <w:rFonts w:ascii="Times New Roman" w:hAnsi="Times New Roman" w:cs="Times New Roman"/>
          <w:sz w:val="24"/>
          <w:szCs w:val="24"/>
        </w:rPr>
        <w:t>LECTURER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AB7B46">
        <w:rPr>
          <w:rFonts w:ascii="Times New Roman" w:hAnsi="Times New Roman" w:cs="Times New Roman"/>
          <w:sz w:val="24"/>
          <w:szCs w:val="24"/>
        </w:rPr>
        <w:t xml:space="preserve"> </w:t>
      </w:r>
      <w:r w:rsidR="0094460D">
        <w:rPr>
          <w:rFonts w:ascii="Times New Roman" w:hAnsi="Times New Roman" w:cs="Times New Roman"/>
          <w:sz w:val="24"/>
          <w:szCs w:val="24"/>
        </w:rPr>
        <w:t>POLITICAL SCIENCE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AB7B46">
        <w:rPr>
          <w:rFonts w:ascii="Times New Roman" w:hAnsi="Times New Roman" w:cs="Times New Roman"/>
          <w:sz w:val="24"/>
          <w:szCs w:val="24"/>
        </w:rPr>
        <w:t>22/03/1997</w:t>
      </w:r>
    </w:p>
    <w:p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</w:t>
      </w:r>
      <w:proofErr w:type="gramStart"/>
      <w:r w:rsidRPr="002B741D">
        <w:rPr>
          <w:rFonts w:ascii="Times New Roman" w:hAnsi="Times New Roman" w:cs="Times New Roman"/>
          <w:sz w:val="24"/>
          <w:szCs w:val="24"/>
        </w:rPr>
        <w:t>:</w:t>
      </w:r>
      <w:r w:rsidR="00AB7B46">
        <w:rPr>
          <w:rFonts w:ascii="Times New Roman" w:hAnsi="Times New Roman" w:cs="Times New Roman"/>
          <w:sz w:val="24"/>
          <w:szCs w:val="24"/>
        </w:rPr>
        <w:t>02</w:t>
      </w:r>
      <w:proofErr w:type="gramEnd"/>
      <w:r w:rsidR="00AB7B46">
        <w:rPr>
          <w:rFonts w:ascii="Times New Roman" w:hAnsi="Times New Roman" w:cs="Times New Roman"/>
          <w:sz w:val="24"/>
          <w:szCs w:val="24"/>
        </w:rPr>
        <w:t>/09/2022</w:t>
      </w:r>
    </w:p>
    <w:p w:rsidR="003B1EDF" w:rsidRPr="002B741D" w:rsidRDefault="001A7706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94460D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94460D">
        <w:rPr>
          <w:rFonts w:ascii="Times New Roman" w:hAnsi="Times New Roman" w:cs="Times New Roman"/>
          <w:sz w:val="24"/>
          <w:szCs w:val="24"/>
        </w:rPr>
        <w:t>SALIPUR AUTONOMOUS COLLEGE, SALIPUR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Email:</w:t>
      </w:r>
      <w:r w:rsidR="00AB7B46">
        <w:rPr>
          <w:rFonts w:ascii="Times New Roman" w:hAnsi="Times New Roman" w:cs="Times New Roman"/>
          <w:sz w:val="24"/>
          <w:szCs w:val="24"/>
        </w:rPr>
        <w:t xml:space="preserve"> rasmitanayak135@gmail.com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Phone:</w:t>
      </w:r>
      <w:r w:rsidR="00AB7B46">
        <w:rPr>
          <w:rFonts w:ascii="Times New Roman" w:hAnsi="Times New Roman" w:cs="Times New Roman"/>
          <w:sz w:val="24"/>
          <w:szCs w:val="24"/>
        </w:rPr>
        <w:t xml:space="preserve"> 7894361922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/>
      </w:tblPr>
      <w:tblGrid>
        <w:gridCol w:w="1812"/>
        <w:gridCol w:w="1726"/>
        <w:gridCol w:w="1916"/>
        <w:gridCol w:w="1558"/>
        <w:gridCol w:w="1976"/>
      </w:tblGrid>
      <w:tr w:rsidR="003B1EDF" w:rsidRPr="002B741D" w:rsidTr="008B74CB">
        <w:trPr>
          <w:trHeight w:val="299"/>
        </w:trPr>
        <w:tc>
          <w:tcPr>
            <w:tcW w:w="1845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:rsidTr="008B74CB">
        <w:trPr>
          <w:trHeight w:val="299"/>
        </w:trPr>
        <w:tc>
          <w:tcPr>
            <w:tcW w:w="1845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36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FLO, SLE,TLH, MTH,SCI, SSG, SSH</w:t>
            </w:r>
          </w:p>
        </w:tc>
        <w:tc>
          <w:tcPr>
            <w:tcW w:w="1918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</w:t>
            </w:r>
          </w:p>
        </w:tc>
        <w:tc>
          <w:tcPr>
            <w:tcW w:w="1568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81.5%</w:t>
            </w:r>
          </w:p>
        </w:tc>
      </w:tr>
      <w:tr w:rsidR="003B1EDF" w:rsidRPr="002B741D" w:rsidTr="008B74CB">
        <w:trPr>
          <w:trHeight w:val="299"/>
        </w:trPr>
        <w:tc>
          <w:tcPr>
            <w:tcW w:w="1845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36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ENG, ODIA, EDN, SOC, POL.SC</w:t>
            </w:r>
          </w:p>
        </w:tc>
        <w:tc>
          <w:tcPr>
            <w:tcW w:w="1918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</w:p>
        </w:tc>
        <w:tc>
          <w:tcPr>
            <w:tcW w:w="1568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21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74.83%</w:t>
            </w:r>
          </w:p>
        </w:tc>
      </w:tr>
      <w:tr w:rsidR="003B1EDF" w:rsidRPr="002B741D" w:rsidTr="008B74CB">
        <w:trPr>
          <w:trHeight w:val="281"/>
        </w:trPr>
        <w:tc>
          <w:tcPr>
            <w:tcW w:w="1845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1568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71.36%</w:t>
            </w:r>
          </w:p>
        </w:tc>
      </w:tr>
      <w:tr w:rsidR="003B1EDF" w:rsidRPr="002B741D" w:rsidTr="008B74CB">
        <w:trPr>
          <w:trHeight w:val="299"/>
        </w:trPr>
        <w:tc>
          <w:tcPr>
            <w:tcW w:w="1845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:rsidR="003B1EDF" w:rsidRPr="002B741D" w:rsidRDefault="003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1568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:rsidR="003B1EDF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79.10%</w:t>
            </w:r>
          </w:p>
        </w:tc>
      </w:tr>
      <w:tr w:rsidR="008B74CB" w:rsidRPr="002B741D" w:rsidTr="008B74CB">
        <w:trPr>
          <w:trHeight w:val="299"/>
        </w:trPr>
        <w:tc>
          <w:tcPr>
            <w:tcW w:w="1845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8B74CB">
        <w:trPr>
          <w:trHeight w:val="599"/>
        </w:trPr>
        <w:tc>
          <w:tcPr>
            <w:tcW w:w="1845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:rsidR="008B74CB" w:rsidRPr="002B741D" w:rsidRDefault="006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:rsidR="008B74CB" w:rsidRPr="002B741D" w:rsidRDefault="00BF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TESTING AGENCY</w:t>
            </w:r>
          </w:p>
        </w:tc>
        <w:tc>
          <w:tcPr>
            <w:tcW w:w="1568" w:type="dxa"/>
          </w:tcPr>
          <w:p w:rsidR="008B74CB" w:rsidRPr="002B741D" w:rsidRDefault="00BF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8B74CB">
        <w:trPr>
          <w:trHeight w:val="299"/>
        </w:trPr>
        <w:tc>
          <w:tcPr>
            <w:tcW w:w="1845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:rsidR="008B74CB" w:rsidRPr="002B741D" w:rsidRDefault="00E5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:rsidR="008B74CB" w:rsidRPr="002B741D" w:rsidRDefault="00E5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REVENSHAW UNIVERSITY</w:t>
            </w:r>
          </w:p>
        </w:tc>
        <w:tc>
          <w:tcPr>
            <w:tcW w:w="1568" w:type="dxa"/>
          </w:tcPr>
          <w:p w:rsidR="008B74CB" w:rsidRPr="002B741D" w:rsidRDefault="0093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PURSUING</w:t>
            </w:r>
          </w:p>
        </w:tc>
        <w:tc>
          <w:tcPr>
            <w:tcW w:w="1921" w:type="dxa"/>
          </w:tcPr>
          <w:p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3. Teaching Experience</w:t>
      </w:r>
    </w:p>
    <w:tbl>
      <w:tblPr>
        <w:tblStyle w:val="TableGrid"/>
        <w:tblW w:w="9020" w:type="dxa"/>
        <w:tblLook w:val="04A0"/>
      </w:tblPr>
      <w:tblGrid>
        <w:gridCol w:w="1777"/>
        <w:gridCol w:w="1923"/>
        <w:gridCol w:w="1767"/>
        <w:gridCol w:w="1787"/>
        <w:gridCol w:w="1766"/>
      </w:tblGrid>
      <w:tr w:rsidR="003B1EDF" w:rsidRPr="002B741D" w:rsidTr="002B741D">
        <w:trPr>
          <w:trHeight w:val="731"/>
        </w:trPr>
        <w:tc>
          <w:tcPr>
            <w:tcW w:w="180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:rsidTr="002B741D">
        <w:trPr>
          <w:trHeight w:val="664"/>
        </w:trPr>
        <w:tc>
          <w:tcPr>
            <w:tcW w:w="1804" w:type="dxa"/>
          </w:tcPr>
          <w:p w:rsidR="003B1EDF" w:rsidRPr="002B741D" w:rsidRDefault="00A8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ASST. TEACHER</w:t>
            </w:r>
          </w:p>
        </w:tc>
        <w:tc>
          <w:tcPr>
            <w:tcW w:w="1804" w:type="dxa"/>
          </w:tcPr>
          <w:p w:rsidR="003B1EDF" w:rsidRPr="002B741D" w:rsidRDefault="00A8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GOVT.UG HIGH SCHOOL, KUKUDANGA</w:t>
            </w:r>
          </w:p>
        </w:tc>
        <w:tc>
          <w:tcPr>
            <w:tcW w:w="1804" w:type="dxa"/>
          </w:tcPr>
          <w:p w:rsidR="003B1EDF" w:rsidRPr="002B741D" w:rsidRDefault="00A8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17/12/2021</w:t>
            </w:r>
          </w:p>
        </w:tc>
        <w:tc>
          <w:tcPr>
            <w:tcW w:w="1804" w:type="dxa"/>
          </w:tcPr>
          <w:p w:rsidR="003B1EDF" w:rsidRPr="002B741D" w:rsidRDefault="00A8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30/08/2022</w:t>
            </w:r>
          </w:p>
        </w:tc>
        <w:tc>
          <w:tcPr>
            <w:tcW w:w="1804" w:type="dxa"/>
          </w:tcPr>
          <w:p w:rsidR="003B1EDF" w:rsidRPr="002B741D" w:rsidRDefault="004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MONTHS 13 DAYS</w:t>
            </w:r>
          </w:p>
        </w:tc>
      </w:tr>
      <w:tr w:rsidR="003B1EDF" w:rsidRPr="002B741D" w:rsidTr="002B741D">
        <w:trPr>
          <w:trHeight w:val="664"/>
        </w:trPr>
        <w:tc>
          <w:tcPr>
            <w:tcW w:w="1804" w:type="dxa"/>
          </w:tcPr>
          <w:p w:rsidR="003B1EDF" w:rsidRPr="002B741D" w:rsidRDefault="004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IN POLITICAL SCIENCE</w:t>
            </w:r>
          </w:p>
        </w:tc>
        <w:tc>
          <w:tcPr>
            <w:tcW w:w="1804" w:type="dxa"/>
          </w:tcPr>
          <w:p w:rsidR="003B1EDF" w:rsidRPr="002B741D" w:rsidRDefault="004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804" w:type="dxa"/>
          </w:tcPr>
          <w:p w:rsidR="003B1EDF" w:rsidRPr="002B741D" w:rsidRDefault="004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02/09/2022</w:t>
            </w:r>
          </w:p>
        </w:tc>
        <w:tc>
          <w:tcPr>
            <w:tcW w:w="1804" w:type="dxa"/>
          </w:tcPr>
          <w:p w:rsidR="003B1EDF" w:rsidRPr="002B741D" w:rsidRDefault="004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CONINUING</w:t>
            </w: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626"/>
        </w:trPr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2B741D">
        <w:trPr>
          <w:trHeight w:val="626"/>
        </w:trPr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2B741D">
        <w:trPr>
          <w:trHeight w:val="626"/>
        </w:trPr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/>
      </w:tblPr>
      <w:tblGrid>
        <w:gridCol w:w="2270"/>
        <w:gridCol w:w="2055"/>
        <w:gridCol w:w="2559"/>
        <w:gridCol w:w="2118"/>
      </w:tblGrid>
      <w:tr w:rsidR="003B1EDF" w:rsidRPr="002B741D" w:rsidTr="002B741D">
        <w:trPr>
          <w:trHeight w:val="980"/>
        </w:trPr>
        <w:tc>
          <w:tcPr>
            <w:tcW w:w="2141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 ORIENTATION ANS SENSITIZATION PROGRAMME</w:t>
            </w:r>
          </w:p>
        </w:tc>
        <w:tc>
          <w:tcPr>
            <w:tcW w:w="2130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12/06/2024 TO 20/06/2024</w:t>
            </w:r>
          </w:p>
        </w:tc>
        <w:tc>
          <w:tcPr>
            <w:tcW w:w="2560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2171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FACAULTY INDUCTION PROGRAMME(FIP)</w:t>
            </w:r>
          </w:p>
        </w:tc>
        <w:tc>
          <w:tcPr>
            <w:tcW w:w="2130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17/01/2025 TO 15/02/2025</w:t>
            </w:r>
          </w:p>
        </w:tc>
        <w:tc>
          <w:tcPr>
            <w:tcW w:w="2560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2171" w:type="dxa"/>
          </w:tcPr>
          <w:p w:rsidR="003B1EDF" w:rsidRPr="002B741D" w:rsidRDefault="0063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57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SIX DAYS BASIC TRAINING PROGRAMME ON INDIAN KNOWLEDGE SYSTEM(IKS)</w:t>
            </w:r>
          </w:p>
        </w:tc>
        <w:tc>
          <w:tcPr>
            <w:tcW w:w="2130" w:type="dxa"/>
          </w:tcPr>
          <w:p w:rsidR="003B1EDF" w:rsidRPr="002B741D" w:rsidRDefault="0057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24/02/2025 TO 01/03/ 2025</w:t>
            </w:r>
          </w:p>
        </w:tc>
        <w:tc>
          <w:tcPr>
            <w:tcW w:w="2560" w:type="dxa"/>
          </w:tcPr>
          <w:p w:rsidR="003B1EDF" w:rsidRPr="002B741D" w:rsidRDefault="0057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2171" w:type="dxa"/>
          </w:tcPr>
          <w:p w:rsidR="003B1EDF" w:rsidRPr="002B741D" w:rsidRDefault="0057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CE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REFRESHER COURSE IN RESEARCH METHODOLOGY IN RURAL STUDIES(RC)</w:t>
            </w:r>
          </w:p>
        </w:tc>
        <w:tc>
          <w:tcPr>
            <w:tcW w:w="2130" w:type="dxa"/>
          </w:tcPr>
          <w:p w:rsidR="003B1EDF" w:rsidRPr="002B741D" w:rsidRDefault="00CE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11/12/2025 TO 24/12/2025</w:t>
            </w:r>
          </w:p>
        </w:tc>
        <w:tc>
          <w:tcPr>
            <w:tcW w:w="2560" w:type="dxa"/>
          </w:tcPr>
          <w:p w:rsidR="003B1EDF" w:rsidRPr="002B741D" w:rsidRDefault="0090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2171" w:type="dxa"/>
          </w:tcPr>
          <w:p w:rsidR="003B1EDF" w:rsidRPr="002B741D" w:rsidRDefault="0090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:rsidTr="002B741D">
        <w:trPr>
          <w:trHeight w:val="714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/>
      </w:tblPr>
      <w:tblGrid>
        <w:gridCol w:w="696"/>
        <w:gridCol w:w="1590"/>
        <w:gridCol w:w="1684"/>
        <w:gridCol w:w="1230"/>
        <w:gridCol w:w="3588"/>
        <w:gridCol w:w="1456"/>
      </w:tblGrid>
      <w:tr w:rsidR="008B74CB" w:rsidRPr="002B741D" w:rsidTr="002B741D">
        <w:trPr>
          <w:trHeight w:val="795"/>
        </w:trPr>
        <w:tc>
          <w:tcPr>
            <w:tcW w:w="653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57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 DEC 2022</w:t>
            </w:r>
          </w:p>
        </w:tc>
        <w:tc>
          <w:tcPr>
            <w:tcW w:w="746" w:type="dxa"/>
          </w:tcPr>
          <w:p w:rsidR="003B1EDF" w:rsidRPr="002B741D" w:rsidRDefault="0057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ILLIGAL MIGRATION IN INDIA</w:t>
            </w:r>
          </w:p>
        </w:tc>
        <w:tc>
          <w:tcPr>
            <w:tcW w:w="1184" w:type="dxa"/>
          </w:tcPr>
          <w:p w:rsidR="003B1EDF" w:rsidRPr="002B741D" w:rsidRDefault="0057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OF POLITICAL SCIENCE, GMU, SAMBALPUR</w:t>
            </w: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57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PRESENTED PAPER</w:t>
            </w:r>
          </w:p>
        </w:tc>
        <w:tc>
          <w:tcPr>
            <w:tcW w:w="1460" w:type="dxa"/>
          </w:tcPr>
          <w:p w:rsidR="003B1EDF" w:rsidRPr="002B741D" w:rsidRDefault="0057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64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/>
      </w:tblPr>
      <w:tblGrid>
        <w:gridCol w:w="2244"/>
        <w:gridCol w:w="2163"/>
        <w:gridCol w:w="978"/>
        <w:gridCol w:w="897"/>
        <w:gridCol w:w="1060"/>
        <w:gridCol w:w="846"/>
        <w:gridCol w:w="835"/>
      </w:tblGrid>
      <w:tr w:rsidR="00322DE2" w:rsidRPr="002B741D" w:rsidTr="002B741D">
        <w:trPr>
          <w:trHeight w:val="1241"/>
        </w:trPr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22DE2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2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DISASTER MANAGEMENT AND PUBLIC POLICY IN INDIA: GOVERNACE, INSTITUTIONAL FRAMEWORK ANDCOMMUNITY RESILLENCE</w:t>
            </w:r>
          </w:p>
        </w:tc>
        <w:tc>
          <w:tcPr>
            <w:tcW w:w="1289" w:type="dxa"/>
          </w:tcPr>
          <w:p w:rsidR="003B1EDF" w:rsidRPr="002B741D" w:rsidRDefault="0032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JOURNAL OF POLITICAL SCIENCE AND GOVERNACE</w:t>
            </w:r>
          </w:p>
        </w:tc>
        <w:tc>
          <w:tcPr>
            <w:tcW w:w="1289" w:type="dxa"/>
          </w:tcPr>
          <w:p w:rsidR="003B1EDF" w:rsidRPr="002B741D" w:rsidRDefault="0032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289" w:type="dxa"/>
          </w:tcPr>
          <w:p w:rsidR="003B1EDF" w:rsidRPr="002B741D" w:rsidRDefault="00B1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2664-6021</w:t>
            </w:r>
          </w:p>
        </w:tc>
        <w:tc>
          <w:tcPr>
            <w:tcW w:w="1289" w:type="dxa"/>
          </w:tcPr>
          <w:p w:rsidR="003B1EDF" w:rsidRPr="002B741D" w:rsidRDefault="00B1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" w:type="dxa"/>
          </w:tcPr>
          <w:p w:rsidR="003B1EDF" w:rsidRPr="002B741D" w:rsidRDefault="00B1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9" w:type="dxa"/>
          </w:tcPr>
          <w:p w:rsidR="003B1EDF" w:rsidRPr="002B741D" w:rsidRDefault="00B1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22DE2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E2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E2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E2" w:rsidRPr="002B741D" w:rsidTr="002B741D">
        <w:trPr>
          <w:trHeight w:val="389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7. Membership in Organizations / Associations</w:t>
      </w:r>
    </w:p>
    <w:tbl>
      <w:tblPr>
        <w:tblStyle w:val="TableGrid"/>
        <w:tblW w:w="8884" w:type="dxa"/>
        <w:tblLook w:val="04A0"/>
      </w:tblPr>
      <w:tblGrid>
        <w:gridCol w:w="1831"/>
        <w:gridCol w:w="3122"/>
        <w:gridCol w:w="1949"/>
        <w:gridCol w:w="1982"/>
      </w:tblGrid>
      <w:tr w:rsidR="003B1EDF" w:rsidRPr="002B741D" w:rsidTr="002B741D">
        <w:trPr>
          <w:trHeight w:val="2298"/>
        </w:trPr>
        <w:tc>
          <w:tcPr>
            <w:tcW w:w="1831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:rsidR="003B1EDF" w:rsidRPr="002B741D" w:rsidRDefault="001A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:rsidTr="002B741D">
        <w:trPr>
          <w:trHeight w:val="737"/>
        </w:trPr>
        <w:tc>
          <w:tcPr>
            <w:tcW w:w="1831" w:type="dxa"/>
          </w:tcPr>
          <w:p w:rsidR="003B1EDF" w:rsidRPr="002B741D" w:rsidRDefault="00E6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22" w:type="dxa"/>
          </w:tcPr>
          <w:p w:rsidR="003B1EDF" w:rsidRPr="002B741D" w:rsidRDefault="00E6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COLLEGE, SALIPUR</w:t>
            </w: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E6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</w:t>
            </w:r>
          </w:p>
        </w:tc>
      </w:tr>
      <w:tr w:rsidR="003B1EDF" w:rsidRPr="002B741D" w:rsidTr="002B741D">
        <w:trPr>
          <w:trHeight w:val="71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1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62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80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:rsidR="00991747" w:rsidRPr="00991747" w:rsidRDefault="001C2AA6" w:rsidP="00991747">
      <w:r>
        <w:t>FOREIGN POLICY AND INTERNATIONAL RELATION</w:t>
      </w:r>
    </w:p>
    <w:p w:rsidR="002B741D" w:rsidRPr="002B741D" w:rsidRDefault="002B741D" w:rsidP="002B741D"/>
    <w:p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:rsidR="003B1EDF" w:rsidRPr="002B741D" w:rsidRDefault="001A7706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:rsidR="002B741D" w:rsidRPr="002B741D" w:rsidRDefault="002B741D" w:rsidP="002B741D"/>
    <w:p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:rsidR="003B1EDF" w:rsidRPr="002B741D" w:rsidRDefault="001A7706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1C2AA6">
        <w:rPr>
          <w:rFonts w:ascii="Times New Roman" w:hAnsi="Times New Roman" w:cs="Times New Roman"/>
          <w:sz w:val="24"/>
          <w:szCs w:val="24"/>
        </w:rPr>
        <w:t>17/02/2026</w:t>
      </w:r>
    </w:p>
    <w:p w:rsidR="003B1EDF" w:rsidRPr="002B741D" w:rsidRDefault="001A7706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E60CAD">
        <w:rPr>
          <w:rFonts w:ascii="Times New Roman" w:hAnsi="Times New Roman" w:cs="Times New Roman"/>
          <w:sz w:val="24"/>
          <w:szCs w:val="24"/>
        </w:rPr>
        <w:t>SALIPUR</w:t>
      </w:r>
    </w:p>
    <w:p w:rsidR="00E61ABC" w:rsidRDefault="00E61ABC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RASMITA NAYAK</w:t>
      </w:r>
    </w:p>
    <w:p w:rsidR="003B1EDF" w:rsidRPr="002B741D" w:rsidRDefault="00E61ABC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7706"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B2F79"/>
    <w:rsid w:val="0015074B"/>
    <w:rsid w:val="001A7706"/>
    <w:rsid w:val="001C2AA6"/>
    <w:rsid w:val="0029639D"/>
    <w:rsid w:val="002B741D"/>
    <w:rsid w:val="00322DE2"/>
    <w:rsid w:val="003232AC"/>
    <w:rsid w:val="00326F90"/>
    <w:rsid w:val="003B1EDF"/>
    <w:rsid w:val="004C6A0E"/>
    <w:rsid w:val="0057163E"/>
    <w:rsid w:val="00572466"/>
    <w:rsid w:val="00590750"/>
    <w:rsid w:val="0063553B"/>
    <w:rsid w:val="00696F8E"/>
    <w:rsid w:val="00700AEF"/>
    <w:rsid w:val="00803555"/>
    <w:rsid w:val="008B74CB"/>
    <w:rsid w:val="008C7B5D"/>
    <w:rsid w:val="009020D3"/>
    <w:rsid w:val="009351A9"/>
    <w:rsid w:val="0094460D"/>
    <w:rsid w:val="00991747"/>
    <w:rsid w:val="00A86757"/>
    <w:rsid w:val="00AA1D8D"/>
    <w:rsid w:val="00AB7B46"/>
    <w:rsid w:val="00B15902"/>
    <w:rsid w:val="00B47730"/>
    <w:rsid w:val="00BF6A9E"/>
    <w:rsid w:val="00CB0664"/>
    <w:rsid w:val="00CE42BA"/>
    <w:rsid w:val="00D30933"/>
    <w:rsid w:val="00E54477"/>
    <w:rsid w:val="00E60CAD"/>
    <w:rsid w:val="00E61AB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1">
    <w:name w:val="Dark List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1">
    <w:name w:val="Colorful Shading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1">
    <w:name w:val="Colorful List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1">
    <w:name w:val="Colorful Grid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6483</TotalTime>
  <Pages>5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23</cp:revision>
  <dcterms:created xsi:type="dcterms:W3CDTF">2013-12-23T23:15:00Z</dcterms:created>
  <dcterms:modified xsi:type="dcterms:W3CDTF">2026-02-17T07:34:00Z</dcterms:modified>
  <cp:category/>
</cp:coreProperties>
</file>