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578DDB33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2EA5AE3C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0C22A" w14:textId="1276F5A7" w:rsidR="00605732" w:rsidRDefault="00605732" w:rsidP="00605732">
                            <w:pPr>
                              <w:jc w:val="center"/>
                            </w:pPr>
                            <w:r w:rsidRPr="00605732">
                              <w:rPr>
                                <w:noProof/>
                              </w:rPr>
                              <w:drawing>
                                <wp:inline distT="0" distB="0" distL="0" distR="0" wp14:anchorId="251A0519" wp14:editId="3E5645F1">
                                  <wp:extent cx="1182370" cy="1541299"/>
                                  <wp:effectExtent l="0" t="0" r="0" b="1905"/>
                                  <wp:docPr id="2" name="Picture 2" descr="F:\Nitya Documents\Nitya 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Nitya Documents\Nitya 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370" cy="1541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" fillcolor="white [3201]" strokecolor="black [3200]" strokeweight="2pt">
                <v:textbox>
                  <w:txbxContent>
                    <w:p w14:paraId="6880C22A" w14:textId="1276F5A7" w:rsidR="00605732" w:rsidRDefault="00605732" w:rsidP="00605732">
                      <w:pPr>
                        <w:jc w:val="center"/>
                      </w:pPr>
                      <w:r w:rsidRPr="00605732">
                        <w:rPr>
                          <w:noProof/>
                        </w:rPr>
                        <w:drawing>
                          <wp:inline distT="0" distB="0" distL="0" distR="0" wp14:anchorId="251A0519" wp14:editId="3E5645F1">
                            <wp:extent cx="1182370" cy="1541299"/>
                            <wp:effectExtent l="0" t="0" r="0" b="1905"/>
                            <wp:docPr id="2" name="Picture 2" descr="F:\Nitya Documents\Nitya 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Nitya Documents\Nitya 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370" cy="1541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982483">
        <w:rPr>
          <w:rFonts w:ascii="Times New Roman" w:hAnsi="Times New Roman" w:cs="Times New Roman"/>
          <w:sz w:val="24"/>
          <w:szCs w:val="24"/>
        </w:rPr>
        <w:t>Nityasundar Mishra</w:t>
      </w:r>
    </w:p>
    <w:p w14:paraId="079E2CFD" w14:textId="281D6457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982483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2039E2F0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982483">
        <w:rPr>
          <w:rFonts w:ascii="Times New Roman" w:hAnsi="Times New Roman" w:cs="Times New Roman"/>
          <w:sz w:val="24"/>
          <w:szCs w:val="24"/>
        </w:rPr>
        <w:t>Political Science</w:t>
      </w:r>
    </w:p>
    <w:p w14:paraId="5F5D653E" w14:textId="47E29907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982483">
        <w:rPr>
          <w:rFonts w:ascii="Times New Roman" w:hAnsi="Times New Roman" w:cs="Times New Roman"/>
          <w:sz w:val="24"/>
          <w:szCs w:val="24"/>
        </w:rPr>
        <w:t>31/07/1996</w:t>
      </w:r>
    </w:p>
    <w:p w14:paraId="0980F2F6" w14:textId="48AE7644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982483">
        <w:rPr>
          <w:rFonts w:ascii="Times New Roman" w:hAnsi="Times New Roman" w:cs="Times New Roman"/>
          <w:sz w:val="24"/>
          <w:szCs w:val="24"/>
        </w:rPr>
        <w:t xml:space="preserve"> 02/09/2022</w:t>
      </w:r>
    </w:p>
    <w:p w14:paraId="1D01D285" w14:textId="53E8F692" w:rsidR="003B1EDF" w:rsidRPr="002B741D" w:rsidRDefault="00E76659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982483">
        <w:rPr>
          <w:rFonts w:ascii="Times New Roman" w:hAnsi="Times New Roman" w:cs="Times New Roman"/>
          <w:sz w:val="24"/>
          <w:szCs w:val="24"/>
        </w:rPr>
        <w:t>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09CCF87B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982483">
        <w:rPr>
          <w:rFonts w:ascii="Times New Roman" w:hAnsi="Times New Roman" w:cs="Times New Roman"/>
          <w:sz w:val="24"/>
          <w:szCs w:val="24"/>
        </w:rPr>
        <w:t>Salipur Autonomous College,</w:t>
      </w:r>
      <w:r w:rsidR="0009749A">
        <w:rPr>
          <w:rFonts w:ascii="Times New Roman" w:hAnsi="Times New Roman" w:cs="Times New Roman"/>
          <w:sz w:val="24"/>
          <w:szCs w:val="24"/>
        </w:rPr>
        <w:t xml:space="preserve"> </w:t>
      </w:r>
      <w:r w:rsidR="00982483">
        <w:rPr>
          <w:rFonts w:ascii="Times New Roman" w:hAnsi="Times New Roman" w:cs="Times New Roman"/>
          <w:sz w:val="24"/>
          <w:szCs w:val="24"/>
        </w:rPr>
        <w:t>Salipur,</w:t>
      </w:r>
      <w:r w:rsidR="0009749A">
        <w:rPr>
          <w:rFonts w:ascii="Times New Roman" w:hAnsi="Times New Roman" w:cs="Times New Roman"/>
          <w:sz w:val="24"/>
          <w:szCs w:val="24"/>
        </w:rPr>
        <w:t xml:space="preserve"> </w:t>
      </w:r>
      <w:r w:rsidR="00982483">
        <w:rPr>
          <w:rFonts w:ascii="Times New Roman" w:hAnsi="Times New Roman" w:cs="Times New Roman"/>
          <w:sz w:val="24"/>
          <w:szCs w:val="24"/>
        </w:rPr>
        <w:t>Cuttack.</w:t>
      </w:r>
    </w:p>
    <w:p w14:paraId="103A26B7" w14:textId="216738F4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982483">
        <w:rPr>
          <w:rFonts w:ascii="Times New Roman" w:hAnsi="Times New Roman" w:cs="Times New Roman"/>
          <w:sz w:val="24"/>
          <w:szCs w:val="24"/>
        </w:rPr>
        <w:t>nityasundarmishra@gmail.com</w:t>
      </w:r>
    </w:p>
    <w:p w14:paraId="21EBF29B" w14:textId="2A8C9886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982483">
        <w:rPr>
          <w:rFonts w:ascii="Times New Roman" w:hAnsi="Times New Roman" w:cs="Times New Roman"/>
          <w:sz w:val="24"/>
          <w:szCs w:val="24"/>
        </w:rPr>
        <w:t>7008519810</w:t>
      </w:r>
    </w:p>
    <w:p w14:paraId="73C6D9A8" w14:textId="3750D812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  <w:r w:rsidR="005067D3">
        <w:rPr>
          <w:rFonts w:ascii="Times New Roman" w:hAnsi="Times New Roman" w:cs="Times New Roman"/>
          <w:sz w:val="24"/>
          <w:szCs w:val="24"/>
        </w:rPr>
        <w:t>0000-0001-5711-1594</w:t>
      </w:r>
    </w:p>
    <w:p w14:paraId="2E98E876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2"/>
        <w:gridCol w:w="1729"/>
        <w:gridCol w:w="1916"/>
        <w:gridCol w:w="1545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2A0D3ED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BSE, Odisha</w:t>
            </w:r>
          </w:p>
        </w:tc>
        <w:tc>
          <w:tcPr>
            <w:tcW w:w="1568" w:type="dxa"/>
          </w:tcPr>
          <w:p w14:paraId="65005BE2" w14:textId="5A7DAE50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21" w:type="dxa"/>
          </w:tcPr>
          <w:p w14:paraId="59D1CDC2" w14:textId="53DED0C2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75.83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09F9DE13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Vocational</w:t>
            </w:r>
          </w:p>
        </w:tc>
        <w:tc>
          <w:tcPr>
            <w:tcW w:w="1918" w:type="dxa"/>
          </w:tcPr>
          <w:p w14:paraId="256F3F08" w14:textId="39F9D694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CHSE, Odisha</w:t>
            </w:r>
          </w:p>
        </w:tc>
        <w:tc>
          <w:tcPr>
            <w:tcW w:w="1568" w:type="dxa"/>
          </w:tcPr>
          <w:p w14:paraId="37D1E6C1" w14:textId="779708C4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21" w:type="dxa"/>
          </w:tcPr>
          <w:p w14:paraId="0A8E5395" w14:textId="0DFFDBEF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72.31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0075EF1C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39A9D022" w14:textId="3D3E5B97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University, Odisha</w:t>
            </w:r>
          </w:p>
        </w:tc>
        <w:tc>
          <w:tcPr>
            <w:tcW w:w="1568" w:type="dxa"/>
          </w:tcPr>
          <w:p w14:paraId="42A26F3C" w14:textId="2EBFD790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14:paraId="6C922431" w14:textId="15410FCF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73.36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0C94550C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46A85930" w14:textId="0B856AEF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Hyderabad, Hyderabad</w:t>
            </w:r>
          </w:p>
        </w:tc>
        <w:tc>
          <w:tcPr>
            <w:tcW w:w="1568" w:type="dxa"/>
          </w:tcPr>
          <w:p w14:paraId="437267B2" w14:textId="2E8F693A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1700E8AA" w14:textId="124174D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77.50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29B40CF6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6D8CDBDA" w14:textId="57871DBB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University, Odisha</w:t>
            </w:r>
          </w:p>
        </w:tc>
        <w:tc>
          <w:tcPr>
            <w:tcW w:w="1568" w:type="dxa"/>
          </w:tcPr>
          <w:p w14:paraId="4FDB37B3" w14:textId="50074CD0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14:paraId="27F4B175" w14:textId="1B072635" w:rsidR="008B74CB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69.83</w:t>
            </w: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01C26463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75F173E2" w14:textId="74593F1E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568" w:type="dxa"/>
          </w:tcPr>
          <w:p w14:paraId="4AF78F20" w14:textId="4698391B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1F3120CC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Science</w:t>
            </w:r>
          </w:p>
        </w:tc>
        <w:tc>
          <w:tcPr>
            <w:tcW w:w="1918" w:type="dxa"/>
          </w:tcPr>
          <w:p w14:paraId="035839F5" w14:textId="3440C52C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University, Odisha</w:t>
            </w:r>
          </w:p>
        </w:tc>
        <w:tc>
          <w:tcPr>
            <w:tcW w:w="1568" w:type="dxa"/>
          </w:tcPr>
          <w:p w14:paraId="6AB4215A" w14:textId="336582A3" w:rsidR="008B74CB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Pursuing</w:t>
            </w: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58F1196A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1804" w:type="dxa"/>
          </w:tcPr>
          <w:p w14:paraId="315A4555" w14:textId="72A3EF18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804" w:type="dxa"/>
          </w:tcPr>
          <w:p w14:paraId="6F229C67" w14:textId="221ECABB" w:rsidR="003B1EDF" w:rsidRPr="002B741D" w:rsidRDefault="0098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02/09/2022</w:t>
            </w:r>
          </w:p>
        </w:tc>
        <w:tc>
          <w:tcPr>
            <w:tcW w:w="1804" w:type="dxa"/>
          </w:tcPr>
          <w:p w14:paraId="4F189FBC" w14:textId="77777777" w:rsidR="003B1EDF" w:rsidRDefault="00F2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present</w:t>
            </w:r>
          </w:p>
          <w:p w14:paraId="1DD7030C" w14:textId="7A764D00" w:rsidR="00F22952" w:rsidRPr="002B741D" w:rsidRDefault="00F2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C9C9EED" w14:textId="543FBD07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Years 5 Months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1959"/>
        <w:gridCol w:w="2470"/>
        <w:gridCol w:w="2557"/>
        <w:gridCol w:w="2016"/>
      </w:tblGrid>
      <w:tr w:rsidR="003B1EDF" w:rsidRPr="002B741D" w14:paraId="34DAAE98" w14:textId="77777777" w:rsidTr="006405BF">
        <w:trPr>
          <w:trHeight w:val="980"/>
        </w:trPr>
        <w:tc>
          <w:tcPr>
            <w:tcW w:w="1959" w:type="dxa"/>
          </w:tcPr>
          <w:p w14:paraId="7D27A70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470" w:type="dxa"/>
          </w:tcPr>
          <w:p w14:paraId="753FB7F8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57" w:type="dxa"/>
          </w:tcPr>
          <w:p w14:paraId="28818BD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016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6405BF">
        <w:trPr>
          <w:trHeight w:val="759"/>
        </w:trPr>
        <w:tc>
          <w:tcPr>
            <w:tcW w:w="1959" w:type="dxa"/>
          </w:tcPr>
          <w:p w14:paraId="4468BB09" w14:textId="6B76F92C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 2020 Orientation and Sensitization Programme</w:t>
            </w:r>
          </w:p>
        </w:tc>
        <w:tc>
          <w:tcPr>
            <w:tcW w:w="2470" w:type="dxa"/>
          </w:tcPr>
          <w:p w14:paraId="00DC1C7E" w14:textId="051F73D3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12/06/2024</w:t>
            </w:r>
            <w:r w:rsidR="0009749A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20/06/2024</w:t>
            </w:r>
          </w:p>
        </w:tc>
        <w:tc>
          <w:tcPr>
            <w:tcW w:w="2557" w:type="dxa"/>
          </w:tcPr>
          <w:p w14:paraId="173DC78C" w14:textId="6EB9F925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MMTTC, Sambalpur University</w:t>
            </w:r>
          </w:p>
        </w:tc>
        <w:tc>
          <w:tcPr>
            <w:tcW w:w="2016" w:type="dxa"/>
          </w:tcPr>
          <w:p w14:paraId="381CFB0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E6A0F05" w14:textId="77777777" w:rsidTr="006405BF">
        <w:trPr>
          <w:trHeight w:val="759"/>
        </w:trPr>
        <w:tc>
          <w:tcPr>
            <w:tcW w:w="1959" w:type="dxa"/>
          </w:tcPr>
          <w:p w14:paraId="67DF8F11" w14:textId="499B77DC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Induction Programme</w:t>
            </w:r>
          </w:p>
        </w:tc>
        <w:tc>
          <w:tcPr>
            <w:tcW w:w="2470" w:type="dxa"/>
          </w:tcPr>
          <w:p w14:paraId="06806D19" w14:textId="5EE73C46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17/01/2025 to 15/02/2025</w:t>
            </w:r>
          </w:p>
        </w:tc>
        <w:tc>
          <w:tcPr>
            <w:tcW w:w="2557" w:type="dxa"/>
          </w:tcPr>
          <w:p w14:paraId="07E61D78" w14:textId="3F334B2C" w:rsidR="003B1EDF" w:rsidRPr="002B741D" w:rsidRDefault="0050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MMTTC, Utkal University</w:t>
            </w:r>
          </w:p>
        </w:tc>
        <w:tc>
          <w:tcPr>
            <w:tcW w:w="2016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6405BF">
        <w:trPr>
          <w:trHeight w:val="759"/>
        </w:trPr>
        <w:tc>
          <w:tcPr>
            <w:tcW w:w="1959" w:type="dxa"/>
          </w:tcPr>
          <w:p w14:paraId="05CF0DDC" w14:textId="6ADD74E9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Basic Training Programme </w:t>
            </w:r>
            <w:r w:rsidR="0009749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Indian Knowledge System</w:t>
            </w:r>
          </w:p>
        </w:tc>
        <w:tc>
          <w:tcPr>
            <w:tcW w:w="2470" w:type="dxa"/>
          </w:tcPr>
          <w:p w14:paraId="735358A2" w14:textId="36ABA748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24/02/2025 to 01/03/2025</w:t>
            </w:r>
          </w:p>
        </w:tc>
        <w:tc>
          <w:tcPr>
            <w:tcW w:w="2557" w:type="dxa"/>
          </w:tcPr>
          <w:p w14:paraId="5F7C2307" w14:textId="0E132A2F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MMTTC, Berhampur University</w:t>
            </w:r>
          </w:p>
        </w:tc>
        <w:tc>
          <w:tcPr>
            <w:tcW w:w="2016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BF" w:rsidRPr="002B741D" w14:paraId="213742C4" w14:textId="77777777" w:rsidTr="006405BF">
        <w:trPr>
          <w:trHeight w:val="759"/>
        </w:trPr>
        <w:tc>
          <w:tcPr>
            <w:tcW w:w="1959" w:type="dxa"/>
          </w:tcPr>
          <w:p w14:paraId="0230A4EF" w14:textId="7A401521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Refresher Course</w:t>
            </w:r>
          </w:p>
        </w:tc>
        <w:tc>
          <w:tcPr>
            <w:tcW w:w="2470" w:type="dxa"/>
          </w:tcPr>
          <w:p w14:paraId="1F341754" w14:textId="07777A65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11/12/2025/ to 24/12/2025</w:t>
            </w:r>
          </w:p>
        </w:tc>
        <w:tc>
          <w:tcPr>
            <w:tcW w:w="2557" w:type="dxa"/>
          </w:tcPr>
          <w:p w14:paraId="2C6FB554" w14:textId="0D9F1B48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MMTTC, Utkal University</w:t>
            </w:r>
          </w:p>
        </w:tc>
        <w:tc>
          <w:tcPr>
            <w:tcW w:w="2016" w:type="dxa"/>
          </w:tcPr>
          <w:p w14:paraId="548C30C1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BF" w:rsidRPr="002B741D" w14:paraId="253EC8E6" w14:textId="77777777" w:rsidTr="006405BF">
        <w:trPr>
          <w:trHeight w:val="714"/>
        </w:trPr>
        <w:tc>
          <w:tcPr>
            <w:tcW w:w="1959" w:type="dxa"/>
          </w:tcPr>
          <w:p w14:paraId="60092D32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B17C8C1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A7D7C0A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0C62FF" w14:textId="77777777" w:rsidR="006405BF" w:rsidRPr="002B741D" w:rsidRDefault="006405BF" w:rsidP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1310"/>
        <w:gridCol w:w="1443"/>
        <w:gridCol w:w="1349"/>
        <w:gridCol w:w="1230"/>
        <w:gridCol w:w="3588"/>
        <w:gridCol w:w="1443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EE78F5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16/03/2024</w:t>
            </w:r>
            <w:r w:rsidR="00E46318">
              <w:rPr>
                <w:rFonts w:ascii="Times New Roman" w:hAnsi="Times New Roman" w:cs="Times New Roman"/>
                <w:sz w:val="24"/>
                <w:szCs w:val="24"/>
              </w:rPr>
              <w:t xml:space="preserve"> and 17/03/2024</w:t>
            </w:r>
          </w:p>
        </w:tc>
        <w:tc>
          <w:tcPr>
            <w:tcW w:w="746" w:type="dxa"/>
          </w:tcPr>
          <w:p w14:paraId="4B2A63BC" w14:textId="316AB1A1" w:rsidR="003B1EDF" w:rsidRPr="002B741D" w:rsidRDefault="00E4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 as an Emerging Economy Since Economic Reforms: Performance and Prospects</w:t>
            </w:r>
          </w:p>
        </w:tc>
        <w:tc>
          <w:tcPr>
            <w:tcW w:w="1184" w:type="dxa"/>
          </w:tcPr>
          <w:p w14:paraId="34410501" w14:textId="73B87B31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 Department of Political Science</w:t>
            </w: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2A5BC1BC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460" w:type="dxa"/>
          </w:tcPr>
          <w:p w14:paraId="435B6A93" w14:textId="781F799F" w:rsidR="003B1EDF" w:rsidRPr="002B741D" w:rsidRDefault="00640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1E4AD5A5" w:rsidR="003B1EDF" w:rsidRPr="002B741D" w:rsidRDefault="0063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</w:p>
        </w:tc>
        <w:tc>
          <w:tcPr>
            <w:tcW w:w="3122" w:type="dxa"/>
          </w:tcPr>
          <w:p w14:paraId="2C72DD06" w14:textId="7B9E5FCD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949" w:type="dxa"/>
          </w:tcPr>
          <w:p w14:paraId="4D95F47D" w14:textId="411B1C71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1550F427" w:rsidR="003B1EDF" w:rsidRPr="002B741D" w:rsidRDefault="00E7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</w:t>
            </w: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3FEE79D8" w:rsidR="003B1EDF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  <w:r w:rsidR="009824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51ACD" w14:textId="3D985FBC" w:rsidR="00982483" w:rsidRPr="00982483" w:rsidRDefault="00982483" w:rsidP="00982483">
      <w:r>
        <w:t>Political Theory, Political Thought, Tribal Studies, Welfare Politics, Gender Studies,</w:t>
      </w:r>
      <w:r w:rsidR="00D86065">
        <w:t xml:space="preserve"> </w:t>
      </w:r>
      <w:r>
        <w:t>etc.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E76659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E76659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16A5730C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D86065">
        <w:rPr>
          <w:rFonts w:ascii="Times New Roman" w:hAnsi="Times New Roman" w:cs="Times New Roman"/>
          <w:sz w:val="24"/>
          <w:szCs w:val="24"/>
        </w:rPr>
        <w:t>1</w:t>
      </w:r>
      <w:r w:rsidR="0009749A">
        <w:rPr>
          <w:rFonts w:ascii="Times New Roman" w:hAnsi="Times New Roman" w:cs="Times New Roman"/>
          <w:sz w:val="24"/>
          <w:szCs w:val="24"/>
        </w:rPr>
        <w:t>7</w:t>
      </w:r>
      <w:r w:rsidR="00D86065">
        <w:rPr>
          <w:rFonts w:ascii="Times New Roman" w:hAnsi="Times New Roman" w:cs="Times New Roman"/>
          <w:sz w:val="24"/>
          <w:szCs w:val="24"/>
        </w:rPr>
        <w:t>/02/2026</w:t>
      </w:r>
    </w:p>
    <w:p w14:paraId="49C9217A" w14:textId="0D6B5DFF" w:rsidR="003B1EDF" w:rsidRPr="002B741D" w:rsidRDefault="00E7665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D86065">
        <w:rPr>
          <w:rFonts w:ascii="Times New Roman" w:hAnsi="Times New Roman" w:cs="Times New Roman"/>
          <w:sz w:val="24"/>
          <w:szCs w:val="24"/>
        </w:rPr>
        <w:t>Salipur</w:t>
      </w:r>
    </w:p>
    <w:p w14:paraId="27853D96" w14:textId="77777777" w:rsidR="00D86065" w:rsidRDefault="00D86065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Nityasundar Mishra</w:t>
      </w:r>
    </w:p>
    <w:p w14:paraId="441620E2" w14:textId="2C572DD0" w:rsidR="003B1EDF" w:rsidRPr="002B741D" w:rsidRDefault="00E76659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9016465">
    <w:abstractNumId w:val="8"/>
  </w:num>
  <w:num w:numId="2" w16cid:durableId="1597714366">
    <w:abstractNumId w:val="6"/>
  </w:num>
  <w:num w:numId="3" w16cid:durableId="930817848">
    <w:abstractNumId w:val="5"/>
  </w:num>
  <w:num w:numId="4" w16cid:durableId="2110154648">
    <w:abstractNumId w:val="4"/>
  </w:num>
  <w:num w:numId="5" w16cid:durableId="2140952616">
    <w:abstractNumId w:val="7"/>
  </w:num>
  <w:num w:numId="6" w16cid:durableId="1411269527">
    <w:abstractNumId w:val="3"/>
  </w:num>
  <w:num w:numId="7" w16cid:durableId="1829902651">
    <w:abstractNumId w:val="2"/>
  </w:num>
  <w:num w:numId="8" w16cid:durableId="359358005">
    <w:abstractNumId w:val="1"/>
  </w:num>
  <w:num w:numId="9" w16cid:durableId="91023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49A"/>
    <w:rsid w:val="000B2F79"/>
    <w:rsid w:val="0015074B"/>
    <w:rsid w:val="00267A8E"/>
    <w:rsid w:val="0029639D"/>
    <w:rsid w:val="002B741D"/>
    <w:rsid w:val="002C0847"/>
    <w:rsid w:val="00326F90"/>
    <w:rsid w:val="003B1EDF"/>
    <w:rsid w:val="005067D3"/>
    <w:rsid w:val="00605732"/>
    <w:rsid w:val="00636436"/>
    <w:rsid w:val="006405BF"/>
    <w:rsid w:val="00803555"/>
    <w:rsid w:val="008B74CB"/>
    <w:rsid w:val="00982483"/>
    <w:rsid w:val="00AA1D8D"/>
    <w:rsid w:val="00B47730"/>
    <w:rsid w:val="00CB0664"/>
    <w:rsid w:val="00D30933"/>
    <w:rsid w:val="00D86065"/>
    <w:rsid w:val="00DA5D53"/>
    <w:rsid w:val="00E46318"/>
    <w:rsid w:val="00E76659"/>
    <w:rsid w:val="00F229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B284E-C144-48D5-B320-F5AFBFB3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Tushar Kumar Mohanty</cp:lastModifiedBy>
  <cp:revision>11</cp:revision>
  <dcterms:created xsi:type="dcterms:W3CDTF">2013-12-23T23:15:00Z</dcterms:created>
  <dcterms:modified xsi:type="dcterms:W3CDTF">2026-02-17T06:49:00Z</dcterms:modified>
  <cp:category/>
</cp:coreProperties>
</file>