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53E0" w14:textId="68B27E69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</w:t>
      </w:r>
      <w:r w:rsidR="00084818">
        <w:rPr>
          <w:rFonts w:ascii="Times New Roman" w:hAnsi="Times New Roman" w:cs="Times New Roman"/>
        </w:rPr>
        <w:t>RICULUM VITAE OF PRASANTA KUMAR SAHOO</w:t>
      </w:r>
      <w:bookmarkStart w:id="0" w:name="_GoBack"/>
      <w:bookmarkEnd w:id="0"/>
    </w:p>
    <w:p w14:paraId="27282C65" w14:textId="6CD08C93" w:rsidR="002B741D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  <w:r w:rsidR="00B15E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B15E6D">
        <w:rPr>
          <w:noProof/>
        </w:rPr>
        <w:t xml:space="preserve">         </w:t>
      </w:r>
    </w:p>
    <w:p w14:paraId="0A95E2B3" w14:textId="77777777" w:rsidR="00B15E6D" w:rsidRDefault="00B15E6D" w:rsidP="00E529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FDD316" w14:textId="16934556" w:rsidR="00B15E6D" w:rsidRDefault="00B15E6D" w:rsidP="00E529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6D719C72" w14:textId="6A628B46" w:rsidR="00B15E6D" w:rsidRDefault="000B2F79" w:rsidP="00B15E6D">
      <w:pPr>
        <w:spacing w:line="240" w:lineRule="auto"/>
        <w:contextualSpacing/>
        <w:rPr>
          <w:rFonts w:ascii="Arial Black" w:hAnsi="Arial Black" w:cs="Arial"/>
          <w:b/>
        </w:rPr>
      </w:pPr>
      <w:r w:rsidRPr="002B741D">
        <w:rPr>
          <w:rFonts w:ascii="Times New Roman" w:hAnsi="Times New Roman" w:cs="Times New Roman"/>
          <w:sz w:val="24"/>
          <w:szCs w:val="24"/>
        </w:rPr>
        <w:t>Full Name</w:t>
      </w:r>
      <w:r w:rsidRPr="00E529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7AA2" w:rsidRPr="00E529AD">
        <w:rPr>
          <w:rFonts w:ascii="Arial Black" w:hAnsi="Arial Black" w:cs="Arial"/>
          <w:b/>
        </w:rPr>
        <w:t>PRASANTA KUMAR SAH</w:t>
      </w:r>
      <w:r w:rsidR="00B15E6D">
        <w:rPr>
          <w:rFonts w:ascii="Arial Black" w:hAnsi="Arial Black" w:cs="Arial"/>
          <w:b/>
        </w:rPr>
        <w:t xml:space="preserve">OO                     </w:t>
      </w:r>
      <w:r w:rsidR="00B15E6D">
        <w:rPr>
          <w:noProof/>
        </w:rPr>
        <w:drawing>
          <wp:inline distT="0" distB="0" distL="0" distR="0" wp14:anchorId="6185E806" wp14:editId="5C133309">
            <wp:extent cx="1463758" cy="12382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85" cy="124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9E2CFD" w14:textId="5C6A19EE" w:rsidR="003B1EDF" w:rsidRPr="002B741D" w:rsidRDefault="00084818" w:rsidP="00B15E6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B741D">
        <w:rPr>
          <w:rFonts w:ascii="Times New Roman" w:hAnsi="Times New Roman" w:cs="Times New Roman"/>
          <w:sz w:val="24"/>
          <w:szCs w:val="24"/>
        </w:rPr>
        <w:t>D</w:t>
      </w:r>
      <w:r w:rsidRPr="002B741D">
        <w:rPr>
          <w:rFonts w:ascii="Times New Roman" w:hAnsi="Times New Roman" w:cs="Times New Roman"/>
          <w:sz w:val="24"/>
          <w:szCs w:val="24"/>
        </w:rPr>
        <w:t>e</w:t>
      </w:r>
      <w:r w:rsidRPr="002B741D">
        <w:rPr>
          <w:rFonts w:ascii="Times New Roman" w:hAnsi="Times New Roman" w:cs="Times New Roman"/>
          <w:sz w:val="24"/>
          <w:szCs w:val="24"/>
        </w:rPr>
        <w:t>signation</w:t>
      </w:r>
      <w:proofErr w:type="spellEnd"/>
      <w:r w:rsidRPr="002B741D">
        <w:rPr>
          <w:rFonts w:ascii="Times New Roman" w:hAnsi="Times New Roman" w:cs="Times New Roman"/>
          <w:sz w:val="24"/>
          <w:szCs w:val="24"/>
        </w:rPr>
        <w:t xml:space="preserve">: </w:t>
      </w:r>
      <w:r w:rsidR="00607AA2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1AB11499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607AA2">
        <w:rPr>
          <w:rFonts w:ascii="Times New Roman" w:hAnsi="Times New Roman" w:cs="Times New Roman"/>
          <w:sz w:val="24"/>
          <w:szCs w:val="24"/>
        </w:rPr>
        <w:t>MATHEMATICS</w:t>
      </w:r>
      <w:r w:rsidR="00B15E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5F5D653E" w14:textId="7FDC4F0B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607AA2">
        <w:rPr>
          <w:rFonts w:ascii="Times New Roman" w:hAnsi="Times New Roman" w:cs="Times New Roman"/>
          <w:sz w:val="24"/>
          <w:szCs w:val="24"/>
        </w:rPr>
        <w:t>12-04-1990</w:t>
      </w:r>
    </w:p>
    <w:p w14:paraId="0980F2F6" w14:textId="6467FF1D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607AA2">
        <w:rPr>
          <w:rFonts w:ascii="Times New Roman" w:hAnsi="Times New Roman" w:cs="Times New Roman"/>
          <w:sz w:val="24"/>
          <w:szCs w:val="24"/>
        </w:rPr>
        <w:t xml:space="preserve"> 17-10-2016</w:t>
      </w:r>
    </w:p>
    <w:p w14:paraId="1D01D285" w14:textId="2697E077" w:rsidR="003B1EDF" w:rsidRPr="002B741D" w:rsidRDefault="00084818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607AA2">
        <w:rPr>
          <w:rFonts w:ascii="Times New Roman" w:hAnsi="Times New Roman" w:cs="Times New Roman"/>
          <w:sz w:val="24"/>
          <w:szCs w:val="24"/>
        </w:rPr>
        <w:t>MALE</w:t>
      </w:r>
      <w:r w:rsidR="000B2F79">
        <w:rPr>
          <w:rFonts w:ascii="Times New Roman" w:hAnsi="Times New Roman" w:cs="Times New Roman"/>
          <w:sz w:val="24"/>
          <w:szCs w:val="24"/>
        </w:rPr>
        <w:tab/>
      </w:r>
    </w:p>
    <w:p w14:paraId="19BA040D" w14:textId="4290BE73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607AA2">
        <w:rPr>
          <w:rFonts w:ascii="Times New Roman" w:hAnsi="Times New Roman" w:cs="Times New Roman"/>
          <w:sz w:val="24"/>
          <w:szCs w:val="24"/>
        </w:rPr>
        <w:t>SALIPUR AUTONOMOUS COLLEGE</w:t>
      </w:r>
    </w:p>
    <w:p w14:paraId="103A26B7" w14:textId="56C540D2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607AA2">
        <w:rPr>
          <w:rFonts w:ascii="Times New Roman" w:hAnsi="Times New Roman" w:cs="Times New Roman"/>
          <w:sz w:val="24"/>
          <w:szCs w:val="24"/>
        </w:rPr>
        <w:t>prasant.math156@gmail.com</w:t>
      </w:r>
    </w:p>
    <w:p w14:paraId="21EBF29B" w14:textId="3EB30A55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607AA2">
        <w:rPr>
          <w:rFonts w:ascii="Times New Roman" w:hAnsi="Times New Roman" w:cs="Times New Roman"/>
          <w:sz w:val="24"/>
          <w:szCs w:val="24"/>
        </w:rPr>
        <w:t>8249017142</w:t>
      </w:r>
    </w:p>
    <w:p w14:paraId="73C6D9A8" w14:textId="77777777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296"/>
        <w:gridCol w:w="4531"/>
        <w:gridCol w:w="1923"/>
        <w:gridCol w:w="696"/>
        <w:gridCol w:w="1382"/>
      </w:tblGrid>
      <w:tr w:rsidR="003B1EDF" w:rsidRPr="002B741D" w14:paraId="68450DE0" w14:textId="77777777" w:rsidTr="000F09B7">
        <w:trPr>
          <w:trHeight w:val="299"/>
        </w:trPr>
        <w:tc>
          <w:tcPr>
            <w:tcW w:w="1296" w:type="dxa"/>
          </w:tcPr>
          <w:p w14:paraId="3B1AB608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4531" w:type="dxa"/>
          </w:tcPr>
          <w:p w14:paraId="0AC62F78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23" w:type="dxa"/>
          </w:tcPr>
          <w:p w14:paraId="7017CAE9" w14:textId="2467603D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696" w:type="dxa"/>
          </w:tcPr>
          <w:p w14:paraId="5BD02EF3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82" w:type="dxa"/>
          </w:tcPr>
          <w:p w14:paraId="5CA6061A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0F09B7">
        <w:trPr>
          <w:trHeight w:val="299"/>
        </w:trPr>
        <w:tc>
          <w:tcPr>
            <w:tcW w:w="1296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6F3EAEA0" w14:textId="5CF60422" w:rsidR="003B1EDF" w:rsidRPr="002B741D" w:rsidRDefault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FLO,SLE,TLH</w:t>
            </w:r>
            <w:r w:rsidR="007431B4">
              <w:rPr>
                <w:rFonts w:ascii="Times New Roman" w:hAnsi="Times New Roman" w:cs="Times New Roman"/>
                <w:sz w:val="24"/>
                <w:szCs w:val="24"/>
              </w:rPr>
              <w:t>,M</w:t>
            </w:r>
            <w:r w:rsidR="00A7314A">
              <w:rPr>
                <w:rFonts w:ascii="Times New Roman" w:hAnsi="Times New Roman" w:cs="Times New Roman"/>
                <w:sz w:val="24"/>
                <w:szCs w:val="24"/>
              </w:rPr>
              <w:t>ATH,SCP,SCL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314A">
              <w:rPr>
                <w:rFonts w:ascii="Times New Roman" w:hAnsi="Times New Roman" w:cs="Times New Roman"/>
                <w:sz w:val="24"/>
                <w:szCs w:val="24"/>
              </w:rPr>
              <w:t>SSH,SSG</w:t>
            </w:r>
          </w:p>
        </w:tc>
        <w:tc>
          <w:tcPr>
            <w:tcW w:w="1923" w:type="dxa"/>
          </w:tcPr>
          <w:p w14:paraId="52BE2E3A" w14:textId="76235F15" w:rsidR="003B1EDF" w:rsidRPr="002B741D" w:rsidRDefault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</w:t>
            </w:r>
          </w:p>
        </w:tc>
        <w:tc>
          <w:tcPr>
            <w:tcW w:w="696" w:type="dxa"/>
          </w:tcPr>
          <w:p w14:paraId="65005BE2" w14:textId="7D3EE82C" w:rsidR="003B1EDF" w:rsidRPr="002B741D" w:rsidRDefault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82" w:type="dxa"/>
          </w:tcPr>
          <w:p w14:paraId="59D1CDC2" w14:textId="39AAC065" w:rsidR="003B1EDF" w:rsidRPr="002B741D" w:rsidRDefault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72.8. %</w:t>
            </w:r>
          </w:p>
        </w:tc>
      </w:tr>
      <w:tr w:rsidR="00E529AD" w:rsidRPr="002B741D" w14:paraId="112929F6" w14:textId="77777777" w:rsidTr="000F09B7">
        <w:trPr>
          <w:trHeight w:val="299"/>
        </w:trPr>
        <w:tc>
          <w:tcPr>
            <w:tcW w:w="1296" w:type="dxa"/>
          </w:tcPr>
          <w:p w14:paraId="11405126" w14:textId="57503ED8" w:rsidR="00E529AD" w:rsidRPr="002B741D" w:rsidRDefault="00E529AD" w:rsidP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6B75E8C2" w14:textId="33244DA0" w:rsidR="00E529AD" w:rsidRPr="002B741D" w:rsidRDefault="00E529AD" w:rsidP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ENG,MIL(O),PHY,CHEM,MATH,</w:t>
            </w:r>
          </w:p>
        </w:tc>
        <w:tc>
          <w:tcPr>
            <w:tcW w:w="1923" w:type="dxa"/>
          </w:tcPr>
          <w:p w14:paraId="256F3F08" w14:textId="133C5830" w:rsidR="00E529AD" w:rsidRPr="002B741D" w:rsidRDefault="00E529AD" w:rsidP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CHSE </w:t>
            </w:r>
          </w:p>
        </w:tc>
        <w:tc>
          <w:tcPr>
            <w:tcW w:w="696" w:type="dxa"/>
          </w:tcPr>
          <w:p w14:paraId="37D1E6C1" w14:textId="0B470324" w:rsidR="00E529AD" w:rsidRPr="002B741D" w:rsidRDefault="00E529AD" w:rsidP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82" w:type="dxa"/>
          </w:tcPr>
          <w:p w14:paraId="0A8E5395" w14:textId="365B44F0" w:rsidR="00E529AD" w:rsidRPr="002B741D" w:rsidRDefault="00E529AD" w:rsidP="00E52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9905DA" w:rsidRPr="002B741D" w14:paraId="3D834C02" w14:textId="77777777" w:rsidTr="000F09B7">
        <w:trPr>
          <w:trHeight w:val="281"/>
        </w:trPr>
        <w:tc>
          <w:tcPr>
            <w:tcW w:w="1296" w:type="dxa"/>
          </w:tcPr>
          <w:p w14:paraId="733B89FF" w14:textId="05AA9663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4531" w:type="dxa"/>
          </w:tcPr>
          <w:p w14:paraId="4E29EE5A" w14:textId="12DE48D1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923" w:type="dxa"/>
          </w:tcPr>
          <w:p w14:paraId="39A9D022" w14:textId="12CE09AC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696" w:type="dxa"/>
          </w:tcPr>
          <w:p w14:paraId="42A26F3C" w14:textId="141DE9AC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82" w:type="dxa"/>
          </w:tcPr>
          <w:p w14:paraId="7BB7ED47" w14:textId="77777777" w:rsidR="009905DA" w:rsidRDefault="009905DA" w:rsidP="009905D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85.6</w:t>
            </w:r>
            <w:r w:rsidRPr="00382C26">
              <w:rPr>
                <w:rFonts w:ascii="Arial" w:hAnsi="Arial" w:cs="Arial"/>
              </w:rPr>
              <w:t>%</w:t>
            </w:r>
            <w:r>
              <w:rPr>
                <w:rFonts w:ascii="Arial" w:hAnsi="Arial" w:cs="Arial"/>
              </w:rPr>
              <w:t>(hons)</w:t>
            </w:r>
          </w:p>
          <w:p w14:paraId="6C922431" w14:textId="5A16B3ED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77% (avg.)</w:t>
            </w:r>
          </w:p>
        </w:tc>
      </w:tr>
      <w:tr w:rsidR="009905DA" w:rsidRPr="002B741D" w14:paraId="18EA82CC" w14:textId="77777777" w:rsidTr="000F09B7">
        <w:trPr>
          <w:trHeight w:val="299"/>
        </w:trPr>
        <w:tc>
          <w:tcPr>
            <w:tcW w:w="1296" w:type="dxa"/>
          </w:tcPr>
          <w:p w14:paraId="7107CB41" w14:textId="4AEEA6FE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  <w:proofErr w:type="spellEnd"/>
          </w:p>
        </w:tc>
        <w:tc>
          <w:tcPr>
            <w:tcW w:w="4531" w:type="dxa"/>
          </w:tcPr>
          <w:p w14:paraId="530D7758" w14:textId="2E9212DB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1923" w:type="dxa"/>
          </w:tcPr>
          <w:p w14:paraId="46A85930" w14:textId="6A2F521E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PONDICHERRY UNIVERSITY</w:t>
            </w:r>
          </w:p>
        </w:tc>
        <w:tc>
          <w:tcPr>
            <w:tcW w:w="696" w:type="dxa"/>
          </w:tcPr>
          <w:p w14:paraId="437267B2" w14:textId="539F1E61" w:rsidR="009905DA" w:rsidRPr="002B741D" w:rsidRDefault="009905DA" w:rsidP="00990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82" w:type="dxa"/>
          </w:tcPr>
          <w:p w14:paraId="1700E8AA" w14:textId="7CDB745B" w:rsidR="009905DA" w:rsidRPr="002B741D" w:rsidRDefault="009905DA" w:rsidP="009905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85.6%</w:t>
            </w:r>
          </w:p>
        </w:tc>
      </w:tr>
    </w:tbl>
    <w:p w14:paraId="77A8990F" w14:textId="54BF9D23" w:rsidR="003B1EDF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p w14:paraId="55FC290C" w14:textId="45BF8953" w:rsidR="000F09B7" w:rsidRDefault="000F09B7" w:rsidP="000F09B7"/>
    <w:p w14:paraId="6004186E" w14:textId="182A27A7" w:rsidR="000F09B7" w:rsidRDefault="000F09B7" w:rsidP="000F09B7"/>
    <w:p w14:paraId="243FF687" w14:textId="77777777" w:rsidR="000F09B7" w:rsidRPr="000F09B7" w:rsidRDefault="000F09B7" w:rsidP="000F09B7"/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458"/>
        <w:gridCol w:w="2880"/>
        <w:gridCol w:w="1710"/>
        <w:gridCol w:w="1676"/>
        <w:gridCol w:w="1296"/>
      </w:tblGrid>
      <w:tr w:rsidR="003B1EDF" w:rsidRPr="002B741D" w14:paraId="18B04126" w14:textId="77777777" w:rsidTr="000F09B7">
        <w:trPr>
          <w:trHeight w:val="731"/>
        </w:trPr>
        <w:tc>
          <w:tcPr>
            <w:tcW w:w="1458" w:type="dxa"/>
          </w:tcPr>
          <w:p w14:paraId="1A04C332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2880" w:type="dxa"/>
          </w:tcPr>
          <w:p w14:paraId="43C11A9F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710" w:type="dxa"/>
          </w:tcPr>
          <w:p w14:paraId="62272E36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676" w:type="dxa"/>
          </w:tcPr>
          <w:p w14:paraId="1424AF67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296" w:type="dxa"/>
          </w:tcPr>
          <w:p w14:paraId="5E69B777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0F09B7">
        <w:trPr>
          <w:trHeight w:val="664"/>
        </w:trPr>
        <w:tc>
          <w:tcPr>
            <w:tcW w:w="1458" w:type="dxa"/>
          </w:tcPr>
          <w:p w14:paraId="3CC01E61" w14:textId="5E38622E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880" w:type="dxa"/>
          </w:tcPr>
          <w:p w14:paraId="315A4555" w14:textId="06A47C86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RAYAGADA AUTONOMOUS COLLEGE</w:t>
            </w:r>
          </w:p>
        </w:tc>
        <w:tc>
          <w:tcPr>
            <w:tcW w:w="1710" w:type="dxa"/>
          </w:tcPr>
          <w:p w14:paraId="6F229C67" w14:textId="22C8A183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17-10-2016</w:t>
            </w:r>
          </w:p>
        </w:tc>
        <w:tc>
          <w:tcPr>
            <w:tcW w:w="1676" w:type="dxa"/>
          </w:tcPr>
          <w:p w14:paraId="1DD7030C" w14:textId="13CA76CE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30-06-2025</w:t>
            </w:r>
          </w:p>
        </w:tc>
        <w:tc>
          <w:tcPr>
            <w:tcW w:w="1296" w:type="dxa"/>
          </w:tcPr>
          <w:p w14:paraId="5C9C9EED" w14:textId="5D6527C5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9YRS</w:t>
            </w:r>
          </w:p>
        </w:tc>
      </w:tr>
      <w:tr w:rsidR="003B1EDF" w:rsidRPr="002B741D" w14:paraId="2792622D" w14:textId="77777777" w:rsidTr="000F09B7">
        <w:trPr>
          <w:trHeight w:val="664"/>
        </w:trPr>
        <w:tc>
          <w:tcPr>
            <w:tcW w:w="1458" w:type="dxa"/>
          </w:tcPr>
          <w:p w14:paraId="6581A516" w14:textId="0426DCF4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880" w:type="dxa"/>
          </w:tcPr>
          <w:p w14:paraId="39A733C1" w14:textId="1D59D616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710" w:type="dxa"/>
          </w:tcPr>
          <w:p w14:paraId="5E794921" w14:textId="13F20D3F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01-07-2025</w:t>
            </w:r>
          </w:p>
        </w:tc>
        <w:tc>
          <w:tcPr>
            <w:tcW w:w="1676" w:type="dxa"/>
          </w:tcPr>
          <w:p w14:paraId="6DF764E8" w14:textId="4DDB7649" w:rsidR="003B1EDF" w:rsidRPr="002B741D" w:rsidRDefault="000F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DATE</w:t>
            </w:r>
          </w:p>
        </w:tc>
        <w:tc>
          <w:tcPr>
            <w:tcW w:w="1296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0F09B7">
        <w:trPr>
          <w:trHeight w:val="626"/>
        </w:trPr>
        <w:tc>
          <w:tcPr>
            <w:tcW w:w="1458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0F09B7">
        <w:trPr>
          <w:trHeight w:val="626"/>
        </w:trPr>
        <w:tc>
          <w:tcPr>
            <w:tcW w:w="1458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0F09B7">
        <w:trPr>
          <w:trHeight w:val="626"/>
        </w:trPr>
        <w:tc>
          <w:tcPr>
            <w:tcW w:w="1458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55"/>
        <w:gridCol w:w="1737"/>
        <w:gridCol w:w="3097"/>
        <w:gridCol w:w="2013"/>
      </w:tblGrid>
      <w:tr w:rsidR="003B1EDF" w:rsidRPr="002B741D" w14:paraId="34DAAE98" w14:textId="77777777" w:rsidTr="00731D45">
        <w:trPr>
          <w:trHeight w:val="980"/>
        </w:trPr>
        <w:tc>
          <w:tcPr>
            <w:tcW w:w="2155" w:type="dxa"/>
          </w:tcPr>
          <w:p w14:paraId="7D27A707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1737" w:type="dxa"/>
          </w:tcPr>
          <w:p w14:paraId="753FB7F8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097" w:type="dxa"/>
          </w:tcPr>
          <w:p w14:paraId="28818BD2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013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731D45">
        <w:trPr>
          <w:trHeight w:val="759"/>
        </w:trPr>
        <w:tc>
          <w:tcPr>
            <w:tcW w:w="2155" w:type="dxa"/>
          </w:tcPr>
          <w:p w14:paraId="4468BB09" w14:textId="62E3FFA9" w:rsidR="003B1EDF" w:rsidRPr="002B741D" w:rsidRDefault="0099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Refresher course in Mathematical Science</w:t>
            </w:r>
          </w:p>
        </w:tc>
        <w:tc>
          <w:tcPr>
            <w:tcW w:w="1737" w:type="dxa"/>
          </w:tcPr>
          <w:p w14:paraId="00DC1C7E" w14:textId="025CB4E2" w:rsidR="003B1EDF" w:rsidRPr="002B741D" w:rsidRDefault="0099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16-05-2017 to 05-06-2017</w:t>
            </w:r>
          </w:p>
        </w:tc>
        <w:tc>
          <w:tcPr>
            <w:tcW w:w="3097" w:type="dxa"/>
          </w:tcPr>
          <w:p w14:paraId="173DC78C" w14:textId="4BA90805" w:rsidR="003B1EDF" w:rsidRPr="002B741D" w:rsidRDefault="0099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 DHANBAD</w:t>
            </w:r>
          </w:p>
        </w:tc>
        <w:tc>
          <w:tcPr>
            <w:tcW w:w="2013" w:type="dxa"/>
          </w:tcPr>
          <w:p w14:paraId="381CFB0F" w14:textId="7EB10539" w:rsidR="003B1EDF" w:rsidRPr="002B741D" w:rsidRDefault="0099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14:paraId="3E6A0F05" w14:textId="77777777" w:rsidTr="00731D45">
        <w:trPr>
          <w:trHeight w:val="759"/>
        </w:trPr>
        <w:tc>
          <w:tcPr>
            <w:tcW w:w="2155" w:type="dxa"/>
          </w:tcPr>
          <w:p w14:paraId="67DF8F11" w14:textId="620EC7E1" w:rsidR="003B1EDF" w:rsidRPr="002B741D" w:rsidRDefault="00C6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Orientation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D45">
              <w:rPr>
                <w:rFonts w:ascii="Times New Roman" w:hAnsi="Times New Roman" w:cs="Times New Roman"/>
                <w:sz w:val="24"/>
                <w:szCs w:val="24"/>
              </w:rPr>
              <w:t>(FIP-6)</w:t>
            </w:r>
          </w:p>
        </w:tc>
        <w:tc>
          <w:tcPr>
            <w:tcW w:w="1737" w:type="dxa"/>
          </w:tcPr>
          <w:p w14:paraId="06806D19" w14:textId="70AB40B7" w:rsidR="003B1EDF" w:rsidRPr="002B741D" w:rsidRDefault="00C6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30-08-2021 to 08-10-2021</w:t>
            </w:r>
          </w:p>
        </w:tc>
        <w:tc>
          <w:tcPr>
            <w:tcW w:w="3097" w:type="dxa"/>
          </w:tcPr>
          <w:p w14:paraId="07E61D78" w14:textId="0F925D44" w:rsidR="003B1EDF" w:rsidRPr="002B741D" w:rsidRDefault="00C6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UGC-HRDC,JNTUH,HYDREBAD</w:t>
            </w:r>
          </w:p>
        </w:tc>
        <w:tc>
          <w:tcPr>
            <w:tcW w:w="2013" w:type="dxa"/>
          </w:tcPr>
          <w:p w14:paraId="22053FB7" w14:textId="28E7A1A1" w:rsidR="003B1EDF" w:rsidRPr="002B741D" w:rsidRDefault="00C6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14:paraId="3F8591A1" w14:textId="77777777" w:rsidTr="00731D45">
        <w:trPr>
          <w:trHeight w:val="759"/>
        </w:trPr>
        <w:tc>
          <w:tcPr>
            <w:tcW w:w="2155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731D45">
        <w:trPr>
          <w:trHeight w:val="759"/>
        </w:trPr>
        <w:tc>
          <w:tcPr>
            <w:tcW w:w="2155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731D45">
        <w:trPr>
          <w:trHeight w:val="714"/>
        </w:trPr>
        <w:tc>
          <w:tcPr>
            <w:tcW w:w="2155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Role 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885"/>
        <w:gridCol w:w="1890"/>
        <w:gridCol w:w="889"/>
        <w:gridCol w:w="737"/>
        <w:gridCol w:w="1239"/>
        <w:gridCol w:w="1193"/>
        <w:gridCol w:w="1190"/>
      </w:tblGrid>
      <w:tr w:rsidR="00084818" w:rsidRPr="002B741D" w14:paraId="6E6FEC9F" w14:textId="77777777" w:rsidTr="00084818">
        <w:trPr>
          <w:trHeight w:val="1241"/>
        </w:trPr>
        <w:tc>
          <w:tcPr>
            <w:tcW w:w="1885" w:type="dxa"/>
          </w:tcPr>
          <w:p w14:paraId="0AFF1619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890" w:type="dxa"/>
          </w:tcPr>
          <w:p w14:paraId="76FF7F9E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889" w:type="dxa"/>
          </w:tcPr>
          <w:p w14:paraId="42CFB5A0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737" w:type="dxa"/>
          </w:tcPr>
          <w:p w14:paraId="3577A440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39" w:type="dxa"/>
          </w:tcPr>
          <w:p w14:paraId="49E4FF05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193" w:type="dxa"/>
          </w:tcPr>
          <w:p w14:paraId="71183F80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190" w:type="dxa"/>
          </w:tcPr>
          <w:p w14:paraId="4A4905CA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084818" w:rsidRPr="002B741D" w14:paraId="16432B62" w14:textId="77777777" w:rsidTr="00084818">
        <w:trPr>
          <w:trHeight w:val="413"/>
        </w:trPr>
        <w:tc>
          <w:tcPr>
            <w:tcW w:w="1885" w:type="dxa"/>
          </w:tcPr>
          <w:p w14:paraId="56D59296" w14:textId="71262BD6" w:rsidR="003B1EDF" w:rsidRPr="002B741D" w:rsidRDefault="0052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Convergence Analysis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stirling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method using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majorizing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sequences</w:t>
            </w:r>
          </w:p>
        </w:tc>
        <w:tc>
          <w:tcPr>
            <w:tcW w:w="1890" w:type="dxa"/>
          </w:tcPr>
          <w:p w14:paraId="5A656406" w14:textId="5796AA3C" w:rsidR="003B1EDF" w:rsidRPr="002B741D" w:rsidRDefault="0052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Cal.math.soc</w:t>
            </w:r>
            <w:proofErr w:type="spellEnd"/>
          </w:p>
        </w:tc>
        <w:tc>
          <w:tcPr>
            <w:tcW w:w="8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02914AC0" w14:textId="3E4A77FA" w:rsidR="003B1EDF" w:rsidRPr="002B741D" w:rsidRDefault="0052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93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DE5DC5A" w14:textId="0885EA70" w:rsidR="003B1EDF" w:rsidRPr="002B741D" w:rsidRDefault="0052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84818" w:rsidRPr="002B741D" w14:paraId="7EFAD50D" w14:textId="77777777" w:rsidTr="00084818">
        <w:trPr>
          <w:trHeight w:val="413"/>
        </w:trPr>
        <w:tc>
          <w:tcPr>
            <w:tcW w:w="1885" w:type="dxa"/>
          </w:tcPr>
          <w:p w14:paraId="29E41B68" w14:textId="768500DA" w:rsidR="003B1EDF" w:rsidRPr="002B741D" w:rsidRDefault="001F3BD0" w:rsidP="001F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Gauss-Newtown-secant method for the solution of Non-linear Least –Square problem using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-conditation</w:t>
            </w:r>
          </w:p>
        </w:tc>
        <w:tc>
          <w:tcPr>
            <w:tcW w:w="1890" w:type="dxa"/>
          </w:tcPr>
          <w:p w14:paraId="2EFC1F3A" w14:textId="67E6F472" w:rsidR="003B1EDF" w:rsidRPr="002B741D" w:rsidRDefault="001F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conference on mathematics and computing</w:t>
            </w:r>
          </w:p>
        </w:tc>
        <w:tc>
          <w:tcPr>
            <w:tcW w:w="8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7D2C67BE" w14:textId="03AA09D1" w:rsidR="003B1EDF" w:rsidRPr="002B741D" w:rsidRDefault="001F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93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A913069" w14:textId="1946C92A" w:rsidR="003B1EDF" w:rsidRPr="002B741D" w:rsidRDefault="001F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084818" w:rsidRPr="002B741D" w14:paraId="54B7D881" w14:textId="77777777" w:rsidTr="00084818">
        <w:trPr>
          <w:trHeight w:val="413"/>
        </w:trPr>
        <w:tc>
          <w:tcPr>
            <w:tcW w:w="1885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8" w:rsidRPr="002B741D" w14:paraId="28F7262E" w14:textId="77777777" w:rsidTr="00084818">
        <w:trPr>
          <w:trHeight w:val="413"/>
        </w:trPr>
        <w:tc>
          <w:tcPr>
            <w:tcW w:w="1885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818" w:rsidRPr="002B741D" w14:paraId="075B37FA" w14:textId="77777777" w:rsidTr="00084818">
        <w:trPr>
          <w:trHeight w:val="389"/>
        </w:trPr>
        <w:tc>
          <w:tcPr>
            <w:tcW w:w="1885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 xml:space="preserve">7. Membership </w:t>
      </w:r>
      <w:r w:rsidRPr="002B741D">
        <w:rPr>
          <w:rFonts w:ascii="Times New Roman" w:hAnsi="Times New Roman" w:cs="Times New Roman"/>
          <w:sz w:val="28"/>
          <w:szCs w:val="28"/>
        </w:rPr>
        <w:t>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08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64CEF" w14:textId="77777777" w:rsidR="009905DA" w:rsidRDefault="00084818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 xml:space="preserve">8. Areas of Specialization / Research </w:t>
      </w:r>
      <w:r w:rsidRPr="002B741D">
        <w:rPr>
          <w:rFonts w:ascii="Times New Roman" w:hAnsi="Times New Roman" w:cs="Times New Roman"/>
          <w:sz w:val="28"/>
          <w:szCs w:val="28"/>
        </w:rPr>
        <w:t>Interests</w:t>
      </w:r>
      <w:r w:rsidR="009905DA">
        <w:rPr>
          <w:rFonts w:ascii="Times New Roman" w:hAnsi="Times New Roman" w:cs="Times New Roman"/>
          <w:sz w:val="28"/>
          <w:szCs w:val="28"/>
        </w:rPr>
        <w:t>-</w:t>
      </w:r>
    </w:p>
    <w:p w14:paraId="2AB16163" w14:textId="273BB1F2" w:rsidR="003B1EDF" w:rsidRPr="009905DA" w:rsidRDefault="000F09B7" w:rsidP="002B741D">
      <w:pPr>
        <w:pStyle w:val="Heading2"/>
        <w:spacing w:after="240"/>
        <w:rPr>
          <w:rFonts w:ascii="Times New Roman" w:hAnsi="Times New Roman" w:cs="Times New Roman"/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5DA">
        <w:rPr>
          <w:rFonts w:ascii="Times New Roman" w:hAnsi="Times New Roman" w:cs="Times New Roman"/>
          <w:b w:val="0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NUMERICAL ANALYSIS</w:t>
      </w:r>
    </w:p>
    <w:p w14:paraId="02C8EEBA" w14:textId="77777777" w:rsidR="002B741D" w:rsidRPr="009905DA" w:rsidRDefault="002B741D" w:rsidP="002B741D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71D41706" w14:textId="77777777" w:rsidR="000F09B7" w:rsidRDefault="00084818" w:rsidP="000F09B7">
      <w:pPr>
        <w:spacing w:line="240" w:lineRule="auto"/>
        <w:contextualSpacing/>
        <w:jc w:val="both"/>
        <w:rPr>
          <w:rFonts w:ascii="Arial" w:hAnsi="Arial" w:cs="Arial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  <w:r w:rsidR="000F09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0F09B7">
        <w:rPr>
          <w:rFonts w:ascii="Arial" w:hAnsi="Arial" w:cs="Arial"/>
        </w:rPr>
        <w:t>B.Sc</w:t>
      </w:r>
      <w:proofErr w:type="spellEnd"/>
      <w:proofErr w:type="gramEnd"/>
      <w:r w:rsidR="000F09B7">
        <w:rPr>
          <w:rFonts w:ascii="Arial" w:hAnsi="Arial" w:cs="Arial"/>
        </w:rPr>
        <w:t xml:space="preserve"> Gold Medalist in Mathematics</w:t>
      </w:r>
    </w:p>
    <w:p w14:paraId="6783FE9C" w14:textId="4D73E2E4" w:rsidR="003B1EDF" w:rsidRPr="002B741D" w:rsidRDefault="003B1EDF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084818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3BA3195A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9905DA">
        <w:rPr>
          <w:rFonts w:ascii="Times New Roman" w:hAnsi="Times New Roman" w:cs="Times New Roman"/>
          <w:sz w:val="24"/>
          <w:szCs w:val="24"/>
        </w:rPr>
        <w:t>18-02-2026</w:t>
      </w:r>
    </w:p>
    <w:p w14:paraId="49C9217A" w14:textId="7F2667B7" w:rsidR="003B1EDF" w:rsidRPr="002B741D" w:rsidRDefault="00084818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9905DA">
        <w:rPr>
          <w:rFonts w:ascii="Times New Roman" w:hAnsi="Times New Roman" w:cs="Times New Roman"/>
          <w:sz w:val="24"/>
          <w:szCs w:val="24"/>
        </w:rPr>
        <w:t>SALIPUR</w:t>
      </w:r>
    </w:p>
    <w:p w14:paraId="441620E2" w14:textId="5FC7F2FC" w:rsidR="003B1EDF" w:rsidRPr="002B741D" w:rsidRDefault="009905DA" w:rsidP="009905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Prasanta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Sahoo</w:t>
      </w:r>
      <w:proofErr w:type="spellEnd"/>
      <w:r w:rsidR="00084818" w:rsidRPr="002B74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84818"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4818"/>
    <w:rsid w:val="000B2F79"/>
    <w:rsid w:val="000F09B7"/>
    <w:rsid w:val="0015074B"/>
    <w:rsid w:val="001F3BD0"/>
    <w:rsid w:val="0029639D"/>
    <w:rsid w:val="002B741D"/>
    <w:rsid w:val="00326F90"/>
    <w:rsid w:val="003B1EDF"/>
    <w:rsid w:val="00526F34"/>
    <w:rsid w:val="00607AA2"/>
    <w:rsid w:val="00731D45"/>
    <w:rsid w:val="007431B4"/>
    <w:rsid w:val="00803555"/>
    <w:rsid w:val="008B74CB"/>
    <w:rsid w:val="009905DA"/>
    <w:rsid w:val="0099322B"/>
    <w:rsid w:val="00A7314A"/>
    <w:rsid w:val="00AA1D8D"/>
    <w:rsid w:val="00B15E6D"/>
    <w:rsid w:val="00B47730"/>
    <w:rsid w:val="00C66689"/>
    <w:rsid w:val="00CB0664"/>
    <w:rsid w:val="00CF75A4"/>
    <w:rsid w:val="00D30933"/>
    <w:rsid w:val="00E529AD"/>
    <w:rsid w:val="00F842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1F3B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7EEF3C-219E-45CB-B89B-40BBACDFB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Math Department</cp:lastModifiedBy>
  <cp:revision>8</cp:revision>
  <dcterms:created xsi:type="dcterms:W3CDTF">2026-02-18T09:21:00Z</dcterms:created>
  <dcterms:modified xsi:type="dcterms:W3CDTF">2026-02-18T09:58:00Z</dcterms:modified>
  <cp:category/>
</cp:coreProperties>
</file>