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653E0" w14:textId="0F7B7800" w:rsidR="003B1EDF" w:rsidRPr="002B741D" w:rsidRDefault="002B741D">
      <w:pPr>
        <w:pStyle w:val="Heading1"/>
        <w:jc w:val="center"/>
        <w:rPr>
          <w:rFonts w:ascii="Times New Roman" w:hAnsi="Times New Roman" w:cs="Times New Roman"/>
        </w:rPr>
      </w:pPr>
      <w:r w:rsidRPr="002B741D">
        <w:rPr>
          <w:rFonts w:ascii="Times New Roman" w:hAnsi="Times New Roman" w:cs="Times New Roman"/>
        </w:rPr>
        <w:t>CURRICULUM VITAE OF FACULTY MEMBERS</w:t>
      </w:r>
    </w:p>
    <w:p w14:paraId="27282C65" w14:textId="72D4571E" w:rsidR="002B741D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1. Personal Information</w:t>
      </w:r>
    </w:p>
    <w:p w14:paraId="0D4ABF6B" w14:textId="4C1D3D5F" w:rsidR="003B1EDF" w:rsidRPr="002B741D" w:rsidRDefault="000B2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77E78" wp14:editId="6511F4BC">
                <wp:simplePos x="0" y="0"/>
                <wp:positionH relativeFrom="column">
                  <wp:posOffset>4019550</wp:posOffset>
                </wp:positionH>
                <wp:positionV relativeFrom="paragraph">
                  <wp:posOffset>31115</wp:posOffset>
                </wp:positionV>
                <wp:extent cx="1390650" cy="1447800"/>
                <wp:effectExtent l="0" t="0" r="19050" b="19050"/>
                <wp:wrapNone/>
                <wp:docPr id="141632227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447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FCAE5" w14:textId="2BCB7AF2" w:rsidR="001A3D0C" w:rsidRDefault="000028B4" w:rsidP="001A3D0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38384EA3" wp14:editId="05F2CECA">
                                  <wp:extent cx="1352550" cy="1330960"/>
                                  <wp:effectExtent l="0" t="0" r="0" b="254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SEHENAZ PARWEEN PHIL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2550" cy="133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577E78" id="Rectangle 1" o:spid="_x0000_s1026" style="position:absolute;margin-left:316.5pt;margin-top:2.45pt;width:109.5pt;height:11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" fillcolor="white [3201]" strokecolor="black [3200]" strokeweight="2pt">
                <v:textbox>
                  <w:txbxContent>
                    <w:p w14:paraId="715FCAE5" w14:textId="2BCB7AF2" w:rsidR="001A3D0C" w:rsidRDefault="000028B4" w:rsidP="001A3D0C">
                      <w:pPr>
                        <w:jc w:val="center"/>
                      </w:pPr>
                      <w:r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38384EA3" wp14:editId="05F2CECA">
                            <wp:extent cx="1352550" cy="1330960"/>
                            <wp:effectExtent l="0" t="0" r="0" b="254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SEHENAZ PARWEEN PHIL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2550" cy="1330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B741D">
        <w:rPr>
          <w:rFonts w:ascii="Times New Roman" w:hAnsi="Times New Roman" w:cs="Times New Roman"/>
          <w:sz w:val="24"/>
          <w:szCs w:val="24"/>
        </w:rPr>
        <w:t xml:space="preserve">Full Name: </w:t>
      </w:r>
      <w:r w:rsidR="001E0BF7">
        <w:rPr>
          <w:rFonts w:ascii="Times New Roman" w:hAnsi="Times New Roman" w:cs="Times New Roman"/>
          <w:sz w:val="24"/>
          <w:szCs w:val="24"/>
        </w:rPr>
        <w:t>SAHENAZ PARWEEN</w:t>
      </w:r>
    </w:p>
    <w:p w14:paraId="079E2CFD" w14:textId="77772B3C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Designation: </w:t>
      </w:r>
      <w:r w:rsidR="00E368DF">
        <w:rPr>
          <w:rFonts w:ascii="Times New Roman" w:hAnsi="Times New Roman" w:cs="Times New Roman"/>
          <w:sz w:val="24"/>
          <w:szCs w:val="24"/>
        </w:rPr>
        <w:t>LECTURER</w:t>
      </w:r>
    </w:p>
    <w:p w14:paraId="149626DB" w14:textId="22FCF438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Department: </w:t>
      </w:r>
      <w:r w:rsidR="001E0BF7">
        <w:rPr>
          <w:rFonts w:ascii="Times New Roman" w:hAnsi="Times New Roman" w:cs="Times New Roman"/>
          <w:sz w:val="24"/>
          <w:szCs w:val="24"/>
        </w:rPr>
        <w:t>PHILOSOPHY</w:t>
      </w:r>
    </w:p>
    <w:p w14:paraId="5F5D653E" w14:textId="0B886470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Date of Birth: </w:t>
      </w:r>
      <w:r w:rsidR="001E0BF7">
        <w:rPr>
          <w:rFonts w:ascii="Times New Roman" w:hAnsi="Times New Roman" w:cs="Times New Roman"/>
          <w:sz w:val="24"/>
          <w:szCs w:val="24"/>
        </w:rPr>
        <w:t>10.05.1994</w:t>
      </w:r>
    </w:p>
    <w:p w14:paraId="0980F2F6" w14:textId="37793332" w:rsidR="008B74CB" w:rsidRPr="002B741D" w:rsidRDefault="008B74CB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Date of Joining:</w:t>
      </w:r>
      <w:r w:rsidR="001E0BF7">
        <w:rPr>
          <w:rFonts w:ascii="Times New Roman" w:hAnsi="Times New Roman" w:cs="Times New Roman"/>
          <w:sz w:val="24"/>
          <w:szCs w:val="24"/>
        </w:rPr>
        <w:t>20.08.2018</w:t>
      </w:r>
    </w:p>
    <w:p w14:paraId="1D01D285" w14:textId="109BC4FA" w:rsidR="003B1EDF" w:rsidRPr="002B741D" w:rsidRDefault="005C29EC" w:rsidP="000B2F79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Gender: </w:t>
      </w:r>
      <w:r w:rsidR="001E0BF7">
        <w:rPr>
          <w:rFonts w:ascii="Times New Roman" w:hAnsi="Times New Roman" w:cs="Times New Roman"/>
          <w:sz w:val="24"/>
          <w:szCs w:val="24"/>
        </w:rPr>
        <w:t>FEMALE</w:t>
      </w:r>
      <w:r w:rsidR="000B2F79">
        <w:rPr>
          <w:rFonts w:ascii="Times New Roman" w:hAnsi="Times New Roman" w:cs="Times New Roman"/>
          <w:sz w:val="24"/>
          <w:szCs w:val="24"/>
        </w:rPr>
        <w:tab/>
        <w:t>Photo</w:t>
      </w:r>
    </w:p>
    <w:p w14:paraId="19BA040D" w14:textId="73C1B666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Official Address: </w:t>
      </w:r>
      <w:r w:rsidR="00E368DF">
        <w:rPr>
          <w:rFonts w:ascii="Times New Roman" w:hAnsi="Times New Roman" w:cs="Times New Roman"/>
          <w:sz w:val="24"/>
          <w:szCs w:val="24"/>
        </w:rPr>
        <w:t>SALIPUR AUTONOMOUS COLLEGE, SALIPUR</w:t>
      </w:r>
    </w:p>
    <w:p w14:paraId="103A26B7" w14:textId="3E50F0A9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Email: </w:t>
      </w:r>
      <w:r w:rsidR="001E0BF7">
        <w:rPr>
          <w:rFonts w:ascii="Times New Roman" w:hAnsi="Times New Roman" w:cs="Times New Roman"/>
          <w:sz w:val="24"/>
          <w:szCs w:val="24"/>
        </w:rPr>
        <w:t>sahenaz.parween10@gmail.com</w:t>
      </w:r>
    </w:p>
    <w:p w14:paraId="21EBF29B" w14:textId="2452D311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Phone:</w:t>
      </w:r>
      <w:r w:rsidR="001E0BF7">
        <w:rPr>
          <w:rFonts w:ascii="Times New Roman" w:hAnsi="Times New Roman" w:cs="Times New Roman"/>
          <w:sz w:val="24"/>
          <w:szCs w:val="24"/>
        </w:rPr>
        <w:t>7978739771</w:t>
      </w:r>
      <w:r w:rsidRPr="002B74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C6D9A8" w14:textId="77777777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ORCID/Research ID (if any): </w:t>
      </w:r>
    </w:p>
    <w:p w14:paraId="2E98E876" w14:textId="77777777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2. Academic Qualifications</w:t>
      </w:r>
    </w:p>
    <w:tbl>
      <w:tblPr>
        <w:tblStyle w:val="TableGrid"/>
        <w:tblW w:w="10098" w:type="dxa"/>
        <w:tblInd w:w="-431" w:type="dxa"/>
        <w:tblLook w:val="04A0" w:firstRow="1" w:lastRow="0" w:firstColumn="1" w:lastColumn="0" w:noHBand="0" w:noVBand="1"/>
      </w:tblPr>
      <w:tblGrid>
        <w:gridCol w:w="1399"/>
        <w:gridCol w:w="3850"/>
        <w:gridCol w:w="1883"/>
        <w:gridCol w:w="990"/>
        <w:gridCol w:w="1976"/>
      </w:tblGrid>
      <w:tr w:rsidR="003B1EDF" w:rsidRPr="002B741D" w14:paraId="68450DE0" w14:textId="77777777" w:rsidTr="000647E9">
        <w:trPr>
          <w:trHeight w:val="299"/>
        </w:trPr>
        <w:tc>
          <w:tcPr>
            <w:tcW w:w="1399" w:type="dxa"/>
          </w:tcPr>
          <w:p w14:paraId="3B1AB608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3850" w:type="dxa"/>
          </w:tcPr>
          <w:p w14:paraId="0AC62F78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Specialization</w:t>
            </w:r>
          </w:p>
        </w:tc>
        <w:tc>
          <w:tcPr>
            <w:tcW w:w="1883" w:type="dxa"/>
          </w:tcPr>
          <w:p w14:paraId="7017CAE9" w14:textId="2467603D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r w:rsidR="008B74CB" w:rsidRPr="002B741D">
              <w:rPr>
                <w:rFonts w:ascii="Times New Roman" w:hAnsi="Times New Roman" w:cs="Times New Roman"/>
                <w:sz w:val="24"/>
                <w:szCs w:val="24"/>
              </w:rPr>
              <w:t>/Board</w:t>
            </w:r>
          </w:p>
        </w:tc>
        <w:tc>
          <w:tcPr>
            <w:tcW w:w="990" w:type="dxa"/>
          </w:tcPr>
          <w:p w14:paraId="5BD02EF3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Year</w:t>
            </w:r>
          </w:p>
        </w:tc>
        <w:tc>
          <w:tcPr>
            <w:tcW w:w="1976" w:type="dxa"/>
          </w:tcPr>
          <w:p w14:paraId="5CA6061A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Percentage/CGPA</w:t>
            </w:r>
          </w:p>
        </w:tc>
      </w:tr>
      <w:tr w:rsidR="003B1EDF" w:rsidRPr="002B741D" w14:paraId="60CF7174" w14:textId="77777777" w:rsidTr="000647E9">
        <w:trPr>
          <w:trHeight w:val="299"/>
        </w:trPr>
        <w:tc>
          <w:tcPr>
            <w:tcW w:w="1399" w:type="dxa"/>
          </w:tcPr>
          <w:p w14:paraId="3C3242EF" w14:textId="071E30E7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0" w:type="dxa"/>
          </w:tcPr>
          <w:p w14:paraId="6F3EAEA0" w14:textId="569EE549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FLO,SLE,TLH</w:t>
            </w:r>
            <w:r w:rsidR="00296CC7">
              <w:rPr>
                <w:rFonts w:ascii="Times New Roman" w:hAnsi="Times New Roman" w:cs="Times New Roman"/>
                <w:sz w:val="24"/>
                <w:szCs w:val="24"/>
              </w:rPr>
              <w:t>,MATH</w:t>
            </w:r>
          </w:p>
        </w:tc>
        <w:tc>
          <w:tcPr>
            <w:tcW w:w="1883" w:type="dxa"/>
          </w:tcPr>
          <w:p w14:paraId="52BE2E3A" w14:textId="28CF0FAA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BSE</w:t>
            </w:r>
            <w:r w:rsidR="001E0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ODISHA</w:t>
            </w:r>
          </w:p>
        </w:tc>
        <w:tc>
          <w:tcPr>
            <w:tcW w:w="990" w:type="dxa"/>
          </w:tcPr>
          <w:p w14:paraId="65005BE2" w14:textId="72171E0E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976" w:type="dxa"/>
          </w:tcPr>
          <w:p w14:paraId="59D1CDC2" w14:textId="74C17417" w:rsidR="003B1EDF" w:rsidRPr="00690EFF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49.33%</w:t>
            </w:r>
          </w:p>
        </w:tc>
      </w:tr>
      <w:tr w:rsidR="003B1EDF" w:rsidRPr="002B741D" w14:paraId="112929F6" w14:textId="77777777" w:rsidTr="000647E9">
        <w:trPr>
          <w:trHeight w:val="299"/>
        </w:trPr>
        <w:tc>
          <w:tcPr>
            <w:tcW w:w="1399" w:type="dxa"/>
          </w:tcPr>
          <w:p w14:paraId="11405126" w14:textId="57503ED8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B741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50" w:type="dxa"/>
          </w:tcPr>
          <w:p w14:paraId="6B75E8C2" w14:textId="1ED9400E" w:rsidR="003B1EDF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MIL,ENG,ECO,HIS,LOG,POL.SC</w:t>
            </w:r>
          </w:p>
        </w:tc>
        <w:tc>
          <w:tcPr>
            <w:tcW w:w="1883" w:type="dxa"/>
          </w:tcPr>
          <w:p w14:paraId="256F3F08" w14:textId="74A971CE" w:rsidR="003B1EDF" w:rsidRPr="002B741D" w:rsidRDefault="00296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CHSE</w:t>
            </w:r>
            <w:r w:rsidR="001E0BF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ODISHA</w:t>
            </w:r>
          </w:p>
        </w:tc>
        <w:tc>
          <w:tcPr>
            <w:tcW w:w="990" w:type="dxa"/>
          </w:tcPr>
          <w:p w14:paraId="37D1E6C1" w14:textId="7C11B6CD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76" w:type="dxa"/>
          </w:tcPr>
          <w:p w14:paraId="0A8E5395" w14:textId="48B392E8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58.83%</w:t>
            </w:r>
          </w:p>
        </w:tc>
      </w:tr>
      <w:tr w:rsidR="003B1EDF" w:rsidRPr="002B741D" w14:paraId="3D834C02" w14:textId="77777777" w:rsidTr="000647E9">
        <w:trPr>
          <w:trHeight w:val="281"/>
        </w:trPr>
        <w:tc>
          <w:tcPr>
            <w:tcW w:w="1399" w:type="dxa"/>
          </w:tcPr>
          <w:p w14:paraId="733B89FF" w14:textId="05AA9663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Graduation</w:t>
            </w:r>
          </w:p>
        </w:tc>
        <w:tc>
          <w:tcPr>
            <w:tcW w:w="3850" w:type="dxa"/>
          </w:tcPr>
          <w:p w14:paraId="4E29EE5A" w14:textId="613D05F6" w:rsidR="003B1EDF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PHILOSOPHY(HONS)</w:t>
            </w:r>
          </w:p>
        </w:tc>
        <w:tc>
          <w:tcPr>
            <w:tcW w:w="1883" w:type="dxa"/>
          </w:tcPr>
          <w:p w14:paraId="39A9D022" w14:textId="6F729E74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</w:t>
            </w:r>
            <w:r w:rsidR="00690EFF">
              <w:rPr>
                <w:rFonts w:ascii="Times New Roman" w:hAnsi="Times New Roman" w:cs="Times New Roman"/>
                <w:sz w:val="24"/>
                <w:szCs w:val="24"/>
              </w:rPr>
              <w:t xml:space="preserve"> UNIVERSITY</w:t>
            </w:r>
          </w:p>
        </w:tc>
        <w:tc>
          <w:tcPr>
            <w:tcW w:w="990" w:type="dxa"/>
          </w:tcPr>
          <w:p w14:paraId="42A26F3C" w14:textId="358F65BB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76" w:type="dxa"/>
          </w:tcPr>
          <w:p w14:paraId="6C922431" w14:textId="34B9FC4D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61.6%</w:t>
            </w:r>
          </w:p>
        </w:tc>
      </w:tr>
      <w:tr w:rsidR="003B1EDF" w:rsidRPr="002B741D" w14:paraId="18EA82CC" w14:textId="77777777" w:rsidTr="000647E9">
        <w:trPr>
          <w:trHeight w:val="299"/>
        </w:trPr>
        <w:tc>
          <w:tcPr>
            <w:tcW w:w="1399" w:type="dxa"/>
          </w:tcPr>
          <w:p w14:paraId="7107CB41" w14:textId="4AEEA6FE" w:rsidR="003B1EDF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Post Graduation</w:t>
            </w:r>
          </w:p>
        </w:tc>
        <w:tc>
          <w:tcPr>
            <w:tcW w:w="3850" w:type="dxa"/>
          </w:tcPr>
          <w:p w14:paraId="530D7758" w14:textId="5540655E" w:rsidR="003B1EDF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PHILOSOPHY(VEDANTA)</w:t>
            </w:r>
          </w:p>
        </w:tc>
        <w:tc>
          <w:tcPr>
            <w:tcW w:w="1883" w:type="dxa"/>
          </w:tcPr>
          <w:p w14:paraId="46A85930" w14:textId="27C922D1" w:rsidR="003B1EDF" w:rsidRPr="002B741D" w:rsidRDefault="0069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RAVENSHAW UNIVERSITY</w:t>
            </w:r>
          </w:p>
        </w:tc>
        <w:tc>
          <w:tcPr>
            <w:tcW w:w="990" w:type="dxa"/>
          </w:tcPr>
          <w:p w14:paraId="437267B2" w14:textId="52340447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976" w:type="dxa"/>
          </w:tcPr>
          <w:p w14:paraId="1700E8AA" w14:textId="247C4EBD" w:rsidR="003B1EDF" w:rsidRPr="002B741D" w:rsidRDefault="001E0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8B74CB" w:rsidRPr="002B741D" w14:paraId="7148B0C4" w14:textId="77777777" w:rsidTr="000647E9">
        <w:trPr>
          <w:trHeight w:val="299"/>
        </w:trPr>
        <w:tc>
          <w:tcPr>
            <w:tcW w:w="1399" w:type="dxa"/>
          </w:tcPr>
          <w:p w14:paraId="7F4DED22" w14:textId="60F760CC" w:rsidR="008B74CB" w:rsidRPr="002B741D" w:rsidRDefault="008B74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M.Phil.</w:t>
            </w:r>
          </w:p>
        </w:tc>
        <w:tc>
          <w:tcPr>
            <w:tcW w:w="3850" w:type="dxa"/>
          </w:tcPr>
          <w:p w14:paraId="6B8F250A" w14:textId="214D4F28" w:rsidR="008B74CB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PHILOSOPHY</w:t>
            </w:r>
          </w:p>
        </w:tc>
        <w:tc>
          <w:tcPr>
            <w:tcW w:w="1883" w:type="dxa"/>
          </w:tcPr>
          <w:p w14:paraId="6D8CDBDA" w14:textId="4A88E981" w:rsidR="008B74CB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UTKAL UNIVERSITY</w:t>
            </w:r>
          </w:p>
        </w:tc>
        <w:tc>
          <w:tcPr>
            <w:tcW w:w="990" w:type="dxa"/>
          </w:tcPr>
          <w:p w14:paraId="4FDB37B3" w14:textId="3219BBE8" w:rsidR="008B74CB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76" w:type="dxa"/>
          </w:tcPr>
          <w:p w14:paraId="27F4B175" w14:textId="22C6F4B7" w:rsidR="008B74CB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61.5%</w:t>
            </w:r>
          </w:p>
        </w:tc>
      </w:tr>
    </w:tbl>
    <w:p w14:paraId="65D503AE" w14:textId="77777777" w:rsidR="007174A4" w:rsidRDefault="007174A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77A8990F" w14:textId="09BAFEFE" w:rsidR="003B1EDF" w:rsidRPr="002B741D" w:rsidRDefault="005C29EC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3. Teaching Experience</w:t>
      </w:r>
    </w:p>
    <w:tbl>
      <w:tblPr>
        <w:tblStyle w:val="TableGrid"/>
        <w:tblW w:w="9020" w:type="dxa"/>
        <w:tblLook w:val="04A0" w:firstRow="1" w:lastRow="0" w:firstColumn="1" w:lastColumn="0" w:noHBand="0" w:noVBand="1"/>
      </w:tblPr>
      <w:tblGrid>
        <w:gridCol w:w="1783"/>
        <w:gridCol w:w="1923"/>
        <w:gridCol w:w="1774"/>
        <w:gridCol w:w="1766"/>
        <w:gridCol w:w="1774"/>
      </w:tblGrid>
      <w:tr w:rsidR="003B1EDF" w:rsidRPr="002B741D" w14:paraId="18B04126" w14:textId="77777777" w:rsidTr="000028B4">
        <w:trPr>
          <w:trHeight w:val="731"/>
        </w:trPr>
        <w:tc>
          <w:tcPr>
            <w:tcW w:w="1783" w:type="dxa"/>
          </w:tcPr>
          <w:p w14:paraId="1A04C332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1923" w:type="dxa"/>
          </w:tcPr>
          <w:p w14:paraId="43C11A9F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Institution</w:t>
            </w:r>
          </w:p>
        </w:tc>
        <w:tc>
          <w:tcPr>
            <w:tcW w:w="1774" w:type="dxa"/>
          </w:tcPr>
          <w:p w14:paraId="62272E36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From</w:t>
            </w:r>
          </w:p>
        </w:tc>
        <w:tc>
          <w:tcPr>
            <w:tcW w:w="1766" w:type="dxa"/>
          </w:tcPr>
          <w:p w14:paraId="1424AF67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</w:p>
        </w:tc>
        <w:tc>
          <w:tcPr>
            <w:tcW w:w="1774" w:type="dxa"/>
          </w:tcPr>
          <w:p w14:paraId="5E69B777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Total Experience</w:t>
            </w:r>
          </w:p>
        </w:tc>
      </w:tr>
      <w:tr w:rsidR="003B1EDF" w:rsidRPr="002B741D" w14:paraId="7F89D371" w14:textId="77777777" w:rsidTr="000028B4">
        <w:trPr>
          <w:trHeight w:val="664"/>
        </w:trPr>
        <w:tc>
          <w:tcPr>
            <w:tcW w:w="1783" w:type="dxa"/>
          </w:tcPr>
          <w:p w14:paraId="3CC01E61" w14:textId="2FB0A58D" w:rsidR="003B1EDF" w:rsidRPr="002B741D" w:rsidRDefault="00E02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LECTURER</w:t>
            </w:r>
          </w:p>
        </w:tc>
        <w:tc>
          <w:tcPr>
            <w:tcW w:w="1923" w:type="dxa"/>
          </w:tcPr>
          <w:p w14:paraId="6468873D" w14:textId="77777777" w:rsidR="00744A74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 AUTONOMOUS COLLEGE,</w:t>
            </w:r>
          </w:p>
          <w:p w14:paraId="315A4555" w14:textId="5CBD4763" w:rsidR="003B1EDF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</w:p>
        </w:tc>
        <w:tc>
          <w:tcPr>
            <w:tcW w:w="1774" w:type="dxa"/>
          </w:tcPr>
          <w:p w14:paraId="6F229C67" w14:textId="54C21C5B" w:rsidR="003B1EDF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20.08.2018</w:t>
            </w:r>
          </w:p>
        </w:tc>
        <w:tc>
          <w:tcPr>
            <w:tcW w:w="1766" w:type="dxa"/>
          </w:tcPr>
          <w:p w14:paraId="1DD7030C" w14:textId="22C9962E" w:rsidR="003B1EDF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CONT….</w:t>
            </w:r>
          </w:p>
        </w:tc>
        <w:tc>
          <w:tcPr>
            <w:tcW w:w="1774" w:type="dxa"/>
          </w:tcPr>
          <w:p w14:paraId="7471E462" w14:textId="2C876385" w:rsidR="00744A74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YEAR</w:t>
            </w:r>
          </w:p>
          <w:p w14:paraId="5C9C9EED" w14:textId="5053739E" w:rsidR="003B1EDF" w:rsidRPr="002B741D" w:rsidRDefault="00744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MONTH</w:t>
            </w:r>
          </w:p>
        </w:tc>
      </w:tr>
    </w:tbl>
    <w:p w14:paraId="464515CE" w14:textId="692CE0BB" w:rsidR="000028B4" w:rsidRDefault="000028B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4ADE78F" w14:textId="255DFC2D" w:rsidR="003B1EDF" w:rsidRDefault="007174A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C29EC" w:rsidRPr="002B741D">
        <w:rPr>
          <w:rFonts w:ascii="Times New Roman" w:hAnsi="Times New Roman" w:cs="Times New Roman"/>
          <w:sz w:val="28"/>
          <w:szCs w:val="28"/>
        </w:rPr>
        <w:t>. Seminars / Conferences Attended / Participated</w:t>
      </w:r>
    </w:p>
    <w:tbl>
      <w:tblPr>
        <w:tblStyle w:val="TableGrid"/>
        <w:tblpPr w:leftFromText="180" w:rightFromText="180" w:vertAnchor="text" w:horzAnchor="page" w:tblpX="1" w:tblpY="139"/>
        <w:tblW w:w="20031" w:type="dxa"/>
        <w:tblLook w:val="04A0" w:firstRow="1" w:lastRow="0" w:firstColumn="1" w:lastColumn="0" w:noHBand="0" w:noVBand="1"/>
      </w:tblPr>
      <w:tblGrid>
        <w:gridCol w:w="1623"/>
        <w:gridCol w:w="1770"/>
        <w:gridCol w:w="1483"/>
        <w:gridCol w:w="1524"/>
        <w:gridCol w:w="3588"/>
        <w:gridCol w:w="10043"/>
      </w:tblGrid>
      <w:tr w:rsidR="007174A4" w:rsidRPr="002B741D" w14:paraId="6F7ACB7E" w14:textId="77777777" w:rsidTr="00666552">
        <w:trPr>
          <w:trHeight w:val="795"/>
        </w:trPr>
        <w:tc>
          <w:tcPr>
            <w:tcW w:w="1623" w:type="dxa"/>
          </w:tcPr>
          <w:p w14:paraId="0BC8AC7B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</w:p>
        </w:tc>
        <w:tc>
          <w:tcPr>
            <w:tcW w:w="1770" w:type="dxa"/>
          </w:tcPr>
          <w:p w14:paraId="2C8D9E89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Topic</w:t>
            </w:r>
          </w:p>
        </w:tc>
        <w:tc>
          <w:tcPr>
            <w:tcW w:w="1483" w:type="dxa"/>
          </w:tcPr>
          <w:p w14:paraId="5007BBEB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Organized By</w:t>
            </w:r>
          </w:p>
        </w:tc>
        <w:tc>
          <w:tcPr>
            <w:tcW w:w="1524" w:type="dxa"/>
          </w:tcPr>
          <w:p w14:paraId="53C11185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Sponsored By</w:t>
            </w:r>
          </w:p>
        </w:tc>
        <w:tc>
          <w:tcPr>
            <w:tcW w:w="3588" w:type="dxa"/>
          </w:tcPr>
          <w:p w14:paraId="30C9EB6A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Role (Participated/Presented/Organized)</w:t>
            </w:r>
          </w:p>
        </w:tc>
        <w:tc>
          <w:tcPr>
            <w:tcW w:w="10043" w:type="dxa"/>
          </w:tcPr>
          <w:p w14:paraId="4D592204" w14:textId="77777777" w:rsidR="007174A4" w:rsidRPr="002B741D" w:rsidRDefault="007174A4" w:rsidP="00666552">
            <w:pPr>
              <w:tabs>
                <w:tab w:val="left" w:pos="3914"/>
              </w:tabs>
              <w:ind w:left="-338" w:firstLine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National / International</w:t>
            </w:r>
          </w:p>
        </w:tc>
      </w:tr>
      <w:tr w:rsidR="007174A4" w:rsidRPr="002B741D" w14:paraId="3DF648BC" w14:textId="77777777" w:rsidTr="00666552">
        <w:trPr>
          <w:trHeight w:val="795"/>
        </w:trPr>
        <w:tc>
          <w:tcPr>
            <w:tcW w:w="1623" w:type="dxa"/>
          </w:tcPr>
          <w:p w14:paraId="54DD8B05" w14:textId="77777777" w:rsidR="007174A4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11th-15th</w:t>
            </w:r>
          </w:p>
          <w:p w14:paraId="522B2E89" w14:textId="77777777" w:rsidR="007174A4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NOVEMBER,</w:t>
            </w:r>
          </w:p>
          <w:p w14:paraId="5DA510F0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70" w:type="dxa"/>
          </w:tcPr>
          <w:p w14:paraId="2087B8DB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Artificial intelligence(AI) in higher education, A frame work for responsible integration.</w:t>
            </w:r>
          </w:p>
        </w:tc>
        <w:tc>
          <w:tcPr>
            <w:tcW w:w="1483" w:type="dxa"/>
          </w:tcPr>
          <w:p w14:paraId="11CB7218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Of Philosophy,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  <w:tc>
          <w:tcPr>
            <w:tcW w:w="1524" w:type="dxa"/>
          </w:tcPr>
          <w:p w14:paraId="44E4AF9A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RUSA 2.0</w:t>
            </w:r>
          </w:p>
        </w:tc>
        <w:tc>
          <w:tcPr>
            <w:tcW w:w="3588" w:type="dxa"/>
          </w:tcPr>
          <w:p w14:paraId="14317938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10043" w:type="dxa"/>
          </w:tcPr>
          <w:p w14:paraId="49041DC1" w14:textId="77777777" w:rsidR="007174A4" w:rsidRPr="002B741D" w:rsidRDefault="007174A4" w:rsidP="00666552">
            <w:pPr>
              <w:tabs>
                <w:tab w:val="left" w:pos="39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National</w:t>
            </w:r>
          </w:p>
        </w:tc>
      </w:tr>
      <w:tr w:rsidR="007174A4" w:rsidRPr="002B741D" w14:paraId="5145CAA8" w14:textId="77777777" w:rsidTr="00666552">
        <w:trPr>
          <w:trHeight w:val="493"/>
        </w:trPr>
        <w:tc>
          <w:tcPr>
            <w:tcW w:w="1623" w:type="dxa"/>
          </w:tcPr>
          <w:p w14:paraId="2C51230C" w14:textId="77777777" w:rsidR="007174A4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3th-4</w:t>
            </w:r>
            <w:r w:rsidRPr="003B1E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January,</w:t>
            </w:r>
          </w:p>
          <w:p w14:paraId="3FBA5987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70" w:type="dxa"/>
          </w:tcPr>
          <w:p w14:paraId="6B096589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Wellness in oneness: Integrating  Artificial Intelligence Across Disciplines For Implementing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Advaita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Vedanta Practice.</w:t>
            </w:r>
          </w:p>
        </w:tc>
        <w:tc>
          <w:tcPr>
            <w:tcW w:w="1483" w:type="dxa"/>
          </w:tcPr>
          <w:p w14:paraId="62891C46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 in collaboration with Heart Lab, Suffolk University, USA and Microsoft Associates, USA.</w:t>
            </w:r>
          </w:p>
        </w:tc>
        <w:tc>
          <w:tcPr>
            <w:tcW w:w="1524" w:type="dxa"/>
          </w:tcPr>
          <w:p w14:paraId="410E8BA9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Of Philosophy,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  <w:tc>
          <w:tcPr>
            <w:tcW w:w="3588" w:type="dxa"/>
          </w:tcPr>
          <w:p w14:paraId="6610B140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10043" w:type="dxa"/>
          </w:tcPr>
          <w:p w14:paraId="296CE2CE" w14:textId="77777777" w:rsidR="007174A4" w:rsidRPr="002B741D" w:rsidRDefault="007174A4" w:rsidP="00666552">
            <w:pPr>
              <w:tabs>
                <w:tab w:val="left" w:pos="39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7174A4" w:rsidRPr="002B741D" w14:paraId="07D3B4AD" w14:textId="77777777" w:rsidTr="00666552">
        <w:trPr>
          <w:trHeight w:val="493"/>
        </w:trPr>
        <w:tc>
          <w:tcPr>
            <w:tcW w:w="1623" w:type="dxa"/>
          </w:tcPr>
          <w:p w14:paraId="7D7C765B" w14:textId="77777777" w:rsidR="007174A4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A2C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-17</w:t>
            </w:r>
            <w:r w:rsidRPr="00CA2C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January,</w:t>
            </w:r>
          </w:p>
          <w:p w14:paraId="2AD56D68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770" w:type="dxa"/>
          </w:tcPr>
          <w:p w14:paraId="58D2FB6F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Reason, Revolution And Reconstruction In Indian Philosophy, Decoding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Krishna Legacy.</w:t>
            </w:r>
          </w:p>
        </w:tc>
        <w:tc>
          <w:tcPr>
            <w:tcW w:w="1483" w:type="dxa"/>
          </w:tcPr>
          <w:p w14:paraId="3104A432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DIC, Department Of Philosophy, Ravenshaw University.</w:t>
            </w:r>
          </w:p>
        </w:tc>
        <w:tc>
          <w:tcPr>
            <w:tcW w:w="1524" w:type="dxa"/>
          </w:tcPr>
          <w:p w14:paraId="1A1BE7F6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DIC, Department Of Philosophy, Ravenshaw University.</w:t>
            </w:r>
          </w:p>
        </w:tc>
        <w:tc>
          <w:tcPr>
            <w:tcW w:w="3588" w:type="dxa"/>
          </w:tcPr>
          <w:p w14:paraId="3B9E7B05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10043" w:type="dxa"/>
          </w:tcPr>
          <w:p w14:paraId="49E24090" w14:textId="77777777" w:rsidR="007174A4" w:rsidRPr="002B741D" w:rsidRDefault="007174A4" w:rsidP="00666552">
            <w:pPr>
              <w:tabs>
                <w:tab w:val="left" w:pos="39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International</w:t>
            </w:r>
          </w:p>
        </w:tc>
      </w:tr>
      <w:tr w:rsidR="007174A4" w:rsidRPr="002B741D" w14:paraId="646DD662" w14:textId="77777777" w:rsidTr="00666552">
        <w:trPr>
          <w:trHeight w:val="493"/>
        </w:trPr>
        <w:tc>
          <w:tcPr>
            <w:tcW w:w="1623" w:type="dxa"/>
          </w:tcPr>
          <w:p w14:paraId="5FC6F496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A2C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-25</w:t>
            </w:r>
            <w:r w:rsidRPr="00CA2C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January,2026</w:t>
            </w:r>
          </w:p>
        </w:tc>
        <w:tc>
          <w:tcPr>
            <w:tcW w:w="1770" w:type="dxa"/>
          </w:tcPr>
          <w:p w14:paraId="6EA210FB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CA2CF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Annual Conference, AOPA</w:t>
            </w:r>
          </w:p>
        </w:tc>
        <w:tc>
          <w:tcPr>
            <w:tcW w:w="1483" w:type="dxa"/>
          </w:tcPr>
          <w:p w14:paraId="5A725C00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Department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Utkal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University.</w:t>
            </w:r>
          </w:p>
        </w:tc>
        <w:tc>
          <w:tcPr>
            <w:tcW w:w="1524" w:type="dxa"/>
          </w:tcPr>
          <w:p w14:paraId="70405EB6" w14:textId="77777777" w:rsidR="007174A4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Odisha Philosophical</w:t>
            </w:r>
          </w:p>
          <w:p w14:paraId="707E6FD7" w14:textId="1BD98256" w:rsidR="007174A4" w:rsidRPr="002B741D" w:rsidRDefault="0006123E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</w:t>
            </w:r>
            <w:r w:rsidR="00717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8" w:type="dxa"/>
          </w:tcPr>
          <w:p w14:paraId="3D957188" w14:textId="77777777" w:rsidR="007174A4" w:rsidRPr="002B741D" w:rsidRDefault="007174A4" w:rsidP="006665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participated</w:t>
            </w:r>
          </w:p>
        </w:tc>
        <w:tc>
          <w:tcPr>
            <w:tcW w:w="10043" w:type="dxa"/>
          </w:tcPr>
          <w:p w14:paraId="293153F0" w14:textId="77777777" w:rsidR="007174A4" w:rsidRPr="002B741D" w:rsidRDefault="007174A4" w:rsidP="00666552">
            <w:pPr>
              <w:tabs>
                <w:tab w:val="left" w:pos="391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</w:tr>
    </w:tbl>
    <w:p w14:paraId="2B87976B" w14:textId="77777777" w:rsidR="007174A4" w:rsidRPr="007174A4" w:rsidRDefault="007174A4" w:rsidP="007174A4"/>
    <w:p w14:paraId="157ED3A6" w14:textId="77777777" w:rsidR="000028B4" w:rsidRDefault="000028B4" w:rsidP="002B741D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517F2119" w14:textId="169F626E" w:rsidR="003B1EDF" w:rsidRPr="002B741D" w:rsidRDefault="007174A4" w:rsidP="007174A4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29EC" w:rsidRPr="002B741D">
        <w:rPr>
          <w:rFonts w:ascii="Times New Roman" w:hAnsi="Times New Roman" w:cs="Times New Roman"/>
          <w:sz w:val="28"/>
          <w:szCs w:val="28"/>
        </w:rPr>
        <w:t>. Membership in Organizations / Associations</w:t>
      </w: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1831"/>
        <w:gridCol w:w="3122"/>
        <w:gridCol w:w="1949"/>
        <w:gridCol w:w="2116"/>
      </w:tblGrid>
      <w:tr w:rsidR="003B1EDF" w:rsidRPr="002B741D" w14:paraId="7EBEA99A" w14:textId="77777777" w:rsidTr="00240083">
        <w:trPr>
          <w:trHeight w:val="2298"/>
        </w:trPr>
        <w:tc>
          <w:tcPr>
            <w:tcW w:w="1831" w:type="dxa"/>
          </w:tcPr>
          <w:p w14:paraId="1525AD87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Position Held</w:t>
            </w:r>
          </w:p>
        </w:tc>
        <w:tc>
          <w:tcPr>
            <w:tcW w:w="3122" w:type="dxa"/>
          </w:tcPr>
          <w:p w14:paraId="617EC7AB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Organization (National/State/International)</w:t>
            </w:r>
          </w:p>
        </w:tc>
        <w:tc>
          <w:tcPr>
            <w:tcW w:w="1949" w:type="dxa"/>
          </w:tcPr>
          <w:p w14:paraId="57BECABA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Type of Membership</w:t>
            </w:r>
          </w:p>
        </w:tc>
        <w:tc>
          <w:tcPr>
            <w:tcW w:w="2116" w:type="dxa"/>
          </w:tcPr>
          <w:p w14:paraId="4D743915" w14:textId="77777777" w:rsidR="003B1EDF" w:rsidRPr="002B741D" w:rsidRDefault="005C2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Activities Conducted (Subject Expert/Guest Lecturer/BOS Member/Life Member etc.)</w:t>
            </w:r>
          </w:p>
        </w:tc>
      </w:tr>
      <w:tr w:rsidR="003B1EDF" w:rsidRPr="002B741D" w14:paraId="51A7FCC2" w14:textId="77777777" w:rsidTr="00240083">
        <w:trPr>
          <w:trHeight w:val="737"/>
        </w:trPr>
        <w:tc>
          <w:tcPr>
            <w:tcW w:w="1831" w:type="dxa"/>
          </w:tcPr>
          <w:p w14:paraId="737D6404" w14:textId="63A5E33F" w:rsidR="003B1EDF" w:rsidRPr="002B741D" w:rsidRDefault="0071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3122" w:type="dxa"/>
          </w:tcPr>
          <w:p w14:paraId="2C72DD06" w14:textId="3C279139" w:rsidR="003B1EDF" w:rsidRPr="002B741D" w:rsidRDefault="0071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Autonomous College,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Salipur</w:t>
            </w:r>
            <w:proofErr w:type="spellEnd"/>
          </w:p>
        </w:tc>
        <w:tc>
          <w:tcPr>
            <w:tcW w:w="1949" w:type="dxa"/>
          </w:tcPr>
          <w:p w14:paraId="4D95F47D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CD139ED" w14:textId="5E5A15A2" w:rsidR="003B1EDF" w:rsidRPr="002B741D" w:rsidRDefault="0071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BOS Member</w:t>
            </w:r>
          </w:p>
        </w:tc>
      </w:tr>
      <w:tr w:rsidR="003B1EDF" w:rsidRPr="002B741D" w14:paraId="7CC060E2" w14:textId="77777777" w:rsidTr="00240083">
        <w:trPr>
          <w:trHeight w:val="710"/>
        </w:trPr>
        <w:tc>
          <w:tcPr>
            <w:tcW w:w="1831" w:type="dxa"/>
          </w:tcPr>
          <w:p w14:paraId="34987924" w14:textId="57470962" w:rsidR="003B1EDF" w:rsidRPr="002B741D" w:rsidRDefault="0071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</w:t>
            </w:r>
          </w:p>
        </w:tc>
        <w:tc>
          <w:tcPr>
            <w:tcW w:w="3122" w:type="dxa"/>
          </w:tcPr>
          <w:p w14:paraId="586C2BAD" w14:textId="0F812B32" w:rsidR="003B1EDF" w:rsidRPr="002B741D" w:rsidRDefault="0071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State</w:t>
            </w:r>
          </w:p>
        </w:tc>
        <w:tc>
          <w:tcPr>
            <w:tcW w:w="1949" w:type="dxa"/>
          </w:tcPr>
          <w:p w14:paraId="48D45E45" w14:textId="77777777" w:rsidR="003B1EDF" w:rsidRPr="002B741D" w:rsidRDefault="003B1E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6314F6A" w14:textId="66C2D4BC" w:rsidR="003B1EDF" w:rsidRPr="002B741D" w:rsidRDefault="0071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741D">
              <w:rPr>
                <w:rFonts w:ascii="Times New Roman" w:hAnsi="Times New Roman" w:cs="Times New Roman"/>
                <w:sz w:val="24"/>
                <w:szCs w:val="24"/>
              </w:rPr>
              <w:t>Life Member</w:t>
            </w:r>
          </w:p>
        </w:tc>
      </w:tr>
    </w:tbl>
    <w:p w14:paraId="3A25F025" w14:textId="0269E10E" w:rsidR="002B741D" w:rsidRDefault="002B741D" w:rsidP="0006123E">
      <w:pPr>
        <w:pStyle w:val="Heading2"/>
        <w:spacing w:after="240"/>
        <w:rPr>
          <w:rFonts w:ascii="Times New Roman" w:hAnsi="Times New Roman" w:cs="Times New Roman"/>
          <w:sz w:val="28"/>
          <w:szCs w:val="28"/>
        </w:rPr>
      </w:pPr>
    </w:p>
    <w:p w14:paraId="18FBAEFB" w14:textId="350FCC86" w:rsidR="003B1EDF" w:rsidRPr="002B741D" w:rsidRDefault="005C29EC" w:rsidP="002B741D">
      <w:pPr>
        <w:pStyle w:val="Heading2"/>
        <w:spacing w:after="240"/>
        <w:jc w:val="center"/>
        <w:rPr>
          <w:rFonts w:ascii="Times New Roman" w:hAnsi="Times New Roman" w:cs="Times New Roman"/>
          <w:sz w:val="28"/>
          <w:szCs w:val="28"/>
        </w:rPr>
      </w:pPr>
      <w:r w:rsidRPr="002B741D">
        <w:rPr>
          <w:rFonts w:ascii="Times New Roman" w:hAnsi="Times New Roman" w:cs="Times New Roman"/>
          <w:sz w:val="28"/>
          <w:szCs w:val="28"/>
        </w:rPr>
        <w:t>Declaration</w:t>
      </w:r>
    </w:p>
    <w:p w14:paraId="0A749101" w14:textId="77777777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>I hereby declare that the information provided above is true to the best of my knowledge.</w:t>
      </w:r>
    </w:p>
    <w:p w14:paraId="34EB8138" w14:textId="11B6A357" w:rsidR="003B1EDF" w:rsidRPr="002B741D" w:rsidRDefault="005C29EC">
      <w:pPr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br/>
        <w:t xml:space="preserve">Date: </w:t>
      </w:r>
      <w:r w:rsidR="000028B4">
        <w:rPr>
          <w:rFonts w:ascii="Times New Roman" w:hAnsi="Times New Roman" w:cs="Times New Roman"/>
          <w:sz w:val="24"/>
          <w:szCs w:val="24"/>
        </w:rPr>
        <w:t>27</w:t>
      </w:r>
      <w:r w:rsidR="009D5432">
        <w:rPr>
          <w:rFonts w:ascii="Times New Roman" w:hAnsi="Times New Roman" w:cs="Times New Roman"/>
          <w:sz w:val="24"/>
          <w:szCs w:val="24"/>
        </w:rPr>
        <w:t>.02.2026</w:t>
      </w:r>
    </w:p>
    <w:p w14:paraId="4D8FD857" w14:textId="77777777" w:rsidR="000028B4" w:rsidRDefault="005C29EC" w:rsidP="000028B4">
      <w:pPr>
        <w:tabs>
          <w:tab w:val="left" w:pos="7350"/>
        </w:tabs>
        <w:rPr>
          <w:rFonts w:ascii="Times New Roman" w:hAnsi="Times New Roman" w:cs="Times New Roman"/>
          <w:sz w:val="24"/>
          <w:szCs w:val="24"/>
        </w:rPr>
      </w:pPr>
      <w:r w:rsidRPr="002B741D">
        <w:rPr>
          <w:rFonts w:ascii="Times New Roman" w:hAnsi="Times New Roman" w:cs="Times New Roman"/>
          <w:sz w:val="24"/>
          <w:szCs w:val="24"/>
        </w:rPr>
        <w:t xml:space="preserve">Place: </w:t>
      </w:r>
      <w:r w:rsidR="009D5432">
        <w:rPr>
          <w:rFonts w:ascii="Times New Roman" w:hAnsi="Times New Roman" w:cs="Times New Roman"/>
          <w:sz w:val="24"/>
          <w:szCs w:val="24"/>
        </w:rPr>
        <w:t>SALIPUR</w:t>
      </w:r>
    </w:p>
    <w:p w14:paraId="441620E2" w14:textId="24CB66B4" w:rsidR="003B1EDF" w:rsidRPr="002B741D" w:rsidRDefault="001A3391" w:rsidP="000028B4">
      <w:pPr>
        <w:tabs>
          <w:tab w:val="left" w:pos="7350"/>
        </w:tabs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028B4" w:rsidRPr="000028B4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72325D32" wp14:editId="3C11AF1E">
            <wp:extent cx="2084705" cy="409575"/>
            <wp:effectExtent l="0" t="0" r="0" b="9525"/>
            <wp:docPr id="4" name="Picture 4" descr="C:\Users\HP\Downloads\WhatsApp Image 2026-02-26 at 11.05.3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WhatsApp Image 2026-02-26 at 11.05.30 AM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401" cy="41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9EC" w:rsidRPr="002B741D">
        <w:rPr>
          <w:rFonts w:ascii="Times New Roman" w:hAnsi="Times New Roman" w:cs="Times New Roman"/>
          <w:sz w:val="24"/>
          <w:szCs w:val="24"/>
        </w:rPr>
        <w:br/>
      </w:r>
      <w:r w:rsidR="000028B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C29EC" w:rsidRPr="002B741D">
        <w:rPr>
          <w:rFonts w:ascii="Times New Roman" w:hAnsi="Times New Roman" w:cs="Times New Roman"/>
          <w:sz w:val="24"/>
          <w:szCs w:val="24"/>
        </w:rPr>
        <w:t>Signature</w:t>
      </w:r>
    </w:p>
    <w:sectPr w:rsidR="003B1EDF" w:rsidRPr="002B741D" w:rsidSect="007174A4">
      <w:pgSz w:w="12240" w:h="15840"/>
      <w:pgMar w:top="1440" w:right="1800" w:bottom="567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D790B" w14:textId="77777777" w:rsidR="002E3585" w:rsidRDefault="002E3585" w:rsidP="007174A4">
      <w:pPr>
        <w:spacing w:after="0" w:line="240" w:lineRule="auto"/>
      </w:pPr>
      <w:r>
        <w:separator/>
      </w:r>
    </w:p>
  </w:endnote>
  <w:endnote w:type="continuationSeparator" w:id="0">
    <w:p w14:paraId="50F57226" w14:textId="77777777" w:rsidR="002E3585" w:rsidRDefault="002E3585" w:rsidP="00717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429C04" w14:textId="77777777" w:rsidR="002E3585" w:rsidRDefault="002E3585" w:rsidP="007174A4">
      <w:pPr>
        <w:spacing w:after="0" w:line="240" w:lineRule="auto"/>
      </w:pPr>
      <w:r>
        <w:separator/>
      </w:r>
    </w:p>
  </w:footnote>
  <w:footnote w:type="continuationSeparator" w:id="0">
    <w:p w14:paraId="4CAD0D94" w14:textId="77777777" w:rsidR="002E3585" w:rsidRDefault="002E3585" w:rsidP="007174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8B4"/>
    <w:rsid w:val="0002165D"/>
    <w:rsid w:val="00034616"/>
    <w:rsid w:val="0006063C"/>
    <w:rsid w:val="0006123E"/>
    <w:rsid w:val="000647E9"/>
    <w:rsid w:val="000B2F79"/>
    <w:rsid w:val="00101752"/>
    <w:rsid w:val="00137368"/>
    <w:rsid w:val="0015074B"/>
    <w:rsid w:val="001A3391"/>
    <w:rsid w:val="001A3D0C"/>
    <w:rsid w:val="001A684B"/>
    <w:rsid w:val="001D6A1E"/>
    <w:rsid w:val="001E0BF7"/>
    <w:rsid w:val="00240083"/>
    <w:rsid w:val="002957BC"/>
    <w:rsid w:val="0029639D"/>
    <w:rsid w:val="00296CC7"/>
    <w:rsid w:val="002B741D"/>
    <w:rsid w:val="002E3585"/>
    <w:rsid w:val="00326F90"/>
    <w:rsid w:val="003B1E82"/>
    <w:rsid w:val="003B1EDF"/>
    <w:rsid w:val="00557619"/>
    <w:rsid w:val="005C29EC"/>
    <w:rsid w:val="00613A74"/>
    <w:rsid w:val="00690EFF"/>
    <w:rsid w:val="007174A4"/>
    <w:rsid w:val="00744A74"/>
    <w:rsid w:val="00803555"/>
    <w:rsid w:val="008B74CB"/>
    <w:rsid w:val="00957109"/>
    <w:rsid w:val="009915AE"/>
    <w:rsid w:val="009D5432"/>
    <w:rsid w:val="00AA1D8D"/>
    <w:rsid w:val="00B47730"/>
    <w:rsid w:val="00BD48B1"/>
    <w:rsid w:val="00C842F2"/>
    <w:rsid w:val="00CA2CFF"/>
    <w:rsid w:val="00CB0664"/>
    <w:rsid w:val="00D30933"/>
    <w:rsid w:val="00D968E0"/>
    <w:rsid w:val="00DF5D67"/>
    <w:rsid w:val="00E0272D"/>
    <w:rsid w:val="00E368DF"/>
    <w:rsid w:val="00E7141E"/>
    <w:rsid w:val="00FC693F"/>
    <w:rsid w:val="00FD303A"/>
    <w:rsid w:val="00FF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0097A9"/>
  <w14:defaultImageDpi w14:val="300"/>
  <w15:docId w15:val="{C265A1A6-3781-4531-839E-52CE4AD5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A3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3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B1F4DB-0712-4AD9-9422-15D9BD51D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9</cp:revision>
  <dcterms:created xsi:type="dcterms:W3CDTF">2026-02-26T05:41:00Z</dcterms:created>
  <dcterms:modified xsi:type="dcterms:W3CDTF">2026-02-26T06:57:00Z</dcterms:modified>
  <cp:category/>
</cp:coreProperties>
</file>