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0F7B7800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2D4571E" w:rsidR="002B741D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7F259E7D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2EA5AE3C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0C22A" w14:textId="5277EE17" w:rsidR="00605732" w:rsidRDefault="00CD5E74" w:rsidP="006057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F5C2DE" wp14:editId="1011CF74">
                                  <wp:extent cx="1014095" cy="1330960"/>
                                  <wp:effectExtent l="0" t="0" r="0" b="2540"/>
                                  <wp:docPr id="60686515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6865155" name="Picture 606865155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095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" fillcolor="white [3201]" strokecolor="black [3200]" strokeweight="2pt">
                <v:textbox>
                  <w:txbxContent>
                    <w:p w14:paraId="6880C22A" w14:textId="5277EE17" w:rsidR="00605732" w:rsidRDefault="00CD5E74" w:rsidP="006057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F5C2DE" wp14:editId="1011CF74">
                            <wp:extent cx="1014095" cy="1330960"/>
                            <wp:effectExtent l="0" t="0" r="0" b="2540"/>
                            <wp:docPr id="60686515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6865155" name="Picture 606865155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095" cy="1330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7E59CB">
        <w:rPr>
          <w:rFonts w:ascii="Times New Roman" w:hAnsi="Times New Roman" w:cs="Times New Roman"/>
          <w:sz w:val="24"/>
          <w:szCs w:val="24"/>
        </w:rPr>
        <w:t>Su</w:t>
      </w:r>
      <w:r w:rsidR="00F10FAA">
        <w:rPr>
          <w:rFonts w:ascii="Times New Roman" w:hAnsi="Times New Roman" w:cs="Times New Roman"/>
          <w:sz w:val="24"/>
          <w:szCs w:val="24"/>
        </w:rPr>
        <w:t>shre Sangita Jena</w:t>
      </w:r>
    </w:p>
    <w:p w14:paraId="079E2CFD" w14:textId="281D6457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982483">
        <w:rPr>
          <w:rFonts w:ascii="Times New Roman" w:hAnsi="Times New Roman" w:cs="Times New Roman"/>
          <w:sz w:val="24"/>
          <w:szCs w:val="24"/>
        </w:rPr>
        <w:t>Lecturer</w:t>
      </w:r>
    </w:p>
    <w:p w14:paraId="149626DB" w14:textId="2039E2F0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982483">
        <w:rPr>
          <w:rFonts w:ascii="Times New Roman" w:hAnsi="Times New Roman" w:cs="Times New Roman"/>
          <w:sz w:val="24"/>
          <w:szCs w:val="24"/>
        </w:rPr>
        <w:t>Political Science</w:t>
      </w:r>
    </w:p>
    <w:p w14:paraId="5F5D653E" w14:textId="57866825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0C3E91">
        <w:rPr>
          <w:rFonts w:ascii="Times New Roman" w:hAnsi="Times New Roman" w:cs="Times New Roman"/>
          <w:sz w:val="24"/>
          <w:szCs w:val="24"/>
        </w:rPr>
        <w:t>07/01/1998</w:t>
      </w:r>
    </w:p>
    <w:p w14:paraId="0980F2F6" w14:textId="049E6229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982483">
        <w:rPr>
          <w:rFonts w:ascii="Times New Roman" w:hAnsi="Times New Roman" w:cs="Times New Roman"/>
          <w:sz w:val="24"/>
          <w:szCs w:val="24"/>
        </w:rPr>
        <w:t xml:space="preserve"> 0</w:t>
      </w:r>
      <w:r w:rsidR="000C3E91">
        <w:rPr>
          <w:rFonts w:ascii="Times New Roman" w:hAnsi="Times New Roman" w:cs="Times New Roman"/>
          <w:sz w:val="24"/>
          <w:szCs w:val="24"/>
        </w:rPr>
        <w:t>4/03/</w:t>
      </w:r>
      <w:r w:rsidR="000C46FF">
        <w:rPr>
          <w:rFonts w:ascii="Times New Roman" w:hAnsi="Times New Roman" w:cs="Times New Roman"/>
          <w:sz w:val="24"/>
          <w:szCs w:val="24"/>
        </w:rPr>
        <w:t>2024</w:t>
      </w:r>
    </w:p>
    <w:p w14:paraId="1D01D285" w14:textId="304F2A45" w:rsidR="003B1EDF" w:rsidRPr="002B741D" w:rsidRDefault="00E76659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0C46FF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39F19A4D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982483">
        <w:rPr>
          <w:rFonts w:ascii="Times New Roman" w:hAnsi="Times New Roman" w:cs="Times New Roman"/>
          <w:sz w:val="24"/>
          <w:szCs w:val="24"/>
        </w:rPr>
        <w:t>Salipur Autonomous College,</w:t>
      </w:r>
      <w:r w:rsidR="002849BB">
        <w:rPr>
          <w:rFonts w:ascii="Times New Roman" w:hAnsi="Times New Roman" w:cs="Times New Roman"/>
          <w:sz w:val="24"/>
          <w:szCs w:val="24"/>
        </w:rPr>
        <w:t xml:space="preserve"> </w:t>
      </w:r>
      <w:r w:rsidR="00982483">
        <w:rPr>
          <w:rFonts w:ascii="Times New Roman" w:hAnsi="Times New Roman" w:cs="Times New Roman"/>
          <w:sz w:val="24"/>
          <w:szCs w:val="24"/>
        </w:rPr>
        <w:t>Salipur,</w:t>
      </w:r>
      <w:r w:rsidR="002849BB">
        <w:rPr>
          <w:rFonts w:ascii="Times New Roman" w:hAnsi="Times New Roman" w:cs="Times New Roman"/>
          <w:sz w:val="24"/>
          <w:szCs w:val="24"/>
        </w:rPr>
        <w:t xml:space="preserve"> </w:t>
      </w:r>
      <w:r w:rsidR="00982483">
        <w:rPr>
          <w:rFonts w:ascii="Times New Roman" w:hAnsi="Times New Roman" w:cs="Times New Roman"/>
          <w:sz w:val="24"/>
          <w:szCs w:val="24"/>
        </w:rPr>
        <w:t>Cuttack.</w:t>
      </w:r>
    </w:p>
    <w:p w14:paraId="103A26B7" w14:textId="53DE09B3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0C46FF">
        <w:rPr>
          <w:rFonts w:ascii="Times New Roman" w:hAnsi="Times New Roman" w:cs="Times New Roman"/>
          <w:sz w:val="24"/>
          <w:szCs w:val="24"/>
        </w:rPr>
        <w:t>sushre1998@gmail.com</w:t>
      </w:r>
    </w:p>
    <w:p w14:paraId="21EBF29B" w14:textId="4BE8AA7A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982483">
        <w:rPr>
          <w:rFonts w:ascii="Times New Roman" w:hAnsi="Times New Roman" w:cs="Times New Roman"/>
          <w:sz w:val="24"/>
          <w:szCs w:val="24"/>
        </w:rPr>
        <w:t>7</w:t>
      </w:r>
      <w:r w:rsidR="000C46FF">
        <w:rPr>
          <w:rFonts w:ascii="Times New Roman" w:hAnsi="Times New Roman" w:cs="Times New Roman"/>
          <w:sz w:val="24"/>
          <w:szCs w:val="24"/>
        </w:rPr>
        <w:t>978217208</w:t>
      </w:r>
    </w:p>
    <w:p w14:paraId="73C6D9A8" w14:textId="37E0EE6D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1917"/>
        <w:gridCol w:w="1538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2A0D3ED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BSE, Odisha</w:t>
            </w:r>
          </w:p>
        </w:tc>
        <w:tc>
          <w:tcPr>
            <w:tcW w:w="1568" w:type="dxa"/>
          </w:tcPr>
          <w:p w14:paraId="65005BE2" w14:textId="2781CB5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dxa"/>
          </w:tcPr>
          <w:p w14:paraId="59D1CDC2" w14:textId="35176FD1" w:rsidR="003B1EDF" w:rsidRPr="002B741D" w:rsidRDefault="0081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27FE4E6E" w:rsidR="003B1EDF" w:rsidRPr="002B741D" w:rsidRDefault="0081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</w:p>
        </w:tc>
        <w:tc>
          <w:tcPr>
            <w:tcW w:w="1918" w:type="dxa"/>
          </w:tcPr>
          <w:p w14:paraId="256F3F08" w14:textId="39F9D694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CHSE, Odisha</w:t>
            </w:r>
          </w:p>
        </w:tc>
        <w:tc>
          <w:tcPr>
            <w:tcW w:w="1568" w:type="dxa"/>
          </w:tcPr>
          <w:p w14:paraId="37D1E6C1" w14:textId="0ED17586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46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</w:tcPr>
          <w:p w14:paraId="0A8E5395" w14:textId="69B85B9C" w:rsidR="003B1EDF" w:rsidRPr="002B741D" w:rsidRDefault="0081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0075EF1C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39A9D022" w14:textId="5B337E0A" w:rsidR="003B1EDF" w:rsidRPr="002B741D" w:rsidRDefault="002B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University,</w:t>
            </w:r>
            <w:r w:rsidR="005E64F2">
              <w:rPr>
                <w:rFonts w:ascii="Times New Roman" w:hAnsi="Times New Roman" w:cs="Times New Roman"/>
                <w:sz w:val="24"/>
                <w:szCs w:val="24"/>
              </w:rPr>
              <w:t xml:space="preserve"> Odisha</w:t>
            </w:r>
          </w:p>
        </w:tc>
        <w:tc>
          <w:tcPr>
            <w:tcW w:w="1568" w:type="dxa"/>
          </w:tcPr>
          <w:p w14:paraId="42A26F3C" w14:textId="2EBFD790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14:paraId="6C922431" w14:textId="4A2824E7" w:rsidR="003B1EDF" w:rsidRPr="002B741D" w:rsidRDefault="0081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0C94550C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46A85930" w14:textId="49ABA138" w:rsidR="003B1EDF" w:rsidRPr="002B741D" w:rsidRDefault="002B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University, Odisha</w:t>
            </w:r>
          </w:p>
        </w:tc>
        <w:tc>
          <w:tcPr>
            <w:tcW w:w="1568" w:type="dxa"/>
          </w:tcPr>
          <w:p w14:paraId="437267B2" w14:textId="2E8F693A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14:paraId="1700E8AA" w14:textId="5C06FC2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6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7052B54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D8CDBDA" w14:textId="36EAFF58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FDB37B3" w14:textId="39BA30B2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27F4B175" w14:textId="058AD280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01C26463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75F173E2" w14:textId="74593F1E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1568" w:type="dxa"/>
          </w:tcPr>
          <w:p w14:paraId="4AF78F20" w14:textId="770B2B98" w:rsidR="008B74CB" w:rsidRPr="002B741D" w:rsidRDefault="001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361B9A6D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36D8CC1F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30012442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58F1196A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</w:t>
            </w:r>
          </w:p>
        </w:tc>
        <w:tc>
          <w:tcPr>
            <w:tcW w:w="1804" w:type="dxa"/>
          </w:tcPr>
          <w:p w14:paraId="315A4555" w14:textId="72A3EF1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804" w:type="dxa"/>
          </w:tcPr>
          <w:p w14:paraId="6F229C67" w14:textId="6D6436D0" w:rsidR="003B1EDF" w:rsidRPr="002B741D" w:rsidRDefault="005E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04/03/2024</w:t>
            </w:r>
          </w:p>
        </w:tc>
        <w:tc>
          <w:tcPr>
            <w:tcW w:w="1804" w:type="dxa"/>
          </w:tcPr>
          <w:p w14:paraId="1DD7030C" w14:textId="5A4D736E" w:rsidR="003B1EDF" w:rsidRPr="002B741D" w:rsidRDefault="00BC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Present</w:t>
            </w:r>
          </w:p>
        </w:tc>
        <w:tc>
          <w:tcPr>
            <w:tcW w:w="1804" w:type="dxa"/>
          </w:tcPr>
          <w:p w14:paraId="5C9C9EED" w14:textId="474D641C" w:rsidR="003B1EDF" w:rsidRPr="002B741D" w:rsidRDefault="00B3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Year 11 Months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1959"/>
        <w:gridCol w:w="2470"/>
        <w:gridCol w:w="2557"/>
        <w:gridCol w:w="2016"/>
      </w:tblGrid>
      <w:tr w:rsidR="003B1EDF" w:rsidRPr="002B741D" w14:paraId="34DAAE98" w14:textId="77777777" w:rsidTr="006405BF">
        <w:trPr>
          <w:trHeight w:val="980"/>
        </w:trPr>
        <w:tc>
          <w:tcPr>
            <w:tcW w:w="1959" w:type="dxa"/>
          </w:tcPr>
          <w:p w14:paraId="7D27A70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470" w:type="dxa"/>
          </w:tcPr>
          <w:p w14:paraId="753FB7F8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57" w:type="dxa"/>
          </w:tcPr>
          <w:p w14:paraId="28818BD2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016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6405BF">
        <w:trPr>
          <w:trHeight w:val="759"/>
        </w:trPr>
        <w:tc>
          <w:tcPr>
            <w:tcW w:w="1959" w:type="dxa"/>
          </w:tcPr>
          <w:p w14:paraId="4468BB09" w14:textId="75EF50CD" w:rsidR="003B1EDF" w:rsidRPr="002B741D" w:rsidRDefault="008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Days Teacher Train</w:t>
            </w:r>
            <w:r w:rsidR="0077492E">
              <w:rPr>
                <w:rFonts w:ascii="Times New Roman" w:hAnsi="Times New Roman" w:cs="Times New Roman"/>
                <w:sz w:val="24"/>
                <w:szCs w:val="24"/>
              </w:rPr>
              <w:t>ing Programme</w:t>
            </w:r>
          </w:p>
        </w:tc>
        <w:tc>
          <w:tcPr>
            <w:tcW w:w="2470" w:type="dxa"/>
          </w:tcPr>
          <w:p w14:paraId="00DC1C7E" w14:textId="34939A1D" w:rsidR="003B1EDF" w:rsidRPr="002B741D" w:rsidRDefault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21/01/2025 to 25/01/</w:t>
            </w:r>
            <w:r w:rsidR="001D22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57" w:type="dxa"/>
          </w:tcPr>
          <w:p w14:paraId="173DC78C" w14:textId="7D12C75C" w:rsidR="003B1EDF" w:rsidRPr="002B741D" w:rsidRDefault="001D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</w:t>
            </w:r>
            <w:r w:rsidR="00090332">
              <w:rPr>
                <w:rFonts w:ascii="Times New Roman" w:hAnsi="Times New Roman" w:cs="Times New Roman"/>
                <w:sz w:val="24"/>
                <w:szCs w:val="24"/>
              </w:rPr>
              <w:t>, Odisha</w:t>
            </w:r>
          </w:p>
        </w:tc>
        <w:tc>
          <w:tcPr>
            <w:tcW w:w="2016" w:type="dxa"/>
          </w:tcPr>
          <w:p w14:paraId="381CFB0F" w14:textId="7BB5D22E" w:rsidR="003B1EDF" w:rsidRPr="002B741D" w:rsidRDefault="001D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</w:tr>
      <w:tr w:rsidR="003B1EDF" w:rsidRPr="002B741D" w14:paraId="3E6A0F05" w14:textId="77777777" w:rsidTr="006405BF">
        <w:trPr>
          <w:trHeight w:val="759"/>
        </w:trPr>
        <w:tc>
          <w:tcPr>
            <w:tcW w:w="1959" w:type="dxa"/>
          </w:tcPr>
          <w:p w14:paraId="67DF8F11" w14:textId="6BDAE9E8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6806D19" w14:textId="296391BE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07E61D78" w14:textId="56A23F4F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6405BF">
        <w:trPr>
          <w:trHeight w:val="759"/>
        </w:trPr>
        <w:tc>
          <w:tcPr>
            <w:tcW w:w="1959" w:type="dxa"/>
          </w:tcPr>
          <w:p w14:paraId="05CF0DDC" w14:textId="022AF761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35358A2" w14:textId="33F96881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F7C2307" w14:textId="484C58D9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5BF" w:rsidRPr="002B741D" w14:paraId="213742C4" w14:textId="77777777" w:rsidTr="006405BF">
        <w:trPr>
          <w:trHeight w:val="759"/>
        </w:trPr>
        <w:tc>
          <w:tcPr>
            <w:tcW w:w="1959" w:type="dxa"/>
          </w:tcPr>
          <w:p w14:paraId="0230A4EF" w14:textId="55CB95F1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F341754" w14:textId="3678DD39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2C6FB554" w14:textId="456107E6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48C30C1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5BF" w:rsidRPr="002B741D" w14:paraId="253EC8E6" w14:textId="77777777" w:rsidTr="006405BF">
        <w:trPr>
          <w:trHeight w:val="714"/>
        </w:trPr>
        <w:tc>
          <w:tcPr>
            <w:tcW w:w="1959" w:type="dxa"/>
          </w:tcPr>
          <w:p w14:paraId="60092D32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B17C8C1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A7D7C0A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0C62FF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1310"/>
        <w:gridCol w:w="1229"/>
        <w:gridCol w:w="1457"/>
        <w:gridCol w:w="1230"/>
        <w:gridCol w:w="3588"/>
        <w:gridCol w:w="1443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3A751923" w:rsidR="003B1EDF" w:rsidRPr="002B741D" w:rsidRDefault="005E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18/12/2025</w:t>
            </w:r>
          </w:p>
        </w:tc>
        <w:tc>
          <w:tcPr>
            <w:tcW w:w="746" w:type="dxa"/>
          </w:tcPr>
          <w:p w14:paraId="4B2A63BC" w14:textId="173F68EF" w:rsidR="003B1EDF" w:rsidRPr="002B741D" w:rsidRDefault="00BB1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97B8B">
              <w:rPr>
                <w:rFonts w:ascii="Times New Roman" w:hAnsi="Times New Roman" w:cs="Times New Roman"/>
                <w:sz w:val="24"/>
                <w:szCs w:val="24"/>
              </w:rPr>
              <w:t>Writing and Funding Research Proposals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From Idea to Approval”</w:t>
            </w:r>
          </w:p>
        </w:tc>
        <w:tc>
          <w:tcPr>
            <w:tcW w:w="1184" w:type="dxa"/>
          </w:tcPr>
          <w:p w14:paraId="34410501" w14:textId="1D79F02E" w:rsidR="003B1EDF" w:rsidRPr="002B741D" w:rsidRDefault="00EA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Internal Quality Assurance Cell (IQ</w:t>
            </w:r>
            <w:r w:rsidR="003F489D">
              <w:rPr>
                <w:rFonts w:ascii="Times New Roman" w:hAnsi="Times New Roman" w:cs="Times New Roman"/>
                <w:sz w:val="24"/>
                <w:szCs w:val="24"/>
              </w:rPr>
              <w:t xml:space="preserve">AC), Kendrapara Autonomous College, </w:t>
            </w:r>
            <w:r w:rsidR="003F4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Kendrapara, Odisha</w:t>
            </w: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2AABCD38" w:rsidR="003B1EDF" w:rsidRPr="002B741D" w:rsidRDefault="00DD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460" w:type="dxa"/>
          </w:tcPr>
          <w:p w14:paraId="435B6A93" w14:textId="781F799F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6DA02FD4" w:rsidR="003B1EDF" w:rsidRPr="002B741D" w:rsidRDefault="005B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Faculty Member </w:t>
            </w:r>
          </w:p>
        </w:tc>
        <w:tc>
          <w:tcPr>
            <w:tcW w:w="3122" w:type="dxa"/>
          </w:tcPr>
          <w:p w14:paraId="2C72DD06" w14:textId="7B9E5FCD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949" w:type="dxa"/>
          </w:tcPr>
          <w:p w14:paraId="4D95F47D" w14:textId="411B1C71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1550F42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</w:t>
            </w: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3FEE79D8" w:rsidR="003B1EDF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  <w:r w:rsidR="009824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51ACD" w14:textId="12695F35" w:rsidR="00982483" w:rsidRPr="00982483" w:rsidRDefault="00982483" w:rsidP="00982483">
      <w:r>
        <w:t xml:space="preserve">Political Theory, Political Thought, </w:t>
      </w:r>
      <w:r w:rsidR="00E946B8">
        <w:t>International Relations, Foreign</w:t>
      </w:r>
      <w:r w:rsidR="00975CD9">
        <w:t xml:space="preserve"> affairs etc.</w:t>
      </w:r>
      <w:r w:rsidR="00E946B8">
        <w:t xml:space="preserve"> </w:t>
      </w:r>
    </w:p>
    <w:p w14:paraId="02C8EEBA" w14:textId="77777777" w:rsidR="002B741D" w:rsidRPr="002B741D" w:rsidRDefault="002B741D" w:rsidP="002B741D"/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E76659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250F8964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D86065">
        <w:rPr>
          <w:rFonts w:ascii="Times New Roman" w:hAnsi="Times New Roman" w:cs="Times New Roman"/>
          <w:sz w:val="24"/>
          <w:szCs w:val="24"/>
        </w:rPr>
        <w:t>1</w:t>
      </w:r>
      <w:r w:rsidR="00975CD9">
        <w:rPr>
          <w:rFonts w:ascii="Times New Roman" w:hAnsi="Times New Roman" w:cs="Times New Roman"/>
          <w:sz w:val="24"/>
          <w:szCs w:val="24"/>
        </w:rPr>
        <w:t>7</w:t>
      </w:r>
      <w:r w:rsidR="00D86065">
        <w:rPr>
          <w:rFonts w:ascii="Times New Roman" w:hAnsi="Times New Roman" w:cs="Times New Roman"/>
          <w:sz w:val="24"/>
          <w:szCs w:val="24"/>
        </w:rPr>
        <w:t>/02/2026</w:t>
      </w:r>
    </w:p>
    <w:p w14:paraId="49C9217A" w14:textId="0D6B5DFF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D86065">
        <w:rPr>
          <w:rFonts w:ascii="Times New Roman" w:hAnsi="Times New Roman" w:cs="Times New Roman"/>
          <w:sz w:val="24"/>
          <w:szCs w:val="24"/>
        </w:rPr>
        <w:t>Salipur</w:t>
      </w:r>
    </w:p>
    <w:p w14:paraId="27853D96" w14:textId="02755E96" w:rsidR="00D86065" w:rsidRDefault="00975CD9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Sushre Sangita Jena</w:t>
      </w:r>
    </w:p>
    <w:p w14:paraId="441620E2" w14:textId="2C572DD0" w:rsidR="003B1EDF" w:rsidRPr="002B741D" w:rsidRDefault="00E76659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9016465">
    <w:abstractNumId w:val="8"/>
  </w:num>
  <w:num w:numId="2" w16cid:durableId="1597714366">
    <w:abstractNumId w:val="6"/>
  </w:num>
  <w:num w:numId="3" w16cid:durableId="930817848">
    <w:abstractNumId w:val="5"/>
  </w:num>
  <w:num w:numId="4" w16cid:durableId="2110154648">
    <w:abstractNumId w:val="4"/>
  </w:num>
  <w:num w:numId="5" w16cid:durableId="2140952616">
    <w:abstractNumId w:val="7"/>
  </w:num>
  <w:num w:numId="6" w16cid:durableId="1411269527">
    <w:abstractNumId w:val="3"/>
  </w:num>
  <w:num w:numId="7" w16cid:durableId="1829902651">
    <w:abstractNumId w:val="2"/>
  </w:num>
  <w:num w:numId="8" w16cid:durableId="359358005">
    <w:abstractNumId w:val="1"/>
  </w:num>
  <w:num w:numId="9" w16cid:durableId="91023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332"/>
    <w:rsid w:val="000B2F79"/>
    <w:rsid w:val="000C3E91"/>
    <w:rsid w:val="000C46FF"/>
    <w:rsid w:val="001464AF"/>
    <w:rsid w:val="0015074B"/>
    <w:rsid w:val="001A37D8"/>
    <w:rsid w:val="001C11F9"/>
    <w:rsid w:val="001D2201"/>
    <w:rsid w:val="00267A8E"/>
    <w:rsid w:val="002849BB"/>
    <w:rsid w:val="0029639D"/>
    <w:rsid w:val="002B1705"/>
    <w:rsid w:val="002B741D"/>
    <w:rsid w:val="00326F90"/>
    <w:rsid w:val="003B1EDF"/>
    <w:rsid w:val="003F489D"/>
    <w:rsid w:val="004670FB"/>
    <w:rsid w:val="00482FA3"/>
    <w:rsid w:val="005067D3"/>
    <w:rsid w:val="005B4D1F"/>
    <w:rsid w:val="005E4A76"/>
    <w:rsid w:val="005E64F2"/>
    <w:rsid w:val="00605732"/>
    <w:rsid w:val="00636436"/>
    <w:rsid w:val="006405BF"/>
    <w:rsid w:val="0077492E"/>
    <w:rsid w:val="007E59CB"/>
    <w:rsid w:val="00803555"/>
    <w:rsid w:val="00807012"/>
    <w:rsid w:val="00812FF9"/>
    <w:rsid w:val="008B74CB"/>
    <w:rsid w:val="00975CD9"/>
    <w:rsid w:val="00982483"/>
    <w:rsid w:val="00A1248C"/>
    <w:rsid w:val="00AA1D8D"/>
    <w:rsid w:val="00B33D0D"/>
    <w:rsid w:val="00B47730"/>
    <w:rsid w:val="00BB170C"/>
    <w:rsid w:val="00BC44E9"/>
    <w:rsid w:val="00CB0664"/>
    <w:rsid w:val="00CD5E74"/>
    <w:rsid w:val="00D30933"/>
    <w:rsid w:val="00D40795"/>
    <w:rsid w:val="00D86065"/>
    <w:rsid w:val="00D97B8B"/>
    <w:rsid w:val="00DA5D53"/>
    <w:rsid w:val="00DD79A1"/>
    <w:rsid w:val="00E46318"/>
    <w:rsid w:val="00E76659"/>
    <w:rsid w:val="00E946B8"/>
    <w:rsid w:val="00EA414F"/>
    <w:rsid w:val="00EB73FB"/>
    <w:rsid w:val="00F10F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B284E-C144-48D5-B320-F5AFBFB3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Tushar Kumar Mohanty</cp:lastModifiedBy>
  <cp:revision>40</cp:revision>
  <dcterms:created xsi:type="dcterms:W3CDTF">2013-12-23T23:15:00Z</dcterms:created>
  <dcterms:modified xsi:type="dcterms:W3CDTF">2026-02-17T06:43:00Z</dcterms:modified>
  <cp:category/>
</cp:coreProperties>
</file>