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53E0" w14:textId="424440A6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</w:t>
      </w:r>
      <w:r w:rsidR="00735F82">
        <w:rPr>
          <w:rFonts w:ascii="Times New Roman" w:hAnsi="Times New Roman" w:cs="Times New Roman"/>
        </w:rPr>
        <w:t>RICULUM VITAE</w:t>
      </w:r>
    </w:p>
    <w:p w14:paraId="27282C65" w14:textId="72D4571E" w:rsidR="002B741D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68DE6576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03CF763E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60D0D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" fillcolor="white [3201]" strokecolor="black [3200]" strokeweight="2pt"/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proofErr w:type="spellStart"/>
      <w:r w:rsidR="00735F82">
        <w:rPr>
          <w:rFonts w:ascii="Times New Roman" w:hAnsi="Times New Roman" w:cs="Times New Roman"/>
          <w:sz w:val="24"/>
          <w:szCs w:val="24"/>
        </w:rPr>
        <w:t>Suprava</w:t>
      </w:r>
      <w:proofErr w:type="spellEnd"/>
      <w:r w:rsidR="00735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82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BA4180">
        <w:rPr>
          <w:rFonts w:ascii="Times New Roman" w:hAnsi="Times New Roman" w:cs="Times New Roman"/>
          <w:sz w:val="24"/>
          <w:szCs w:val="24"/>
        </w:rPr>
        <w:t>ethy</w:t>
      </w:r>
      <w:proofErr w:type="spellEnd"/>
    </w:p>
    <w:p w14:paraId="079E2CFD" w14:textId="381D4C63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B40A83">
        <w:rPr>
          <w:rFonts w:ascii="Times New Roman" w:hAnsi="Times New Roman" w:cs="Times New Roman"/>
          <w:sz w:val="24"/>
          <w:szCs w:val="24"/>
        </w:rPr>
        <w:t>lect.</w:t>
      </w:r>
    </w:p>
    <w:p w14:paraId="149626DB" w14:textId="03DDA50B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proofErr w:type="spellStart"/>
      <w:r w:rsidR="00B40A83">
        <w:rPr>
          <w:rFonts w:ascii="Times New Roman" w:hAnsi="Times New Roman" w:cs="Times New Roman"/>
          <w:sz w:val="24"/>
          <w:szCs w:val="24"/>
        </w:rPr>
        <w:t>odia</w:t>
      </w:r>
      <w:proofErr w:type="spellEnd"/>
    </w:p>
    <w:p w14:paraId="5F5D653E" w14:textId="0A356ACD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B40A83">
        <w:rPr>
          <w:rFonts w:ascii="Times New Roman" w:hAnsi="Times New Roman" w:cs="Times New Roman"/>
          <w:sz w:val="24"/>
          <w:szCs w:val="24"/>
        </w:rPr>
        <w:t>14.05.1993</w:t>
      </w:r>
    </w:p>
    <w:p w14:paraId="0980F2F6" w14:textId="2BE55E6A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B40A83">
        <w:rPr>
          <w:rFonts w:ascii="Times New Roman" w:hAnsi="Times New Roman" w:cs="Times New Roman"/>
          <w:sz w:val="24"/>
          <w:szCs w:val="24"/>
        </w:rPr>
        <w:t>18.8.2018</w:t>
      </w:r>
    </w:p>
    <w:p w14:paraId="1D01D285" w14:textId="1841BEBF" w:rsidR="003B1EDF" w:rsidRPr="002B741D" w:rsidRDefault="00735F82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proofErr w:type="spellStart"/>
      <w:r w:rsidR="005227E9">
        <w:rPr>
          <w:rFonts w:ascii="Times New Roman" w:hAnsi="Times New Roman" w:cs="Times New Roman"/>
          <w:sz w:val="24"/>
          <w:szCs w:val="24"/>
        </w:rPr>
        <w:t>fmeal</w:t>
      </w:r>
      <w:proofErr w:type="spellEnd"/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21B948F7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proofErr w:type="spellStart"/>
      <w:r w:rsidR="00B4553E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B4553E">
        <w:rPr>
          <w:rFonts w:ascii="Times New Roman" w:hAnsi="Times New Roman" w:cs="Times New Roman"/>
          <w:sz w:val="24"/>
          <w:szCs w:val="24"/>
        </w:rPr>
        <w:t xml:space="preserve"> </w:t>
      </w:r>
      <w:r w:rsidR="00156577">
        <w:rPr>
          <w:rFonts w:ascii="Times New Roman" w:hAnsi="Times New Roman" w:cs="Times New Roman"/>
          <w:sz w:val="24"/>
          <w:szCs w:val="24"/>
        </w:rPr>
        <w:t xml:space="preserve">auto. College. </w:t>
      </w:r>
      <w:proofErr w:type="spellStart"/>
      <w:r w:rsidR="00156577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156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577">
        <w:rPr>
          <w:rFonts w:ascii="Times New Roman" w:hAnsi="Times New Roman" w:cs="Times New Roman"/>
          <w:sz w:val="24"/>
          <w:szCs w:val="24"/>
        </w:rPr>
        <w:t>cuttack</w:t>
      </w:r>
      <w:proofErr w:type="spellEnd"/>
      <w:r w:rsidR="001565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A26B7" w14:textId="75B9503D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5227E9">
        <w:rPr>
          <w:rFonts w:ascii="Times New Roman" w:hAnsi="Times New Roman" w:cs="Times New Roman"/>
          <w:sz w:val="24"/>
          <w:szCs w:val="24"/>
        </w:rPr>
        <w:t>supravasethy513@gmail.com</w:t>
      </w:r>
    </w:p>
    <w:p w14:paraId="21EBF29B" w14:textId="1AE20129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Phone:</w:t>
      </w:r>
      <w:r w:rsidR="005227E9">
        <w:rPr>
          <w:rFonts w:ascii="Times New Roman" w:hAnsi="Times New Roman" w:cs="Times New Roman"/>
          <w:sz w:val="24"/>
          <w:szCs w:val="24"/>
        </w:rPr>
        <w:t>9853519607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6D9A8" w14:textId="77777777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646"/>
        <w:gridCol w:w="1675"/>
        <w:gridCol w:w="2456"/>
        <w:gridCol w:w="1235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0CB9399A" w:rsidR="003B1EDF" w:rsidRPr="002B741D" w:rsidRDefault="00246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Higher Secondary Education </w:t>
            </w:r>
          </w:p>
        </w:tc>
        <w:tc>
          <w:tcPr>
            <w:tcW w:w="1568" w:type="dxa"/>
          </w:tcPr>
          <w:p w14:paraId="65005BE2" w14:textId="7DE59A37" w:rsidR="003B1EDF" w:rsidRPr="002B741D" w:rsidRDefault="0049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21" w:type="dxa"/>
          </w:tcPr>
          <w:p w14:paraId="59D1CDC2" w14:textId="71004BB5" w:rsidR="003B1EDF" w:rsidRPr="002B741D" w:rsidRDefault="0000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256F3F08" w14:textId="76B23DE7" w:rsidR="003B1EDF" w:rsidRPr="002B741D" w:rsidRDefault="0048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 of </w:t>
            </w:r>
            <w:r w:rsidR="00DC4326">
              <w:rPr>
                <w:rFonts w:ascii="Times New Roman" w:hAnsi="Times New Roman" w:cs="Times New Roman"/>
                <w:sz w:val="24"/>
                <w:szCs w:val="24"/>
              </w:rPr>
              <w:t xml:space="preserve">Higher Secondary </w:t>
            </w:r>
            <w:r w:rsidR="00246BB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568" w:type="dxa"/>
          </w:tcPr>
          <w:p w14:paraId="37D1E6C1" w14:textId="0B315ED7" w:rsidR="003B1EDF" w:rsidRPr="002B741D" w:rsidRDefault="007E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21" w:type="dxa"/>
          </w:tcPr>
          <w:p w14:paraId="20AD5297" w14:textId="39245F18" w:rsidR="003B1EDF" w:rsidRDefault="00994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  <w:p w14:paraId="046204E4" w14:textId="77777777" w:rsidR="00BA13B7" w:rsidRDefault="00BA1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E5395" w14:textId="05C21AB6" w:rsidR="00BA13B7" w:rsidRPr="002B741D" w:rsidRDefault="00BA1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39A9D022" w14:textId="5961192D" w:rsidR="003B1EDF" w:rsidRPr="002B741D" w:rsidRDefault="00251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 </w:t>
            </w:r>
          </w:p>
        </w:tc>
        <w:tc>
          <w:tcPr>
            <w:tcW w:w="1568" w:type="dxa"/>
          </w:tcPr>
          <w:p w14:paraId="42A26F3C" w14:textId="270CECE0" w:rsidR="003B1EDF" w:rsidRPr="002B741D" w:rsidRDefault="007E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21" w:type="dxa"/>
          </w:tcPr>
          <w:p w14:paraId="6C922431" w14:textId="79001872" w:rsidR="003B1EDF" w:rsidRPr="002B741D" w:rsidRDefault="00994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  <w:proofErr w:type="spellEnd"/>
          </w:p>
        </w:tc>
        <w:tc>
          <w:tcPr>
            <w:tcW w:w="1736" w:type="dxa"/>
          </w:tcPr>
          <w:p w14:paraId="530D77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6A85930" w14:textId="30D7D631" w:rsidR="003B1EDF" w:rsidRPr="002B741D" w:rsidRDefault="00251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RavenshawvUniversity</w:t>
            </w:r>
            <w:proofErr w:type="spellEnd"/>
          </w:p>
        </w:tc>
        <w:tc>
          <w:tcPr>
            <w:tcW w:w="1568" w:type="dxa"/>
          </w:tcPr>
          <w:p w14:paraId="437267B2" w14:textId="723B90E6" w:rsidR="003B1EDF" w:rsidRPr="002B741D" w:rsidRDefault="0024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21" w:type="dxa"/>
          </w:tcPr>
          <w:p w14:paraId="1700E8AA" w14:textId="48BA4EF3" w:rsidR="003B1EDF" w:rsidRPr="002B741D" w:rsidRDefault="00994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5F173E2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AF78F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48D1B55F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</w:t>
      </w:r>
      <w:r w:rsidR="00BA13B7">
        <w:rPr>
          <w:rFonts w:ascii="Times New Roman" w:hAnsi="Times New Roman" w:cs="Times New Roman"/>
          <w:sz w:val="28"/>
          <w:szCs w:val="28"/>
        </w:rPr>
        <w:t>00</w:t>
      </w:r>
      <w:r w:rsidRPr="002B741D">
        <w:rPr>
          <w:rFonts w:ascii="Times New Roman" w:hAnsi="Times New Roman" w:cs="Times New Roman"/>
          <w:sz w:val="28"/>
          <w:szCs w:val="28"/>
        </w:rPr>
        <w:t>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7B589EC8" w:rsidR="003B1EDF" w:rsidRPr="002B741D" w:rsidRDefault="0074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804" w:type="dxa"/>
          </w:tcPr>
          <w:p w14:paraId="315A4555" w14:textId="1A348F2F" w:rsidR="003B1EDF" w:rsidRPr="002B741D" w:rsidRDefault="007D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C21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1775FD">
              <w:rPr>
                <w:rFonts w:ascii="Times New Roman" w:hAnsi="Times New Roman" w:cs="Times New Roman"/>
                <w:sz w:val="24"/>
                <w:szCs w:val="24"/>
              </w:rPr>
              <w:t>nomous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</w:tcPr>
          <w:p w14:paraId="6F229C67" w14:textId="42123E28" w:rsidR="003B1EDF" w:rsidRPr="002B741D" w:rsidRDefault="007D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18.8.2018</w:t>
            </w:r>
          </w:p>
        </w:tc>
        <w:tc>
          <w:tcPr>
            <w:tcW w:w="1804" w:type="dxa"/>
          </w:tcPr>
          <w:p w14:paraId="1DD7030C" w14:textId="2C15AB21" w:rsidR="003B1EDF" w:rsidRPr="002B741D" w:rsidRDefault="00A6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Continuing</w:t>
            </w:r>
          </w:p>
        </w:tc>
        <w:tc>
          <w:tcPr>
            <w:tcW w:w="1804" w:type="dxa"/>
          </w:tcPr>
          <w:p w14:paraId="5C9C9EED" w14:textId="3AD3246B" w:rsidR="003B1EDF" w:rsidRPr="002B741D" w:rsidRDefault="00A6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8year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0FEA31AE" w:rsidR="003B1EDF" w:rsidRPr="002B741D" w:rsidRDefault="004A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>Ref</w:t>
            </w:r>
            <w:r w:rsidR="00EE597B"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>resher</w:t>
            </w:r>
            <w:r w:rsidR="004032BC"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>u</w:t>
            </w:r>
            <w:proofErr w:type="spellEnd"/>
            <w:r w:rsidR="00C937A1"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 xml:space="preserve"> course </w:t>
            </w:r>
          </w:p>
        </w:tc>
        <w:tc>
          <w:tcPr>
            <w:tcW w:w="2130" w:type="dxa"/>
          </w:tcPr>
          <w:p w14:paraId="00DC1C7E" w14:textId="6926C2D5" w:rsidR="003B1EDF" w:rsidRPr="002B741D" w:rsidRDefault="000A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33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BF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>19</w:t>
            </w:r>
            <w:r w:rsidRPr="000A3332">
              <w:rPr>
                <w:rFonts w:ascii="Times New Roman" w:hAnsi="Times New Roman" w:cs="Noto Sans Oriya UI"/>
                <w:sz w:val="24"/>
                <w:szCs w:val="24"/>
                <w:vertAlign w:val="superscript"/>
                <w:lang w:bidi="or-IN"/>
              </w:rPr>
              <w:t>th</w:t>
            </w:r>
            <w:r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 xml:space="preserve"> </w:t>
            </w:r>
            <w:proofErr w:type="spellStart"/>
            <w:r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>december</w:t>
            </w:r>
            <w:proofErr w:type="spellEnd"/>
            <w:r>
              <w:rPr>
                <w:rFonts w:ascii="Times New Roman" w:hAnsi="Times New Roman" w:cs="Noto Sans Oriya UI"/>
                <w:sz w:val="24"/>
                <w:szCs w:val="24"/>
                <w:lang w:bidi="or-IN"/>
              </w:rPr>
              <w:t xml:space="preserve"> </w:t>
            </w:r>
          </w:p>
        </w:tc>
        <w:tc>
          <w:tcPr>
            <w:tcW w:w="2560" w:type="dxa"/>
          </w:tcPr>
          <w:p w14:paraId="30DB56DE" w14:textId="77777777" w:rsidR="003B1EDF" w:rsidRDefault="00090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</w:t>
            </w:r>
            <w:r w:rsidR="00540DF3">
              <w:rPr>
                <w:rFonts w:ascii="Times New Roman" w:hAnsi="Times New Roman" w:cs="Times New Roman"/>
                <w:sz w:val="24"/>
                <w:szCs w:val="24"/>
              </w:rPr>
              <w:t>C human resource</w:t>
            </w:r>
          </w:p>
          <w:p w14:paraId="173DC78C" w14:textId="49CB97DD" w:rsidR="00E559F1" w:rsidRPr="002B741D" w:rsidRDefault="00E5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Development </w:t>
            </w:r>
            <w:proofErr w:type="spellStart"/>
            <w:r w:rsidR="000F3EBE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</w:p>
        </w:tc>
        <w:tc>
          <w:tcPr>
            <w:tcW w:w="2171" w:type="dxa"/>
          </w:tcPr>
          <w:p w14:paraId="381CFB0F" w14:textId="28AC3CEC" w:rsidR="003B1EDF" w:rsidRPr="002B741D" w:rsidRDefault="000F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Natinal</w:t>
            </w:r>
            <w:proofErr w:type="spellEnd"/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6806D1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</w:t>
      </w:r>
      <w:r w:rsidRPr="002B741D">
        <w:rPr>
          <w:rFonts w:ascii="Times New Roman" w:hAnsi="Times New Roman" w:cs="Times New Roman"/>
          <w:sz w:val="28"/>
          <w:szCs w:val="28"/>
        </w:rPr>
        <w:t xml:space="preserve">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Type of 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73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735F8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735F82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I hereby declare that the information </w:t>
      </w:r>
      <w:r w:rsidRPr="002B741D">
        <w:rPr>
          <w:rFonts w:ascii="Times New Roman" w:hAnsi="Times New Roman" w:cs="Times New Roman"/>
          <w:sz w:val="24"/>
          <w:szCs w:val="24"/>
        </w:rPr>
        <w:t>provided above is true to the best of my knowledge.</w:t>
      </w:r>
    </w:p>
    <w:p w14:paraId="34EB8138" w14:textId="78146F2F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4A6702">
        <w:rPr>
          <w:rFonts w:ascii="Times New Roman" w:hAnsi="Times New Roman" w:cs="Times New Roman"/>
          <w:sz w:val="24"/>
          <w:szCs w:val="24"/>
        </w:rPr>
        <w:t>25.03.26</w:t>
      </w:r>
    </w:p>
    <w:p w14:paraId="49C9217A" w14:textId="7C4D2180" w:rsidR="003B1EDF" w:rsidRPr="002B741D" w:rsidRDefault="00735F8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proofErr w:type="spellStart"/>
      <w:r w:rsidR="004A6702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4A6702">
        <w:rPr>
          <w:rFonts w:ascii="Times New Roman" w:hAnsi="Times New Roman" w:cs="Times New Roman"/>
          <w:sz w:val="24"/>
          <w:szCs w:val="24"/>
        </w:rPr>
        <w:t>. Cuttack</w:t>
      </w:r>
    </w:p>
    <w:p w14:paraId="441620E2" w14:textId="06BECF85" w:rsidR="003B1EDF" w:rsidRPr="002B741D" w:rsidRDefault="004A6702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sethy</w:t>
      </w:r>
      <w:proofErr w:type="spellEnd"/>
      <w:r w:rsidR="00735F82" w:rsidRPr="002B741D">
        <w:rPr>
          <w:rFonts w:ascii="Times New Roman" w:hAnsi="Times New Roman" w:cs="Times New Roman"/>
          <w:sz w:val="24"/>
          <w:szCs w:val="24"/>
        </w:rPr>
        <w:br/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 Oriya UI">
    <w:charset w:val="00"/>
    <w:family w:val="swiss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3C86"/>
    <w:rsid w:val="00034616"/>
    <w:rsid w:val="0006063C"/>
    <w:rsid w:val="00090D73"/>
    <w:rsid w:val="000A3332"/>
    <w:rsid w:val="000B2F79"/>
    <w:rsid w:val="000F3EBE"/>
    <w:rsid w:val="0015074B"/>
    <w:rsid w:val="00156577"/>
    <w:rsid w:val="001775FD"/>
    <w:rsid w:val="00241777"/>
    <w:rsid w:val="00246BB5"/>
    <w:rsid w:val="002510DD"/>
    <w:rsid w:val="0029639D"/>
    <w:rsid w:val="002B741D"/>
    <w:rsid w:val="002C1BFF"/>
    <w:rsid w:val="00326F90"/>
    <w:rsid w:val="003B1EDF"/>
    <w:rsid w:val="003D59CF"/>
    <w:rsid w:val="004032BC"/>
    <w:rsid w:val="00470C21"/>
    <w:rsid w:val="00484A35"/>
    <w:rsid w:val="0049092B"/>
    <w:rsid w:val="004A230F"/>
    <w:rsid w:val="004A6702"/>
    <w:rsid w:val="005227E9"/>
    <w:rsid w:val="00540DF3"/>
    <w:rsid w:val="006A6341"/>
    <w:rsid w:val="00735F82"/>
    <w:rsid w:val="0074740C"/>
    <w:rsid w:val="007D23DF"/>
    <w:rsid w:val="007E4C03"/>
    <w:rsid w:val="00803555"/>
    <w:rsid w:val="008B74CB"/>
    <w:rsid w:val="00994259"/>
    <w:rsid w:val="00A6460F"/>
    <w:rsid w:val="00AA1D8D"/>
    <w:rsid w:val="00B40A83"/>
    <w:rsid w:val="00B4553E"/>
    <w:rsid w:val="00B47730"/>
    <w:rsid w:val="00BA13B7"/>
    <w:rsid w:val="00BA4180"/>
    <w:rsid w:val="00BD3E6C"/>
    <w:rsid w:val="00C937A1"/>
    <w:rsid w:val="00CB0664"/>
    <w:rsid w:val="00D30933"/>
    <w:rsid w:val="00DB4F73"/>
    <w:rsid w:val="00DC4326"/>
    <w:rsid w:val="00E559F1"/>
    <w:rsid w:val="00EE59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267288-84D1-400A-B309-528E5999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2026-03-28T08:55:00Z</dcterms:created>
  <dcterms:modified xsi:type="dcterms:W3CDTF">2026-03-30T10:40:00Z</dcterms:modified>
  <cp:category/>
</cp:coreProperties>
</file>