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EDF" w:rsidRPr="002B741D" w:rsidRDefault="002B741D">
      <w:pPr>
        <w:pStyle w:val="Heading1"/>
        <w:jc w:val="center"/>
        <w:rPr>
          <w:rFonts w:ascii="Times New Roman" w:hAnsi="Times New Roman" w:cs="Times New Roman"/>
        </w:rPr>
      </w:pPr>
      <w:r w:rsidRPr="002B741D">
        <w:rPr>
          <w:rFonts w:ascii="Times New Roman" w:hAnsi="Times New Roman" w:cs="Times New Roman"/>
        </w:rPr>
        <w:t>CURRICULUM VITAE OF FACULTY MEMBERS</w:t>
      </w:r>
    </w:p>
    <w:p w:rsidR="002B741D" w:rsidRPr="002B741D" w:rsidRDefault="00692347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1. Personal Information</w:t>
      </w:r>
    </w:p>
    <w:p w:rsidR="003B1EDF" w:rsidRPr="002B741D" w:rsidRDefault="003B0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1" o:spid="_x0000_s1026" style="position:absolute;margin-left:316.5pt;margin-top:2.45pt;width:109.5pt;height:114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" fillcolor="white [3201]" strokecolor="black [3200]" strokeweight="2pt"/>
        </w:pict>
      </w:r>
      <w:r w:rsidR="000B2F79" w:rsidRPr="002B741D">
        <w:rPr>
          <w:rFonts w:ascii="Times New Roman" w:hAnsi="Times New Roman" w:cs="Times New Roman"/>
          <w:sz w:val="24"/>
          <w:szCs w:val="24"/>
        </w:rPr>
        <w:t xml:space="preserve">Full Name: </w:t>
      </w:r>
      <w:r w:rsidR="00062B11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062B11">
        <w:rPr>
          <w:rFonts w:ascii="Times New Roman" w:hAnsi="Times New Roman" w:cs="Times New Roman"/>
          <w:sz w:val="24"/>
          <w:szCs w:val="24"/>
        </w:rPr>
        <w:t>Sushanta</w:t>
      </w:r>
      <w:proofErr w:type="spellEnd"/>
      <w:r w:rsidR="00062B11"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 w:rsidR="00062B11">
        <w:rPr>
          <w:rFonts w:ascii="Times New Roman" w:hAnsi="Times New Roman" w:cs="Times New Roman"/>
          <w:sz w:val="24"/>
          <w:szCs w:val="24"/>
        </w:rPr>
        <w:t>Padhi</w:t>
      </w:r>
      <w:proofErr w:type="spellEnd"/>
    </w:p>
    <w:p w:rsidR="003B1EDF" w:rsidRPr="002B741D" w:rsidRDefault="00692347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Designation: </w:t>
      </w:r>
      <w:r w:rsidR="00062B11">
        <w:rPr>
          <w:rFonts w:ascii="Times New Roman" w:hAnsi="Times New Roman" w:cs="Times New Roman"/>
          <w:sz w:val="24"/>
          <w:szCs w:val="24"/>
        </w:rPr>
        <w:t xml:space="preserve">Lecturer </w:t>
      </w:r>
    </w:p>
    <w:p w:rsidR="003B1EDF" w:rsidRPr="002B741D" w:rsidRDefault="00692347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Department: </w:t>
      </w:r>
      <w:r w:rsidR="00062B11">
        <w:rPr>
          <w:rFonts w:ascii="Times New Roman" w:hAnsi="Times New Roman" w:cs="Times New Roman"/>
          <w:sz w:val="24"/>
          <w:szCs w:val="24"/>
        </w:rPr>
        <w:t>Sanskrit</w:t>
      </w:r>
    </w:p>
    <w:p w:rsidR="003B1EDF" w:rsidRPr="002B741D" w:rsidRDefault="00692347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="00062B11">
        <w:rPr>
          <w:rFonts w:ascii="Times New Roman" w:hAnsi="Times New Roman" w:cs="Times New Roman"/>
          <w:sz w:val="24"/>
          <w:szCs w:val="24"/>
        </w:rPr>
        <w:t>03-06-1972</w:t>
      </w:r>
    </w:p>
    <w:p w:rsidR="008B74CB" w:rsidRPr="002B741D" w:rsidRDefault="008B74CB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Date of Joining:</w:t>
      </w:r>
      <w:r w:rsidR="00062B11">
        <w:rPr>
          <w:rFonts w:ascii="Times New Roman" w:hAnsi="Times New Roman" w:cs="Times New Roman"/>
          <w:sz w:val="24"/>
          <w:szCs w:val="24"/>
        </w:rPr>
        <w:t xml:space="preserve"> 01-11-2003</w:t>
      </w:r>
    </w:p>
    <w:p w:rsidR="003B1EDF" w:rsidRPr="002B741D" w:rsidRDefault="00692347" w:rsidP="000B2F79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Gender: </w:t>
      </w:r>
      <w:r w:rsidR="00062B11">
        <w:rPr>
          <w:rFonts w:ascii="Times New Roman" w:hAnsi="Times New Roman" w:cs="Times New Roman"/>
          <w:sz w:val="24"/>
          <w:szCs w:val="24"/>
        </w:rPr>
        <w:t xml:space="preserve"> Male</w:t>
      </w:r>
      <w:r w:rsidR="000B2F79">
        <w:rPr>
          <w:rFonts w:ascii="Times New Roman" w:hAnsi="Times New Roman" w:cs="Times New Roman"/>
          <w:sz w:val="24"/>
          <w:szCs w:val="24"/>
        </w:rPr>
        <w:tab/>
        <w:t>Photo</w:t>
      </w:r>
    </w:p>
    <w:p w:rsidR="003B1EDF" w:rsidRPr="002B741D" w:rsidRDefault="00692347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Official Address: </w:t>
      </w:r>
      <w:r w:rsidR="00062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2B11">
        <w:rPr>
          <w:rFonts w:ascii="Times New Roman" w:hAnsi="Times New Roman" w:cs="Times New Roman"/>
          <w:sz w:val="24"/>
          <w:szCs w:val="24"/>
        </w:rPr>
        <w:t>Salipur</w:t>
      </w:r>
      <w:proofErr w:type="spellEnd"/>
      <w:r w:rsidR="00062B11">
        <w:rPr>
          <w:rFonts w:ascii="Times New Roman" w:hAnsi="Times New Roman" w:cs="Times New Roman"/>
          <w:sz w:val="24"/>
          <w:szCs w:val="24"/>
        </w:rPr>
        <w:t xml:space="preserve"> Autonomous College, </w:t>
      </w:r>
      <w:proofErr w:type="spellStart"/>
      <w:r w:rsidR="00062B11">
        <w:rPr>
          <w:rFonts w:ascii="Times New Roman" w:hAnsi="Times New Roman" w:cs="Times New Roman"/>
          <w:sz w:val="24"/>
          <w:szCs w:val="24"/>
        </w:rPr>
        <w:t>Salipur</w:t>
      </w:r>
      <w:proofErr w:type="spellEnd"/>
      <w:r w:rsidR="00062B11">
        <w:rPr>
          <w:rFonts w:ascii="Times New Roman" w:hAnsi="Times New Roman" w:cs="Times New Roman"/>
          <w:sz w:val="24"/>
          <w:szCs w:val="24"/>
        </w:rPr>
        <w:t>, Cuttack</w:t>
      </w:r>
    </w:p>
    <w:p w:rsidR="003B1EDF" w:rsidRPr="002B741D" w:rsidRDefault="00692347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Email: </w:t>
      </w:r>
      <w:r w:rsidR="00062B11">
        <w:rPr>
          <w:rFonts w:ascii="Times New Roman" w:hAnsi="Times New Roman" w:cs="Times New Roman"/>
          <w:sz w:val="24"/>
          <w:szCs w:val="24"/>
        </w:rPr>
        <w:t>sushantakumar995@gmail.com</w:t>
      </w:r>
    </w:p>
    <w:p w:rsidR="003B1EDF" w:rsidRPr="002B741D" w:rsidRDefault="00692347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Phone: </w:t>
      </w:r>
      <w:r w:rsidR="00062B11">
        <w:rPr>
          <w:rFonts w:ascii="Times New Roman" w:hAnsi="Times New Roman" w:cs="Times New Roman"/>
          <w:sz w:val="24"/>
          <w:szCs w:val="24"/>
        </w:rPr>
        <w:t>7008862987</w:t>
      </w:r>
    </w:p>
    <w:p w:rsidR="003B1EDF" w:rsidRPr="002B741D" w:rsidRDefault="00692347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ORCID/Research ID (if any): </w:t>
      </w:r>
    </w:p>
    <w:p w:rsidR="003B1EDF" w:rsidRPr="002B741D" w:rsidRDefault="00692347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TableGrid"/>
        <w:tblW w:w="8988" w:type="dxa"/>
        <w:tblLook w:val="04A0"/>
      </w:tblPr>
      <w:tblGrid>
        <w:gridCol w:w="1827"/>
        <w:gridCol w:w="1730"/>
        <w:gridCol w:w="1917"/>
        <w:gridCol w:w="1538"/>
        <w:gridCol w:w="1976"/>
      </w:tblGrid>
      <w:tr w:rsidR="003B1EDF" w:rsidRPr="002B741D" w:rsidTr="00062B11">
        <w:trPr>
          <w:trHeight w:val="299"/>
        </w:trPr>
        <w:tc>
          <w:tcPr>
            <w:tcW w:w="1827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730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1917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r w:rsidR="008B74CB" w:rsidRPr="002B741D">
              <w:rPr>
                <w:rFonts w:ascii="Times New Roman" w:hAnsi="Times New Roman" w:cs="Times New Roman"/>
                <w:sz w:val="24"/>
                <w:szCs w:val="24"/>
              </w:rPr>
              <w:t>/Board</w:t>
            </w:r>
          </w:p>
        </w:tc>
        <w:tc>
          <w:tcPr>
            <w:tcW w:w="1538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76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:rsidR="003B1EDF" w:rsidRPr="002B741D" w:rsidTr="00062B11">
        <w:trPr>
          <w:trHeight w:val="299"/>
        </w:trPr>
        <w:tc>
          <w:tcPr>
            <w:tcW w:w="1827" w:type="dxa"/>
          </w:tcPr>
          <w:p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30" w:type="dxa"/>
          </w:tcPr>
          <w:p w:rsidR="003B1EDF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Vyakarana</w:t>
            </w:r>
            <w:proofErr w:type="spellEnd"/>
          </w:p>
        </w:tc>
        <w:tc>
          <w:tcPr>
            <w:tcW w:w="1917" w:type="dxa"/>
          </w:tcPr>
          <w:p w:rsidR="003B1EDF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J. S.V.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Puri</w:t>
            </w:r>
            <w:proofErr w:type="spellEnd"/>
          </w:p>
        </w:tc>
        <w:tc>
          <w:tcPr>
            <w:tcW w:w="1538" w:type="dxa"/>
          </w:tcPr>
          <w:p w:rsidR="003B1EDF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976" w:type="dxa"/>
          </w:tcPr>
          <w:p w:rsidR="003B1EDF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</w:tr>
      <w:tr w:rsidR="00062B11" w:rsidRPr="002B741D" w:rsidTr="00062B11">
        <w:trPr>
          <w:trHeight w:val="299"/>
        </w:trPr>
        <w:tc>
          <w:tcPr>
            <w:tcW w:w="1827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30" w:type="dxa"/>
          </w:tcPr>
          <w:p w:rsidR="00062B11" w:rsidRPr="002B741D" w:rsidRDefault="00062B11" w:rsidP="0012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Vyakarana</w:t>
            </w:r>
            <w:proofErr w:type="spellEnd"/>
          </w:p>
        </w:tc>
        <w:tc>
          <w:tcPr>
            <w:tcW w:w="1917" w:type="dxa"/>
          </w:tcPr>
          <w:p w:rsidR="00062B11" w:rsidRPr="002B741D" w:rsidRDefault="00062B11" w:rsidP="0012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J. S.V.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Puri</w:t>
            </w:r>
            <w:proofErr w:type="spellEnd"/>
          </w:p>
        </w:tc>
        <w:tc>
          <w:tcPr>
            <w:tcW w:w="1538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976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062B11" w:rsidRPr="002B741D" w:rsidTr="00062B11">
        <w:trPr>
          <w:trHeight w:val="281"/>
        </w:trPr>
        <w:tc>
          <w:tcPr>
            <w:tcW w:w="1827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1730" w:type="dxa"/>
          </w:tcPr>
          <w:p w:rsidR="00062B11" w:rsidRPr="002B741D" w:rsidRDefault="00062B11" w:rsidP="0012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Vyakarana</w:t>
            </w:r>
            <w:proofErr w:type="spellEnd"/>
          </w:p>
        </w:tc>
        <w:tc>
          <w:tcPr>
            <w:tcW w:w="1917" w:type="dxa"/>
          </w:tcPr>
          <w:p w:rsidR="00062B11" w:rsidRPr="002B741D" w:rsidRDefault="00062B11" w:rsidP="0012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J. S.V.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Puri</w:t>
            </w:r>
            <w:proofErr w:type="spellEnd"/>
          </w:p>
        </w:tc>
        <w:tc>
          <w:tcPr>
            <w:tcW w:w="1538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976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</w:tr>
      <w:tr w:rsidR="00062B11" w:rsidRPr="002B741D" w:rsidTr="00062B11">
        <w:trPr>
          <w:trHeight w:val="299"/>
        </w:trPr>
        <w:tc>
          <w:tcPr>
            <w:tcW w:w="1827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</w:p>
        </w:tc>
        <w:tc>
          <w:tcPr>
            <w:tcW w:w="1730" w:type="dxa"/>
          </w:tcPr>
          <w:p w:rsidR="00062B11" w:rsidRPr="002B741D" w:rsidRDefault="00062B11" w:rsidP="0012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Vyakarana</w:t>
            </w:r>
            <w:proofErr w:type="spellEnd"/>
          </w:p>
        </w:tc>
        <w:tc>
          <w:tcPr>
            <w:tcW w:w="1917" w:type="dxa"/>
          </w:tcPr>
          <w:p w:rsidR="00062B11" w:rsidRPr="002B741D" w:rsidRDefault="00062B11" w:rsidP="0012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J. S.V.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Puri</w:t>
            </w:r>
            <w:proofErr w:type="spellEnd"/>
          </w:p>
        </w:tc>
        <w:tc>
          <w:tcPr>
            <w:tcW w:w="1538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976" w:type="dxa"/>
          </w:tcPr>
          <w:p w:rsidR="00062B11" w:rsidRPr="002B741D" w:rsidRDefault="00062B11" w:rsidP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</w:tr>
      <w:tr w:rsidR="00062B11" w:rsidRPr="002B741D" w:rsidTr="00062B11">
        <w:trPr>
          <w:trHeight w:val="299"/>
        </w:trPr>
        <w:tc>
          <w:tcPr>
            <w:tcW w:w="1827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M.Phil.</w:t>
            </w:r>
            <w:proofErr w:type="spellEnd"/>
          </w:p>
        </w:tc>
        <w:tc>
          <w:tcPr>
            <w:tcW w:w="1730" w:type="dxa"/>
          </w:tcPr>
          <w:p w:rsidR="00062B11" w:rsidRPr="002B741D" w:rsidRDefault="00062B11" w:rsidP="0012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Vyakarana</w:t>
            </w:r>
            <w:proofErr w:type="spellEnd"/>
          </w:p>
        </w:tc>
        <w:tc>
          <w:tcPr>
            <w:tcW w:w="1917" w:type="dxa"/>
          </w:tcPr>
          <w:p w:rsidR="00062B11" w:rsidRPr="002B741D" w:rsidRDefault="00062B11" w:rsidP="0012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Utkal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1538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976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062B11" w:rsidRPr="002B741D" w:rsidTr="00062B11">
        <w:trPr>
          <w:trHeight w:val="599"/>
        </w:trPr>
        <w:tc>
          <w:tcPr>
            <w:tcW w:w="1827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UGC/CSIR NET-JRF</w:t>
            </w:r>
          </w:p>
        </w:tc>
        <w:tc>
          <w:tcPr>
            <w:tcW w:w="1730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Vyakarana</w:t>
            </w:r>
            <w:proofErr w:type="spellEnd"/>
          </w:p>
        </w:tc>
        <w:tc>
          <w:tcPr>
            <w:tcW w:w="1917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UGC-NET</w:t>
            </w:r>
          </w:p>
        </w:tc>
        <w:tc>
          <w:tcPr>
            <w:tcW w:w="1538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976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2B11" w:rsidRPr="002B741D" w:rsidTr="00062B11">
        <w:trPr>
          <w:trHeight w:val="299"/>
        </w:trPr>
        <w:tc>
          <w:tcPr>
            <w:tcW w:w="1827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1730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Vyakarana</w:t>
            </w:r>
            <w:proofErr w:type="spellEnd"/>
          </w:p>
        </w:tc>
        <w:tc>
          <w:tcPr>
            <w:tcW w:w="1917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J. S.V.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Puri</w:t>
            </w:r>
            <w:proofErr w:type="spellEnd"/>
          </w:p>
        </w:tc>
        <w:tc>
          <w:tcPr>
            <w:tcW w:w="1538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976" w:type="dxa"/>
          </w:tcPr>
          <w:p w:rsidR="00062B11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B1EDF" w:rsidRPr="002B741D" w:rsidRDefault="00692347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3. Teaching Experience</w:t>
      </w:r>
    </w:p>
    <w:tbl>
      <w:tblPr>
        <w:tblStyle w:val="TableGrid"/>
        <w:tblW w:w="9020" w:type="dxa"/>
        <w:tblLook w:val="04A0"/>
      </w:tblPr>
      <w:tblGrid>
        <w:gridCol w:w="1804"/>
        <w:gridCol w:w="1804"/>
        <w:gridCol w:w="1804"/>
        <w:gridCol w:w="1804"/>
        <w:gridCol w:w="1804"/>
      </w:tblGrid>
      <w:tr w:rsidR="003B1EDF" w:rsidRPr="002B741D" w:rsidTr="002B741D">
        <w:trPr>
          <w:trHeight w:val="731"/>
        </w:trPr>
        <w:tc>
          <w:tcPr>
            <w:tcW w:w="1804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804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804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804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:rsidR="003B1EDF" w:rsidRPr="002B741D" w:rsidTr="002B741D">
        <w:trPr>
          <w:trHeight w:val="664"/>
        </w:trPr>
        <w:tc>
          <w:tcPr>
            <w:tcW w:w="1804" w:type="dxa"/>
          </w:tcPr>
          <w:p w:rsidR="003B1EDF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</w:t>
            </w:r>
          </w:p>
        </w:tc>
        <w:tc>
          <w:tcPr>
            <w:tcW w:w="1804" w:type="dxa"/>
          </w:tcPr>
          <w:p w:rsidR="003B1EDF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Nayagarh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(Auto) College</w:t>
            </w:r>
          </w:p>
        </w:tc>
        <w:tc>
          <w:tcPr>
            <w:tcW w:w="1804" w:type="dxa"/>
          </w:tcPr>
          <w:p w:rsidR="003B1EDF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10-11-1999</w:t>
            </w:r>
          </w:p>
        </w:tc>
        <w:tc>
          <w:tcPr>
            <w:tcW w:w="1804" w:type="dxa"/>
          </w:tcPr>
          <w:p w:rsidR="003B1EDF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10-11-2001</w:t>
            </w:r>
          </w:p>
        </w:tc>
        <w:tc>
          <w:tcPr>
            <w:tcW w:w="1804" w:type="dxa"/>
          </w:tcPr>
          <w:p w:rsidR="003B1EDF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Years</w:t>
            </w:r>
          </w:p>
        </w:tc>
      </w:tr>
      <w:tr w:rsidR="003B1EDF" w:rsidRPr="002B741D" w:rsidTr="002B741D">
        <w:trPr>
          <w:trHeight w:val="664"/>
        </w:trPr>
        <w:tc>
          <w:tcPr>
            <w:tcW w:w="1804" w:type="dxa"/>
          </w:tcPr>
          <w:p w:rsidR="003B1EDF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Lecturer</w:t>
            </w:r>
          </w:p>
        </w:tc>
        <w:tc>
          <w:tcPr>
            <w:tcW w:w="1804" w:type="dxa"/>
          </w:tcPr>
          <w:p w:rsidR="003B1EDF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Salipur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(Auto) College,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Salipur</w:t>
            </w:r>
            <w:proofErr w:type="spellEnd"/>
          </w:p>
        </w:tc>
        <w:tc>
          <w:tcPr>
            <w:tcW w:w="1804" w:type="dxa"/>
          </w:tcPr>
          <w:p w:rsidR="003B1EDF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01-11-2003</w:t>
            </w:r>
          </w:p>
        </w:tc>
        <w:tc>
          <w:tcPr>
            <w:tcW w:w="1804" w:type="dxa"/>
          </w:tcPr>
          <w:p w:rsidR="003B1EDF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Continuing</w:t>
            </w:r>
          </w:p>
        </w:tc>
        <w:tc>
          <w:tcPr>
            <w:tcW w:w="1804" w:type="dxa"/>
          </w:tcPr>
          <w:p w:rsidR="003B1EDF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Years</w:t>
            </w:r>
          </w:p>
        </w:tc>
      </w:tr>
      <w:tr w:rsidR="003B1EDF" w:rsidRPr="002B741D" w:rsidTr="002B741D">
        <w:trPr>
          <w:trHeight w:val="626"/>
        </w:trPr>
        <w:tc>
          <w:tcPr>
            <w:tcW w:w="180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:rsidTr="002B741D">
        <w:trPr>
          <w:trHeight w:val="626"/>
        </w:trPr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:rsidTr="002B741D">
        <w:trPr>
          <w:trHeight w:val="626"/>
        </w:trPr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1EDF" w:rsidRPr="002B741D" w:rsidRDefault="00692347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4. Courses Attended (Orientation/Refresher/FDP etc.)</w:t>
      </w:r>
    </w:p>
    <w:tbl>
      <w:tblPr>
        <w:tblStyle w:val="TableGrid"/>
        <w:tblW w:w="9002" w:type="dxa"/>
        <w:tblLook w:val="04A0"/>
      </w:tblPr>
      <w:tblGrid>
        <w:gridCol w:w="2141"/>
        <w:gridCol w:w="2130"/>
        <w:gridCol w:w="2560"/>
        <w:gridCol w:w="2171"/>
      </w:tblGrid>
      <w:tr w:rsidR="003B1EDF" w:rsidRPr="002B741D" w:rsidTr="002B741D">
        <w:trPr>
          <w:trHeight w:val="980"/>
        </w:trPr>
        <w:tc>
          <w:tcPr>
            <w:tcW w:w="2141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130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560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171" w:type="dxa"/>
          </w:tcPr>
          <w:p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:rsidR="003B1EDF" w:rsidRPr="002B741D" w:rsidTr="002B741D">
        <w:trPr>
          <w:trHeight w:val="759"/>
        </w:trPr>
        <w:tc>
          <w:tcPr>
            <w:tcW w:w="214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:rsidTr="002B741D">
        <w:trPr>
          <w:trHeight w:val="759"/>
        </w:trPr>
        <w:tc>
          <w:tcPr>
            <w:tcW w:w="214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:rsidTr="002B741D">
        <w:trPr>
          <w:trHeight w:val="759"/>
        </w:trPr>
        <w:tc>
          <w:tcPr>
            <w:tcW w:w="214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:rsidTr="002B741D">
        <w:trPr>
          <w:trHeight w:val="759"/>
        </w:trPr>
        <w:tc>
          <w:tcPr>
            <w:tcW w:w="214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:rsidTr="002B741D">
        <w:trPr>
          <w:trHeight w:val="714"/>
        </w:trPr>
        <w:tc>
          <w:tcPr>
            <w:tcW w:w="214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1EDF" w:rsidRPr="002B741D" w:rsidRDefault="00692347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5. Seminars / Conferences Attended / Participated</w:t>
      </w:r>
    </w:p>
    <w:tbl>
      <w:tblPr>
        <w:tblStyle w:val="TableGrid"/>
        <w:tblW w:w="8983" w:type="dxa"/>
        <w:tblLook w:val="04A0"/>
      </w:tblPr>
      <w:tblGrid>
        <w:gridCol w:w="671"/>
        <w:gridCol w:w="776"/>
        <w:gridCol w:w="1216"/>
        <w:gridCol w:w="1243"/>
        <w:gridCol w:w="3627"/>
        <w:gridCol w:w="1450"/>
      </w:tblGrid>
      <w:tr w:rsidR="008B74CB" w:rsidRPr="002B741D" w:rsidTr="002B741D">
        <w:trPr>
          <w:trHeight w:val="795"/>
        </w:trPr>
        <w:tc>
          <w:tcPr>
            <w:tcW w:w="653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46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1184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1261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3679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Role 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(Participated/Presented/Organized)</w:t>
            </w:r>
          </w:p>
        </w:tc>
        <w:tc>
          <w:tcPr>
            <w:tcW w:w="1460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:rsidR="008B74CB" w:rsidRPr="002B741D" w:rsidTr="002B741D">
        <w:trPr>
          <w:trHeight w:val="493"/>
        </w:trPr>
        <w:tc>
          <w:tcPr>
            <w:tcW w:w="653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:rsidTr="002B741D">
        <w:trPr>
          <w:trHeight w:val="493"/>
        </w:trPr>
        <w:tc>
          <w:tcPr>
            <w:tcW w:w="653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:rsidTr="002B741D">
        <w:trPr>
          <w:trHeight w:val="493"/>
        </w:trPr>
        <w:tc>
          <w:tcPr>
            <w:tcW w:w="653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:rsidTr="002B741D">
        <w:trPr>
          <w:trHeight w:val="493"/>
        </w:trPr>
        <w:tc>
          <w:tcPr>
            <w:tcW w:w="653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:rsidTr="002B741D">
        <w:trPr>
          <w:trHeight w:val="464"/>
        </w:trPr>
        <w:tc>
          <w:tcPr>
            <w:tcW w:w="653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1EDF" w:rsidRPr="002B741D" w:rsidRDefault="00692347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lastRenderedPageBreak/>
        <w:t>6. Research Publications</w:t>
      </w:r>
    </w:p>
    <w:tbl>
      <w:tblPr>
        <w:tblStyle w:val="TableGrid"/>
        <w:tblW w:w="9023" w:type="dxa"/>
        <w:tblLook w:val="04A0"/>
      </w:tblPr>
      <w:tblGrid>
        <w:gridCol w:w="1289"/>
        <w:gridCol w:w="1289"/>
        <w:gridCol w:w="1289"/>
        <w:gridCol w:w="1289"/>
        <w:gridCol w:w="1289"/>
        <w:gridCol w:w="1289"/>
        <w:gridCol w:w="1289"/>
      </w:tblGrid>
      <w:tr w:rsidR="003B1EDF" w:rsidRPr="002B741D" w:rsidTr="002B741D">
        <w:trPr>
          <w:trHeight w:val="1241"/>
        </w:trPr>
        <w:tc>
          <w:tcPr>
            <w:tcW w:w="1289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289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Name of the Journal</w:t>
            </w:r>
          </w:p>
        </w:tc>
        <w:tc>
          <w:tcPr>
            <w:tcW w:w="1289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Impact Factor</w:t>
            </w:r>
          </w:p>
        </w:tc>
        <w:tc>
          <w:tcPr>
            <w:tcW w:w="1289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ISSN No.</w:t>
            </w:r>
          </w:p>
        </w:tc>
        <w:tc>
          <w:tcPr>
            <w:tcW w:w="1289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1289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</w:p>
        </w:tc>
        <w:tc>
          <w:tcPr>
            <w:tcW w:w="1289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3B1EDF" w:rsidRPr="002B741D" w:rsidTr="002B741D">
        <w:trPr>
          <w:trHeight w:val="413"/>
        </w:trPr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:rsidTr="002B741D">
        <w:trPr>
          <w:trHeight w:val="413"/>
        </w:trPr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:rsidTr="002B741D">
        <w:trPr>
          <w:trHeight w:val="413"/>
        </w:trPr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:rsidTr="002B741D">
        <w:trPr>
          <w:trHeight w:val="413"/>
        </w:trPr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:rsidTr="002B741D">
        <w:trPr>
          <w:trHeight w:val="389"/>
        </w:trPr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1EDF" w:rsidRPr="002B741D" w:rsidRDefault="00692347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 xml:space="preserve">7. Membership </w:t>
      </w:r>
      <w:r w:rsidRPr="002B741D">
        <w:rPr>
          <w:rFonts w:ascii="Times New Roman" w:hAnsi="Times New Roman" w:cs="Times New Roman"/>
          <w:sz w:val="28"/>
          <w:szCs w:val="28"/>
        </w:rPr>
        <w:t>in Organizations / Associations</w:t>
      </w:r>
    </w:p>
    <w:tbl>
      <w:tblPr>
        <w:tblStyle w:val="TableGrid"/>
        <w:tblW w:w="8884" w:type="dxa"/>
        <w:tblLook w:val="04A0"/>
      </w:tblPr>
      <w:tblGrid>
        <w:gridCol w:w="1831"/>
        <w:gridCol w:w="3122"/>
        <w:gridCol w:w="1949"/>
        <w:gridCol w:w="1982"/>
      </w:tblGrid>
      <w:tr w:rsidR="003B1EDF" w:rsidRPr="002B741D" w:rsidTr="002B741D">
        <w:trPr>
          <w:trHeight w:val="2298"/>
        </w:trPr>
        <w:tc>
          <w:tcPr>
            <w:tcW w:w="1831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Position Held</w:t>
            </w:r>
          </w:p>
        </w:tc>
        <w:tc>
          <w:tcPr>
            <w:tcW w:w="3122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Organization (National/State/International)</w:t>
            </w:r>
          </w:p>
        </w:tc>
        <w:tc>
          <w:tcPr>
            <w:tcW w:w="1949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Type of Membership</w:t>
            </w:r>
          </w:p>
        </w:tc>
        <w:tc>
          <w:tcPr>
            <w:tcW w:w="1982" w:type="dxa"/>
          </w:tcPr>
          <w:p w:rsidR="003B1EDF" w:rsidRPr="002B741D" w:rsidRDefault="0069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Activities Conducted (Subject Expert/Guest Lecturer/BOS Member/Life Member etc.)</w:t>
            </w:r>
          </w:p>
        </w:tc>
      </w:tr>
      <w:tr w:rsidR="003B1EDF" w:rsidRPr="002B741D" w:rsidTr="002B741D">
        <w:trPr>
          <w:trHeight w:val="737"/>
        </w:trPr>
        <w:tc>
          <w:tcPr>
            <w:tcW w:w="1831" w:type="dxa"/>
          </w:tcPr>
          <w:p w:rsidR="003B1EDF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Subject Expert</w:t>
            </w:r>
          </w:p>
        </w:tc>
        <w:tc>
          <w:tcPr>
            <w:tcW w:w="3122" w:type="dxa"/>
          </w:tcPr>
          <w:p w:rsidR="003B1EDF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U.N. Autonomous College,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Adaspur</w:t>
            </w:r>
            <w:proofErr w:type="spellEnd"/>
          </w:p>
        </w:tc>
        <w:tc>
          <w:tcPr>
            <w:tcW w:w="1949" w:type="dxa"/>
          </w:tcPr>
          <w:p w:rsidR="003B1EDF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Subject Expert</w:t>
            </w:r>
          </w:p>
        </w:tc>
        <w:tc>
          <w:tcPr>
            <w:tcW w:w="1982" w:type="dxa"/>
          </w:tcPr>
          <w:p w:rsidR="003B1EDF" w:rsidRPr="002B741D" w:rsidRDefault="0006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BOS</w:t>
            </w:r>
          </w:p>
        </w:tc>
      </w:tr>
      <w:tr w:rsidR="003B1EDF" w:rsidRPr="002B741D" w:rsidTr="002B741D">
        <w:trPr>
          <w:trHeight w:val="710"/>
        </w:trPr>
        <w:tc>
          <w:tcPr>
            <w:tcW w:w="183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:rsidTr="002B741D">
        <w:trPr>
          <w:trHeight w:val="710"/>
        </w:trPr>
        <w:tc>
          <w:tcPr>
            <w:tcW w:w="183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:rsidTr="002B741D">
        <w:trPr>
          <w:trHeight w:val="620"/>
        </w:trPr>
        <w:tc>
          <w:tcPr>
            <w:tcW w:w="183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:rsidTr="002B741D">
        <w:trPr>
          <w:trHeight w:val="800"/>
        </w:trPr>
        <w:tc>
          <w:tcPr>
            <w:tcW w:w="1831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1EDF" w:rsidRPr="002B741D" w:rsidRDefault="00692347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 xml:space="preserve">8. Areas of Specialization / Research </w:t>
      </w:r>
      <w:r w:rsidRPr="002B741D">
        <w:rPr>
          <w:rFonts w:ascii="Times New Roman" w:hAnsi="Times New Roman" w:cs="Times New Roman"/>
          <w:sz w:val="28"/>
          <w:szCs w:val="28"/>
        </w:rPr>
        <w:t>Interests</w:t>
      </w:r>
    </w:p>
    <w:p w:rsidR="002B741D" w:rsidRPr="002B741D" w:rsidRDefault="002B741D" w:rsidP="002B741D"/>
    <w:p w:rsidR="003B1EDF" w:rsidRPr="002B741D" w:rsidRDefault="003B1EDF">
      <w:pPr>
        <w:rPr>
          <w:rFonts w:ascii="Times New Roman" w:hAnsi="Times New Roman" w:cs="Times New Roman"/>
          <w:sz w:val="24"/>
          <w:szCs w:val="24"/>
        </w:rPr>
      </w:pPr>
    </w:p>
    <w:p w:rsidR="003B1EDF" w:rsidRPr="002B741D" w:rsidRDefault="00692347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lastRenderedPageBreak/>
        <w:t>9. Awards / Recognitions (if any)</w:t>
      </w:r>
    </w:p>
    <w:p w:rsidR="002B741D" w:rsidRPr="002B741D" w:rsidRDefault="002B741D" w:rsidP="002B741D"/>
    <w:p w:rsidR="002B741D" w:rsidRDefault="002B741D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</w:p>
    <w:p w:rsidR="003B1EDF" w:rsidRPr="002B741D" w:rsidRDefault="00692347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Declaration</w:t>
      </w:r>
    </w:p>
    <w:p w:rsidR="003B1EDF" w:rsidRPr="002B741D" w:rsidRDefault="00692347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:rsidR="003B1EDF" w:rsidRPr="002B741D" w:rsidRDefault="00692347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br/>
        <w:t xml:space="preserve">Date: </w:t>
      </w:r>
      <w:r w:rsidR="00062B11">
        <w:rPr>
          <w:rFonts w:ascii="Times New Roman" w:hAnsi="Times New Roman" w:cs="Times New Roman"/>
          <w:sz w:val="24"/>
          <w:szCs w:val="24"/>
        </w:rPr>
        <w:t xml:space="preserve"> 25/03/2026</w:t>
      </w:r>
    </w:p>
    <w:p w:rsidR="003B1EDF" w:rsidRDefault="00692347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Place: </w:t>
      </w:r>
      <w:r w:rsidR="00062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2B11">
        <w:rPr>
          <w:rFonts w:ascii="Times New Roman" w:hAnsi="Times New Roman" w:cs="Times New Roman"/>
          <w:sz w:val="24"/>
          <w:szCs w:val="24"/>
        </w:rPr>
        <w:t>Salipur</w:t>
      </w:r>
      <w:proofErr w:type="spellEnd"/>
      <w:r w:rsidR="00062B11">
        <w:rPr>
          <w:rFonts w:ascii="Times New Roman" w:hAnsi="Times New Roman" w:cs="Times New Roman"/>
          <w:sz w:val="24"/>
          <w:szCs w:val="24"/>
        </w:rPr>
        <w:tab/>
      </w:r>
      <w:r w:rsidR="00062B11">
        <w:rPr>
          <w:rFonts w:ascii="Times New Roman" w:hAnsi="Times New Roman" w:cs="Times New Roman"/>
          <w:sz w:val="24"/>
          <w:szCs w:val="24"/>
        </w:rPr>
        <w:tab/>
      </w:r>
      <w:r w:rsidR="00062B11">
        <w:rPr>
          <w:rFonts w:ascii="Times New Roman" w:hAnsi="Times New Roman" w:cs="Times New Roman"/>
          <w:sz w:val="24"/>
          <w:szCs w:val="24"/>
        </w:rPr>
        <w:tab/>
      </w:r>
      <w:r w:rsidR="00062B11">
        <w:rPr>
          <w:rFonts w:ascii="Times New Roman" w:hAnsi="Times New Roman" w:cs="Times New Roman"/>
          <w:sz w:val="24"/>
          <w:szCs w:val="24"/>
        </w:rPr>
        <w:tab/>
      </w:r>
      <w:r w:rsidR="00062B11">
        <w:rPr>
          <w:rFonts w:ascii="Times New Roman" w:hAnsi="Times New Roman" w:cs="Times New Roman"/>
          <w:sz w:val="24"/>
          <w:szCs w:val="24"/>
        </w:rPr>
        <w:tab/>
      </w:r>
      <w:r w:rsidR="00062B11">
        <w:rPr>
          <w:rFonts w:ascii="Times New Roman" w:hAnsi="Times New Roman" w:cs="Times New Roman"/>
          <w:sz w:val="24"/>
          <w:szCs w:val="24"/>
        </w:rPr>
        <w:tab/>
      </w:r>
      <w:r w:rsidR="00062B11">
        <w:rPr>
          <w:rFonts w:ascii="Times New Roman" w:hAnsi="Times New Roman" w:cs="Times New Roman"/>
          <w:sz w:val="24"/>
          <w:szCs w:val="24"/>
        </w:rPr>
        <w:tab/>
      </w:r>
      <w:r w:rsidR="00062B11">
        <w:rPr>
          <w:rFonts w:ascii="Times New Roman" w:hAnsi="Times New Roman" w:cs="Times New Roman"/>
          <w:sz w:val="24"/>
          <w:szCs w:val="24"/>
        </w:rPr>
        <w:tab/>
      </w:r>
    </w:p>
    <w:p w:rsidR="00062B11" w:rsidRPr="002B741D" w:rsidRDefault="00062B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Sushanta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Padhi</w:t>
      </w:r>
      <w:proofErr w:type="spellEnd"/>
    </w:p>
    <w:p w:rsidR="003B1EDF" w:rsidRPr="002B741D" w:rsidRDefault="00692347" w:rsidP="00062B11">
      <w:pPr>
        <w:ind w:left="432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Signature</w:t>
      </w:r>
    </w:p>
    <w:sectPr w:rsidR="003B1EDF" w:rsidRPr="002B74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062B11"/>
    <w:rsid w:val="000B2F79"/>
    <w:rsid w:val="0015074B"/>
    <w:rsid w:val="0029639D"/>
    <w:rsid w:val="002B741D"/>
    <w:rsid w:val="00326F90"/>
    <w:rsid w:val="003B0BEA"/>
    <w:rsid w:val="003B1EDF"/>
    <w:rsid w:val="00692347"/>
    <w:rsid w:val="00803555"/>
    <w:rsid w:val="008B1E5B"/>
    <w:rsid w:val="008B74CB"/>
    <w:rsid w:val="00AA1D8D"/>
    <w:rsid w:val="00B47730"/>
    <w:rsid w:val="00CB0664"/>
    <w:rsid w:val="00D30933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MANOJ</cp:lastModifiedBy>
  <cp:revision>2</cp:revision>
  <dcterms:created xsi:type="dcterms:W3CDTF">2026-03-28T09:47:00Z</dcterms:created>
  <dcterms:modified xsi:type="dcterms:W3CDTF">2026-03-28T09:47:00Z</dcterms:modified>
</cp:coreProperties>
</file>