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653E0" w14:textId="0F7B7800" w:rsidR="003B1EDF" w:rsidRPr="002B741D" w:rsidRDefault="002B741D">
      <w:pPr>
        <w:pStyle w:val="Heading1"/>
        <w:jc w:val="center"/>
        <w:rPr>
          <w:rFonts w:ascii="Times New Roman" w:hAnsi="Times New Roman" w:cs="Times New Roman"/>
        </w:rPr>
      </w:pPr>
      <w:r w:rsidRPr="002B741D">
        <w:rPr>
          <w:rFonts w:ascii="Times New Roman" w:hAnsi="Times New Roman" w:cs="Times New Roman"/>
        </w:rPr>
        <w:t>CURRICULUM VITAE OF FACULTY MEMBERS</w:t>
      </w:r>
    </w:p>
    <w:p w14:paraId="27282C65" w14:textId="72D4571E" w:rsidR="002B741D" w:rsidRPr="002B741D" w:rsidRDefault="000C5622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1. Personal Information</w:t>
      </w:r>
    </w:p>
    <w:p w14:paraId="225A396D" w14:textId="629B1104" w:rsidR="005C1163" w:rsidRPr="002B741D" w:rsidRDefault="000B2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77E78" wp14:editId="14C9AD93">
                <wp:simplePos x="0" y="0"/>
                <wp:positionH relativeFrom="column">
                  <wp:posOffset>4019550</wp:posOffset>
                </wp:positionH>
                <wp:positionV relativeFrom="paragraph">
                  <wp:posOffset>31115</wp:posOffset>
                </wp:positionV>
                <wp:extent cx="1390650" cy="1447800"/>
                <wp:effectExtent l="0" t="0" r="19050" b="19050"/>
                <wp:wrapNone/>
                <wp:docPr id="14163222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44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6D3CFD" w14:textId="7EDB7623" w:rsidR="003755B7" w:rsidRDefault="003755B7" w:rsidP="003755B7">
                            <w:pPr>
                              <w:jc w:val="center"/>
                            </w:pPr>
                            <w:r w:rsidRPr="003755B7">
                              <w:rPr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524FBB0D" wp14:editId="4A6482CF">
                                  <wp:extent cx="1182370" cy="1773555"/>
                                  <wp:effectExtent l="0" t="0" r="0" b="0"/>
                                  <wp:docPr id="5" name="Picture 5" descr="C:\Users\HP\Desktop\WEBSITE  HIGHER EDUCATION\PHOTO\IPSITA DASH SANSKRI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HP\Desktop\WEBSITE  HIGHER EDUCATION\PHOTO\IPSITA DASH SANSKRI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2370" cy="17735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577E78" id="Rectangle 1" o:spid="_x0000_s1026" style="position:absolute;margin-left:316.5pt;margin-top:2.45pt;width:109.5pt;height:11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" fillcolor="white [3201]" strokecolor="black [3200]" strokeweight="2pt">
                <v:textbox>
                  <w:txbxContent>
                    <w:p w14:paraId="576D3CFD" w14:textId="7EDB7623" w:rsidR="003755B7" w:rsidRDefault="003755B7" w:rsidP="003755B7">
                      <w:pPr>
                        <w:jc w:val="center"/>
                      </w:pPr>
                      <w:r w:rsidRPr="003755B7">
                        <w:rPr>
                          <w:noProof/>
                          <w:lang w:val="en-IN" w:eastAsia="en-IN"/>
                        </w:rPr>
                        <w:drawing>
                          <wp:inline distT="0" distB="0" distL="0" distR="0" wp14:anchorId="524FBB0D" wp14:editId="4A6482CF">
                            <wp:extent cx="1182370" cy="1773555"/>
                            <wp:effectExtent l="0" t="0" r="0" b="0"/>
                            <wp:docPr id="5" name="Picture 5" descr="C:\Users\HP\Desktop\WEBSITE  HIGHER EDUCATION\PHOTO\IPSITA DASH SANSKRI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HP\Desktop\WEBSITE  HIGHER EDUCATION\PHOTO\IPSITA DASH SANSKRI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2370" cy="17735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2B741D">
        <w:rPr>
          <w:rFonts w:ascii="Times New Roman" w:hAnsi="Times New Roman" w:cs="Times New Roman"/>
          <w:sz w:val="24"/>
          <w:szCs w:val="24"/>
        </w:rPr>
        <w:t xml:space="preserve">Full Name: </w:t>
      </w:r>
      <w:r w:rsidR="005C1163">
        <w:rPr>
          <w:rFonts w:ascii="Times New Roman" w:hAnsi="Times New Roman" w:cs="Times New Roman"/>
          <w:sz w:val="24"/>
          <w:szCs w:val="24"/>
        </w:rPr>
        <w:t>IPSITA DASH</w:t>
      </w:r>
    </w:p>
    <w:p w14:paraId="079E2CFD" w14:textId="7D472F9C" w:rsidR="003B1EDF" w:rsidRPr="002B741D" w:rsidRDefault="000C562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Designation: </w:t>
      </w:r>
      <w:r w:rsidR="005C1163">
        <w:rPr>
          <w:rFonts w:ascii="Times New Roman" w:hAnsi="Times New Roman" w:cs="Times New Roman"/>
          <w:sz w:val="24"/>
          <w:szCs w:val="24"/>
        </w:rPr>
        <w:t>LECTURER</w:t>
      </w:r>
    </w:p>
    <w:p w14:paraId="26E29A41" w14:textId="03157E73" w:rsidR="005C1163" w:rsidRPr="002B741D" w:rsidRDefault="000C562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Department: </w:t>
      </w:r>
      <w:r w:rsidR="005C1163">
        <w:rPr>
          <w:rFonts w:ascii="Times New Roman" w:hAnsi="Times New Roman" w:cs="Times New Roman"/>
          <w:sz w:val="24"/>
          <w:szCs w:val="24"/>
        </w:rPr>
        <w:t>SANSKRIT</w:t>
      </w:r>
    </w:p>
    <w:p w14:paraId="5F5D653E" w14:textId="2B973D2F" w:rsidR="003B1EDF" w:rsidRPr="002B741D" w:rsidRDefault="000C562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="005C1163">
        <w:rPr>
          <w:rFonts w:ascii="Times New Roman" w:hAnsi="Times New Roman" w:cs="Times New Roman"/>
          <w:sz w:val="24"/>
          <w:szCs w:val="24"/>
        </w:rPr>
        <w:t>16/06/1999</w:t>
      </w:r>
      <w:bookmarkStart w:id="0" w:name="_GoBack"/>
      <w:bookmarkEnd w:id="0"/>
    </w:p>
    <w:p w14:paraId="0980F2F6" w14:textId="280434DA" w:rsidR="008B74CB" w:rsidRPr="002B741D" w:rsidRDefault="008B74CB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Date of Joining:</w:t>
      </w:r>
      <w:r w:rsidR="005C1163">
        <w:rPr>
          <w:rFonts w:ascii="Times New Roman" w:hAnsi="Times New Roman" w:cs="Times New Roman"/>
          <w:sz w:val="24"/>
          <w:szCs w:val="24"/>
        </w:rPr>
        <w:t>18/10/2022</w:t>
      </w:r>
    </w:p>
    <w:p w14:paraId="1D01D285" w14:textId="75917706" w:rsidR="003B1EDF" w:rsidRPr="002B741D" w:rsidRDefault="000C5622" w:rsidP="000B2F79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Gender: </w:t>
      </w:r>
      <w:r w:rsidR="005C1163">
        <w:rPr>
          <w:rFonts w:ascii="Times New Roman" w:hAnsi="Times New Roman" w:cs="Times New Roman"/>
          <w:sz w:val="24"/>
          <w:szCs w:val="24"/>
        </w:rPr>
        <w:t>FEMALE</w:t>
      </w:r>
      <w:r w:rsidR="000B2F79">
        <w:rPr>
          <w:rFonts w:ascii="Times New Roman" w:hAnsi="Times New Roman" w:cs="Times New Roman"/>
          <w:sz w:val="24"/>
          <w:szCs w:val="24"/>
        </w:rPr>
        <w:tab/>
        <w:t>Photo</w:t>
      </w:r>
    </w:p>
    <w:p w14:paraId="19BA040D" w14:textId="46D3D7DB" w:rsidR="003B1EDF" w:rsidRPr="002B741D" w:rsidRDefault="000C562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Official Address: </w:t>
      </w:r>
      <w:r w:rsidR="005C1163">
        <w:rPr>
          <w:rFonts w:ascii="Times New Roman" w:hAnsi="Times New Roman" w:cs="Times New Roman"/>
          <w:sz w:val="24"/>
          <w:szCs w:val="24"/>
        </w:rPr>
        <w:t xml:space="preserve">SALIPUR AUTONOMOUS </w:t>
      </w:r>
      <w:proofErr w:type="gramStart"/>
      <w:r w:rsidR="005C1163">
        <w:rPr>
          <w:rFonts w:ascii="Times New Roman" w:hAnsi="Times New Roman" w:cs="Times New Roman"/>
          <w:sz w:val="24"/>
          <w:szCs w:val="24"/>
        </w:rPr>
        <w:t>COLLEGE,SALIPUR</w:t>
      </w:r>
      <w:proofErr w:type="gramEnd"/>
    </w:p>
    <w:p w14:paraId="103A26B7" w14:textId="092BF1AC" w:rsidR="003B1EDF" w:rsidRPr="002B741D" w:rsidRDefault="000C562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Email: </w:t>
      </w:r>
      <w:r w:rsidR="005C1163">
        <w:rPr>
          <w:rFonts w:ascii="Times New Roman" w:hAnsi="Times New Roman" w:cs="Times New Roman"/>
          <w:sz w:val="24"/>
          <w:szCs w:val="24"/>
        </w:rPr>
        <w:t>ipsitadash124@gmail.com</w:t>
      </w:r>
    </w:p>
    <w:p w14:paraId="21EBF29B" w14:textId="425BA2B7" w:rsidR="003B1EDF" w:rsidRPr="002B741D" w:rsidRDefault="000C562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Phone: </w:t>
      </w:r>
      <w:r w:rsidR="005C1163">
        <w:rPr>
          <w:rFonts w:ascii="Times New Roman" w:hAnsi="Times New Roman" w:cs="Times New Roman"/>
          <w:sz w:val="24"/>
          <w:szCs w:val="24"/>
        </w:rPr>
        <w:t>7749042370</w:t>
      </w:r>
    </w:p>
    <w:p w14:paraId="73C6D9A8" w14:textId="77777777" w:rsidR="003B1EDF" w:rsidRPr="002B741D" w:rsidRDefault="000C562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ORCID/Research ID (if any): </w:t>
      </w:r>
    </w:p>
    <w:p w14:paraId="2E98E876" w14:textId="77777777" w:rsidR="003B1EDF" w:rsidRPr="002B741D" w:rsidRDefault="000C5622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TableGrid"/>
        <w:tblW w:w="8988" w:type="dxa"/>
        <w:tblLook w:val="04A0" w:firstRow="1" w:lastRow="0" w:firstColumn="1" w:lastColumn="0" w:noHBand="0" w:noVBand="1"/>
      </w:tblPr>
      <w:tblGrid>
        <w:gridCol w:w="1827"/>
        <w:gridCol w:w="1730"/>
        <w:gridCol w:w="1917"/>
        <w:gridCol w:w="1538"/>
        <w:gridCol w:w="1976"/>
      </w:tblGrid>
      <w:tr w:rsidR="003B1EDF" w:rsidRPr="002B741D" w14:paraId="68450DE0" w14:textId="77777777" w:rsidTr="008B74CB">
        <w:trPr>
          <w:trHeight w:val="299"/>
        </w:trPr>
        <w:tc>
          <w:tcPr>
            <w:tcW w:w="1845" w:type="dxa"/>
          </w:tcPr>
          <w:p w14:paraId="3B1AB608" w14:textId="77777777" w:rsidR="003B1EDF" w:rsidRPr="002B741D" w:rsidRDefault="000C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736" w:type="dxa"/>
          </w:tcPr>
          <w:p w14:paraId="0AC62F78" w14:textId="77777777" w:rsidR="003B1EDF" w:rsidRPr="002B741D" w:rsidRDefault="000C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1918" w:type="dxa"/>
          </w:tcPr>
          <w:p w14:paraId="7017CAE9" w14:textId="2467603D" w:rsidR="003B1EDF" w:rsidRPr="002B741D" w:rsidRDefault="000C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r w:rsidR="008B74CB" w:rsidRPr="002B741D">
              <w:rPr>
                <w:rFonts w:ascii="Times New Roman" w:hAnsi="Times New Roman" w:cs="Times New Roman"/>
                <w:sz w:val="24"/>
                <w:szCs w:val="24"/>
              </w:rPr>
              <w:t>/Board</w:t>
            </w:r>
          </w:p>
        </w:tc>
        <w:tc>
          <w:tcPr>
            <w:tcW w:w="1568" w:type="dxa"/>
          </w:tcPr>
          <w:p w14:paraId="5BD02EF3" w14:textId="77777777" w:rsidR="003B1EDF" w:rsidRPr="002B741D" w:rsidRDefault="000C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21" w:type="dxa"/>
          </w:tcPr>
          <w:p w14:paraId="5CA6061A" w14:textId="77777777" w:rsidR="003B1EDF" w:rsidRPr="002B741D" w:rsidRDefault="000C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:rsidR="003B1EDF" w:rsidRPr="002B741D" w14:paraId="60CF7174" w14:textId="77777777" w:rsidTr="008B74CB">
        <w:trPr>
          <w:trHeight w:val="299"/>
        </w:trPr>
        <w:tc>
          <w:tcPr>
            <w:tcW w:w="1845" w:type="dxa"/>
          </w:tcPr>
          <w:p w14:paraId="3C3242EF" w14:textId="071E30E7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6F3EAEA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52BE2E3A" w14:textId="30BEF957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BSE ODISHA</w:t>
            </w:r>
          </w:p>
        </w:tc>
        <w:tc>
          <w:tcPr>
            <w:tcW w:w="1568" w:type="dxa"/>
          </w:tcPr>
          <w:p w14:paraId="65005BE2" w14:textId="694F12BA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21" w:type="dxa"/>
          </w:tcPr>
          <w:p w14:paraId="59D1CDC2" w14:textId="03046424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79.5</w:t>
            </w:r>
          </w:p>
        </w:tc>
      </w:tr>
      <w:tr w:rsidR="003B1EDF" w:rsidRPr="002B741D" w14:paraId="112929F6" w14:textId="77777777" w:rsidTr="008B74CB">
        <w:trPr>
          <w:trHeight w:val="299"/>
        </w:trPr>
        <w:tc>
          <w:tcPr>
            <w:tcW w:w="1845" w:type="dxa"/>
          </w:tcPr>
          <w:p w14:paraId="11405126" w14:textId="57503ED8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6B75E8C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256F3F08" w14:textId="61DE5A0F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CHSE ODISHA</w:t>
            </w:r>
          </w:p>
        </w:tc>
        <w:tc>
          <w:tcPr>
            <w:tcW w:w="1568" w:type="dxa"/>
          </w:tcPr>
          <w:p w14:paraId="37D1E6C1" w14:textId="45D7D5F2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21" w:type="dxa"/>
          </w:tcPr>
          <w:p w14:paraId="0A8E5395" w14:textId="5EDE711B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3B1EDF" w:rsidRPr="002B741D" w14:paraId="3D834C02" w14:textId="77777777" w:rsidTr="008B74CB">
        <w:trPr>
          <w:trHeight w:val="281"/>
        </w:trPr>
        <w:tc>
          <w:tcPr>
            <w:tcW w:w="1845" w:type="dxa"/>
          </w:tcPr>
          <w:p w14:paraId="733B89FF" w14:textId="05AA9663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1736" w:type="dxa"/>
          </w:tcPr>
          <w:p w14:paraId="4E29EE5A" w14:textId="606B503E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SANSKRIT HONOURS</w:t>
            </w:r>
          </w:p>
        </w:tc>
        <w:tc>
          <w:tcPr>
            <w:tcW w:w="1918" w:type="dxa"/>
          </w:tcPr>
          <w:p w14:paraId="39A9D022" w14:textId="0DDD44E1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UTKAL UNIVERSITY</w:t>
            </w:r>
          </w:p>
        </w:tc>
        <w:tc>
          <w:tcPr>
            <w:tcW w:w="1568" w:type="dxa"/>
          </w:tcPr>
          <w:p w14:paraId="42A26F3C" w14:textId="01DB387D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21" w:type="dxa"/>
          </w:tcPr>
          <w:p w14:paraId="6C922431" w14:textId="36BDB49F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3B1EDF" w:rsidRPr="002B741D" w14:paraId="18EA82CC" w14:textId="77777777" w:rsidTr="008B74CB">
        <w:trPr>
          <w:trHeight w:val="299"/>
        </w:trPr>
        <w:tc>
          <w:tcPr>
            <w:tcW w:w="1845" w:type="dxa"/>
          </w:tcPr>
          <w:p w14:paraId="7107CB41" w14:textId="4AEEA6FE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</w:p>
        </w:tc>
        <w:tc>
          <w:tcPr>
            <w:tcW w:w="1736" w:type="dxa"/>
          </w:tcPr>
          <w:p w14:paraId="530D7758" w14:textId="555ECB34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SANSKRIT GRAMMAR</w:t>
            </w:r>
          </w:p>
        </w:tc>
        <w:tc>
          <w:tcPr>
            <w:tcW w:w="1918" w:type="dxa"/>
          </w:tcPr>
          <w:p w14:paraId="46A85930" w14:textId="0DD7698C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UTKAL UNIVERSITY</w:t>
            </w:r>
          </w:p>
        </w:tc>
        <w:tc>
          <w:tcPr>
            <w:tcW w:w="1568" w:type="dxa"/>
          </w:tcPr>
          <w:p w14:paraId="437267B2" w14:textId="3194767A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21" w:type="dxa"/>
          </w:tcPr>
          <w:p w14:paraId="1700E8AA" w14:textId="2306A5A5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8B74CB" w:rsidRPr="002B741D" w14:paraId="7148B0C4" w14:textId="77777777" w:rsidTr="008B74CB">
        <w:trPr>
          <w:trHeight w:val="299"/>
        </w:trPr>
        <w:tc>
          <w:tcPr>
            <w:tcW w:w="1845" w:type="dxa"/>
          </w:tcPr>
          <w:p w14:paraId="7F4DED22" w14:textId="60F760CC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M.Phil.</w:t>
            </w:r>
          </w:p>
        </w:tc>
        <w:tc>
          <w:tcPr>
            <w:tcW w:w="1736" w:type="dxa"/>
          </w:tcPr>
          <w:p w14:paraId="6B8F250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6D8CDBD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4FDB37B3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14:paraId="27F4B175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611A5D59" w14:textId="77777777" w:rsidTr="008B74CB">
        <w:trPr>
          <w:trHeight w:val="599"/>
        </w:trPr>
        <w:tc>
          <w:tcPr>
            <w:tcW w:w="1845" w:type="dxa"/>
          </w:tcPr>
          <w:p w14:paraId="2F190A4C" w14:textId="27921416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UGC/CSIR NET-JRF</w:t>
            </w:r>
          </w:p>
        </w:tc>
        <w:tc>
          <w:tcPr>
            <w:tcW w:w="1736" w:type="dxa"/>
          </w:tcPr>
          <w:p w14:paraId="6EACCAE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75F173E2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4AF78F20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14:paraId="163A995E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41246AB7" w14:textId="77777777" w:rsidTr="008B74CB">
        <w:trPr>
          <w:trHeight w:val="299"/>
        </w:trPr>
        <w:tc>
          <w:tcPr>
            <w:tcW w:w="1845" w:type="dxa"/>
          </w:tcPr>
          <w:p w14:paraId="2CD2B597" w14:textId="79096423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1736" w:type="dxa"/>
          </w:tcPr>
          <w:p w14:paraId="2A8D21D9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035839F5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6AB4215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14:paraId="1B706020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A8990F" w14:textId="77777777" w:rsidR="003B1EDF" w:rsidRPr="002B741D" w:rsidRDefault="000C5622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3. Teaching Experience</w:t>
      </w:r>
    </w:p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1718"/>
        <w:gridCol w:w="2370"/>
        <w:gridCol w:w="1682"/>
        <w:gridCol w:w="1571"/>
        <w:gridCol w:w="1679"/>
      </w:tblGrid>
      <w:tr w:rsidR="003B1EDF" w:rsidRPr="002B741D" w14:paraId="18B04126" w14:textId="77777777" w:rsidTr="002B741D">
        <w:trPr>
          <w:trHeight w:val="731"/>
        </w:trPr>
        <w:tc>
          <w:tcPr>
            <w:tcW w:w="1804" w:type="dxa"/>
          </w:tcPr>
          <w:p w14:paraId="1A04C332" w14:textId="77777777" w:rsidR="003B1EDF" w:rsidRPr="002B741D" w:rsidRDefault="000C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804" w:type="dxa"/>
          </w:tcPr>
          <w:p w14:paraId="43C11A9F" w14:textId="77777777" w:rsidR="003B1EDF" w:rsidRPr="002B741D" w:rsidRDefault="000C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804" w:type="dxa"/>
          </w:tcPr>
          <w:p w14:paraId="62272E36" w14:textId="77777777" w:rsidR="003B1EDF" w:rsidRPr="002B741D" w:rsidRDefault="000C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804" w:type="dxa"/>
          </w:tcPr>
          <w:p w14:paraId="1424AF67" w14:textId="77777777" w:rsidR="003B1EDF" w:rsidRPr="002B741D" w:rsidRDefault="000C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14:paraId="5E69B777" w14:textId="77777777" w:rsidR="003B1EDF" w:rsidRPr="002B741D" w:rsidRDefault="000C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:rsidR="003B1EDF" w:rsidRPr="002B741D" w14:paraId="7F89D371" w14:textId="77777777" w:rsidTr="002B741D">
        <w:trPr>
          <w:trHeight w:val="664"/>
        </w:trPr>
        <w:tc>
          <w:tcPr>
            <w:tcW w:w="1804" w:type="dxa"/>
          </w:tcPr>
          <w:p w14:paraId="3CC01E61" w14:textId="757D03A5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LECTURER</w:t>
            </w:r>
          </w:p>
        </w:tc>
        <w:tc>
          <w:tcPr>
            <w:tcW w:w="1804" w:type="dxa"/>
          </w:tcPr>
          <w:p w14:paraId="315A4555" w14:textId="44AE20FF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SALIPUR AUTONOMOUS COLLEGE,SALIPUR</w:t>
            </w:r>
          </w:p>
        </w:tc>
        <w:tc>
          <w:tcPr>
            <w:tcW w:w="1804" w:type="dxa"/>
          </w:tcPr>
          <w:p w14:paraId="6F229C67" w14:textId="6CDB16C9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18/10/2022</w:t>
            </w:r>
          </w:p>
        </w:tc>
        <w:tc>
          <w:tcPr>
            <w:tcW w:w="1804" w:type="dxa"/>
          </w:tcPr>
          <w:p w14:paraId="1DD7030C" w14:textId="2C8D0436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TILL DATE</w:t>
            </w:r>
          </w:p>
        </w:tc>
        <w:tc>
          <w:tcPr>
            <w:tcW w:w="1804" w:type="dxa"/>
          </w:tcPr>
          <w:p w14:paraId="5C9C9EED" w14:textId="4175CE8E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4YEARS</w:t>
            </w:r>
          </w:p>
        </w:tc>
      </w:tr>
      <w:tr w:rsidR="003B1EDF" w:rsidRPr="002B741D" w14:paraId="2792622D" w14:textId="77777777" w:rsidTr="002B741D">
        <w:trPr>
          <w:trHeight w:val="664"/>
        </w:trPr>
        <w:tc>
          <w:tcPr>
            <w:tcW w:w="1804" w:type="dxa"/>
          </w:tcPr>
          <w:p w14:paraId="6581A5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9A733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E79492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DF764E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6E7040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FE58BE0" w14:textId="77777777" w:rsidTr="002B741D">
        <w:trPr>
          <w:trHeight w:val="626"/>
        </w:trPr>
        <w:tc>
          <w:tcPr>
            <w:tcW w:w="1804" w:type="dxa"/>
          </w:tcPr>
          <w:p w14:paraId="35CD25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A30E2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06C249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FC505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460C80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4D8679B7" w14:textId="77777777" w:rsidTr="002B741D">
        <w:trPr>
          <w:trHeight w:val="626"/>
        </w:trPr>
        <w:tc>
          <w:tcPr>
            <w:tcW w:w="1804" w:type="dxa"/>
          </w:tcPr>
          <w:p w14:paraId="1C54FD04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37B3988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95AB6ED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828757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33042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55CE1405" w14:textId="77777777" w:rsidTr="002B741D">
        <w:trPr>
          <w:trHeight w:val="626"/>
        </w:trPr>
        <w:tc>
          <w:tcPr>
            <w:tcW w:w="1804" w:type="dxa"/>
          </w:tcPr>
          <w:p w14:paraId="3F4E03C0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F2A7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2309B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139BBC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EE4AD0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41573" w14:textId="72467816" w:rsidR="003B1EDF" w:rsidRPr="002B741D" w:rsidRDefault="003B1EDF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</w:p>
    <w:p w14:paraId="74ADE78F" w14:textId="0FCBD7E2" w:rsidR="003B1EDF" w:rsidRPr="002B741D" w:rsidRDefault="003755B7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C5622" w:rsidRPr="002B741D">
        <w:rPr>
          <w:rFonts w:ascii="Times New Roman" w:hAnsi="Times New Roman" w:cs="Times New Roman"/>
          <w:sz w:val="28"/>
          <w:szCs w:val="28"/>
        </w:rPr>
        <w:t xml:space="preserve"> Seminars / Conferences Attended / Participated</w:t>
      </w:r>
    </w:p>
    <w:tbl>
      <w:tblPr>
        <w:tblStyle w:val="TableGrid"/>
        <w:tblW w:w="8983" w:type="dxa"/>
        <w:tblLook w:val="04A0" w:firstRow="1" w:lastRow="0" w:firstColumn="1" w:lastColumn="0" w:noHBand="0" w:noVBand="1"/>
      </w:tblPr>
      <w:tblGrid>
        <w:gridCol w:w="1310"/>
        <w:gridCol w:w="1390"/>
        <w:gridCol w:w="1923"/>
        <w:gridCol w:w="1230"/>
        <w:gridCol w:w="3588"/>
        <w:gridCol w:w="1456"/>
      </w:tblGrid>
      <w:tr w:rsidR="008B74CB" w:rsidRPr="002B741D" w14:paraId="33190A12" w14:textId="77777777" w:rsidTr="002B741D">
        <w:trPr>
          <w:trHeight w:val="795"/>
        </w:trPr>
        <w:tc>
          <w:tcPr>
            <w:tcW w:w="653" w:type="dxa"/>
          </w:tcPr>
          <w:p w14:paraId="4E994824" w14:textId="77777777" w:rsidR="003B1EDF" w:rsidRPr="002B741D" w:rsidRDefault="000C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46" w:type="dxa"/>
          </w:tcPr>
          <w:p w14:paraId="69717C32" w14:textId="77777777" w:rsidR="003B1EDF" w:rsidRPr="002B741D" w:rsidRDefault="000C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1184" w:type="dxa"/>
          </w:tcPr>
          <w:p w14:paraId="41B67251" w14:textId="77777777" w:rsidR="003B1EDF" w:rsidRPr="002B741D" w:rsidRDefault="000C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1261" w:type="dxa"/>
          </w:tcPr>
          <w:p w14:paraId="0F4C5356" w14:textId="77777777" w:rsidR="003B1EDF" w:rsidRPr="002B741D" w:rsidRDefault="000C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3679" w:type="dxa"/>
          </w:tcPr>
          <w:p w14:paraId="7E25CFC6" w14:textId="77777777" w:rsidR="003B1EDF" w:rsidRPr="002B741D" w:rsidRDefault="000C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Role 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(Participated/Presented/Organized)</w:t>
            </w:r>
          </w:p>
        </w:tc>
        <w:tc>
          <w:tcPr>
            <w:tcW w:w="1460" w:type="dxa"/>
          </w:tcPr>
          <w:p w14:paraId="0BA0CE5A" w14:textId="77777777" w:rsidR="003B1EDF" w:rsidRPr="002B741D" w:rsidRDefault="000C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:rsidR="008B74CB" w:rsidRPr="002B741D" w14:paraId="25146305" w14:textId="77777777" w:rsidTr="002B741D">
        <w:trPr>
          <w:trHeight w:val="493"/>
        </w:trPr>
        <w:tc>
          <w:tcPr>
            <w:tcW w:w="653" w:type="dxa"/>
          </w:tcPr>
          <w:p w14:paraId="62A410EE" w14:textId="541F8966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28/12/2024</w:t>
            </w:r>
          </w:p>
        </w:tc>
        <w:tc>
          <w:tcPr>
            <w:tcW w:w="746" w:type="dxa"/>
          </w:tcPr>
          <w:p w14:paraId="4B2A63BC" w14:textId="3AFBBCF9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APPLIED SCIENCE IN SANSKRIT</w:t>
            </w:r>
          </w:p>
        </w:tc>
        <w:tc>
          <w:tcPr>
            <w:tcW w:w="1184" w:type="dxa"/>
          </w:tcPr>
          <w:p w14:paraId="34410501" w14:textId="4286F63D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UDAYANATH AUTONOMOUS COLLEGE</w:t>
            </w:r>
          </w:p>
        </w:tc>
        <w:tc>
          <w:tcPr>
            <w:tcW w:w="1261" w:type="dxa"/>
          </w:tcPr>
          <w:p w14:paraId="3D69CBCF" w14:textId="5D45922C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</w:t>
            </w:r>
          </w:p>
        </w:tc>
        <w:tc>
          <w:tcPr>
            <w:tcW w:w="3679" w:type="dxa"/>
          </w:tcPr>
          <w:p w14:paraId="1EBC92E0" w14:textId="2F72010A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PARTICIPATED</w:t>
            </w:r>
          </w:p>
        </w:tc>
        <w:tc>
          <w:tcPr>
            <w:tcW w:w="1460" w:type="dxa"/>
          </w:tcPr>
          <w:p w14:paraId="435B6A93" w14:textId="6EDE26C9" w:rsidR="003B1EDF" w:rsidRPr="002B741D" w:rsidRDefault="005C1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</w:tr>
      <w:tr w:rsidR="008B74CB" w:rsidRPr="002B741D" w14:paraId="5E59BCED" w14:textId="77777777" w:rsidTr="002B741D">
        <w:trPr>
          <w:trHeight w:val="493"/>
        </w:trPr>
        <w:tc>
          <w:tcPr>
            <w:tcW w:w="653" w:type="dxa"/>
          </w:tcPr>
          <w:p w14:paraId="1A27739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768A00E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750AB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5CC4C04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311748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FB142B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101BCE70" w14:textId="77777777" w:rsidTr="002B741D">
        <w:trPr>
          <w:trHeight w:val="493"/>
        </w:trPr>
        <w:tc>
          <w:tcPr>
            <w:tcW w:w="653" w:type="dxa"/>
          </w:tcPr>
          <w:p w14:paraId="33B1BB6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46EEFB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6EEF8AD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76AE0C8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E23A0B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7D84D5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6BCD2022" w14:textId="77777777" w:rsidTr="002B741D">
        <w:trPr>
          <w:trHeight w:val="493"/>
        </w:trPr>
        <w:tc>
          <w:tcPr>
            <w:tcW w:w="653" w:type="dxa"/>
          </w:tcPr>
          <w:p w14:paraId="15CB4B4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331372D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0C2903E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1C87D3C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21D3E30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58B9D27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35AA3510" w14:textId="77777777" w:rsidTr="002B741D">
        <w:trPr>
          <w:trHeight w:val="464"/>
        </w:trPr>
        <w:tc>
          <w:tcPr>
            <w:tcW w:w="653" w:type="dxa"/>
          </w:tcPr>
          <w:p w14:paraId="3756BBE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15744B7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97EE7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0481DF8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567F83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0AADB4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83FE9C" w14:textId="7222C399" w:rsidR="003B1EDF" w:rsidRPr="002B741D" w:rsidRDefault="003B1EDF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</w:p>
    <w:p w14:paraId="6D86C240" w14:textId="77777777" w:rsidR="002B741D" w:rsidRPr="002B741D" w:rsidRDefault="002B741D" w:rsidP="002B741D"/>
    <w:p w14:paraId="3A25F025" w14:textId="77777777" w:rsidR="002B741D" w:rsidRDefault="002B741D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</w:p>
    <w:p w14:paraId="18FBAEFB" w14:textId="350FCC86" w:rsidR="003B1EDF" w:rsidRPr="002B741D" w:rsidRDefault="000C5622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Declaration</w:t>
      </w:r>
    </w:p>
    <w:p w14:paraId="0A749101" w14:textId="77777777" w:rsidR="003B1EDF" w:rsidRPr="002B741D" w:rsidRDefault="000C562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14:paraId="34EB8138" w14:textId="5413A79E" w:rsidR="003B1EDF" w:rsidRPr="002B741D" w:rsidRDefault="000C562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br/>
        <w:t>Date:</w:t>
      </w:r>
      <w:r w:rsidR="005C1163">
        <w:rPr>
          <w:rFonts w:ascii="Times New Roman" w:hAnsi="Times New Roman" w:cs="Times New Roman"/>
          <w:sz w:val="24"/>
          <w:szCs w:val="24"/>
        </w:rPr>
        <w:t>03/03/2026</w:t>
      </w:r>
    </w:p>
    <w:p w14:paraId="49C9217A" w14:textId="6269A4AE" w:rsidR="003B1EDF" w:rsidRPr="002B741D" w:rsidRDefault="000C5622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Place: </w:t>
      </w:r>
      <w:r w:rsidR="005C1163">
        <w:rPr>
          <w:rFonts w:ascii="Times New Roman" w:hAnsi="Times New Roman" w:cs="Times New Roman"/>
          <w:sz w:val="24"/>
          <w:szCs w:val="24"/>
        </w:rPr>
        <w:t>SALIPUR</w:t>
      </w:r>
    </w:p>
    <w:p w14:paraId="441620E2" w14:textId="01BCAE0A" w:rsidR="003B1EDF" w:rsidRPr="002B741D" w:rsidRDefault="003755B7" w:rsidP="002B741D">
      <w:pPr>
        <w:jc w:val="right"/>
        <w:rPr>
          <w:rFonts w:ascii="Times New Roman" w:hAnsi="Times New Roman" w:cs="Times New Roman"/>
          <w:sz w:val="24"/>
          <w:szCs w:val="24"/>
        </w:rPr>
      </w:pPr>
      <w:r w:rsidRPr="0097346D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E6D63DD" wp14:editId="52D0494A">
            <wp:extent cx="1447800" cy="505879"/>
            <wp:effectExtent l="0" t="0" r="0" b="8890"/>
            <wp:docPr id="2" name="Picture 2" descr="C:\Users\HP\Downloads\100013301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1000133011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121" cy="54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5622" w:rsidRPr="002B741D">
        <w:rPr>
          <w:rFonts w:ascii="Times New Roman" w:hAnsi="Times New Roman" w:cs="Times New Roman"/>
          <w:sz w:val="24"/>
          <w:szCs w:val="24"/>
        </w:rPr>
        <w:br/>
      </w:r>
      <w:r w:rsidR="0097346D">
        <w:rPr>
          <w:rFonts w:ascii="Times New Roman" w:hAnsi="Times New Roman" w:cs="Times New Roman"/>
          <w:sz w:val="24"/>
          <w:szCs w:val="24"/>
        </w:rPr>
        <w:t>Sig</w:t>
      </w:r>
      <w:r w:rsidR="000C5622" w:rsidRPr="002B741D">
        <w:rPr>
          <w:rFonts w:ascii="Times New Roman" w:hAnsi="Times New Roman" w:cs="Times New Roman"/>
          <w:sz w:val="24"/>
          <w:szCs w:val="24"/>
        </w:rPr>
        <w:t>nat</w:t>
      </w:r>
      <w:r w:rsidR="000C5622" w:rsidRPr="002B741D">
        <w:rPr>
          <w:rFonts w:ascii="Times New Roman" w:hAnsi="Times New Roman" w:cs="Times New Roman"/>
          <w:sz w:val="24"/>
          <w:szCs w:val="24"/>
        </w:rPr>
        <w:t>u</w:t>
      </w:r>
      <w:r w:rsidR="000C5622" w:rsidRPr="002B741D">
        <w:rPr>
          <w:rFonts w:ascii="Times New Roman" w:hAnsi="Times New Roman" w:cs="Times New Roman"/>
          <w:sz w:val="24"/>
          <w:szCs w:val="24"/>
        </w:rPr>
        <w:t>re</w:t>
      </w:r>
    </w:p>
    <w:sectPr w:rsidR="003B1EDF" w:rsidRPr="002B74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2F79"/>
    <w:rsid w:val="000C5622"/>
    <w:rsid w:val="0015074B"/>
    <w:rsid w:val="0029639D"/>
    <w:rsid w:val="002B741D"/>
    <w:rsid w:val="00326F90"/>
    <w:rsid w:val="003755B7"/>
    <w:rsid w:val="003B1EDF"/>
    <w:rsid w:val="005C1163"/>
    <w:rsid w:val="00803555"/>
    <w:rsid w:val="008B74CB"/>
    <w:rsid w:val="0097346D"/>
    <w:rsid w:val="00AA1D8D"/>
    <w:rsid w:val="00B47730"/>
    <w:rsid w:val="00CB0664"/>
    <w:rsid w:val="00D3093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0097A9"/>
  <w14:defaultImageDpi w14:val="300"/>
  <w15:docId w15:val="{79EED8CE-D645-463F-B605-31F39960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8A80F2-5020-4571-ACC2-30D8E39F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2026-03-30T06:25:00Z</dcterms:created>
  <dcterms:modified xsi:type="dcterms:W3CDTF">2026-03-30T06:25:00Z</dcterms:modified>
  <cp:category/>
</cp:coreProperties>
</file>